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8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360"/>
        <w:gridCol w:w="5327"/>
      </w:tblGrid>
      <w:tr>
        <w:tc>
          <w:tcPr>
            <w:tcW w:type="dxa" w:w="9360"/>
          </w:tcPr>
          <w:p>
            <w:pPr>
              <w:spacing w:before="0" w:after="0"/>
              <w:jc w:val="left"/>
            </w:pPr>
            <w:r>
              <w:rPr>
                <w:b/>
                <w:color w:val="3A506B"/>
                <w:sz w:val="44"/>
              </w:rPr>
              <w:t>Weekly Schedule</w:t>
            </w:r>
          </w:p>
        </w:tc>
        <w:tc>
          <w:tcPr>
            <w:tcW w:type="dxa" w:w="5328"/>
          </w:tcPr>
          <w:p>
            <w:pPr>
              <w:spacing w:before="160" w:after="0"/>
              <w:jc w:val="right"/>
            </w:pPr>
            <w:r>
              <w:rPr>
                <w:b/>
                <w:color w:val="3A506B"/>
                <w:sz w:val="21"/>
              </w:rPr>
              <w:t>Week of: November 9 – 15, 2026</w:t>
            </w:r>
          </w:p>
        </w:tc>
      </w:tr>
    </w:tbl>
    <w:p>
      <w:pPr>
        <w:spacing w:before="0" w:after="0" w:line="80" w:lineRule="exact"/>
        <w:jc w:val="left"/>
        <w:rPr>
          <w:sz w:val="6"/>
        </w:rPr>
      </w:pPr>
      <w:r>
        <w:rPr>
          <w:sz w:val="6"/>
        </w:rPr>
      </w:r>
    </w:p>
    <w:tbl>
      <w:tblPr>
        <w:tblW w:w="14687" w:type="dxa"/>
        <w:jc w:val="center"/>
        <w:tblBorders>
          <w:top w:val="single" w:sz="6" w:space="0" w:color="8C9BAB"/>
          <w:left w:val="single" w:sz="6" w:space="0" w:color="8C9BAB"/>
          <w:bottom w:val="single" w:sz="6" w:space="0" w:color="8C9BAB"/>
          <w:right w:val="single" w:sz="6" w:space="0" w:color="8C9BAB"/>
          <w:insideH w:val="single" w:sz="4" w:space="0" w:color="C9D1DA"/>
          <w:insideV w:val="single" w:sz="4" w:space="0" w:color="C9D1DA"/>
        </w:tblBorders>
        <w:tblLayout w:type="fixed"/>
        <w:tblCellMar>
          <w:top w:w="14" w:type="dxa"/>
          <w:left w:w="72" w:type="dxa"/>
          <w:bottom w:w="14" w:type="dxa"/>
          <w:right w:w="72" w:type="dxa"/>
        </w:tblCellMar>
        <w:tblLook w:firstColumn="1" w:firstRow="1" w:lastColumn="0" w:lastRow="0" w:noHBand="0" w:noVBand="1" w:val="04A0"/>
      </w:tblPr>
      <w:tblGrid>
        <w:gridCol w:w="936"/>
        <w:gridCol w:w="1964"/>
        <w:gridCol w:w="1964"/>
        <w:gridCol w:w="1964"/>
        <w:gridCol w:w="1964"/>
        <w:gridCol w:w="1964"/>
        <w:gridCol w:w="1964"/>
        <w:gridCol w:w="1964"/>
      </w:tblGrid>
      <w:tr>
        <w:tc>
          <w:tcPr>
            <w:tcW w:type="dxa" w:w="936"/>
            <w:shd w:val="clear" w:color="auto" w:fill="3A506B"/>
          </w:tcPr>
          <w:p/>
        </w:tc>
        <w:tc>
          <w:tcPr>
            <w:tcW w:type="dxa" w:w="1965"/>
            <w:shd w:val="clear" w:color="auto" w:fill="3A506B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MONDAY</w:t>
            </w:r>
          </w:p>
        </w:tc>
        <w:tc>
          <w:tcPr>
            <w:tcW w:type="dxa" w:w="1965"/>
            <w:shd w:val="clear" w:color="auto" w:fill="3A506B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TUESDAY</w:t>
            </w:r>
          </w:p>
        </w:tc>
        <w:tc>
          <w:tcPr>
            <w:tcW w:type="dxa" w:w="1965"/>
            <w:shd w:val="clear" w:color="auto" w:fill="3A506B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WEDNESDAY</w:t>
            </w:r>
          </w:p>
        </w:tc>
        <w:tc>
          <w:tcPr>
            <w:tcW w:type="dxa" w:w="1965"/>
            <w:shd w:val="clear" w:color="auto" w:fill="3A506B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THURSDAY</w:t>
            </w:r>
          </w:p>
        </w:tc>
        <w:tc>
          <w:tcPr>
            <w:tcW w:type="dxa" w:w="1965"/>
            <w:shd w:val="clear" w:color="auto" w:fill="3A506B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FRIDAY</w:t>
            </w:r>
          </w:p>
        </w:tc>
        <w:tc>
          <w:tcPr>
            <w:tcW w:type="dxa" w:w="1965"/>
            <w:shd w:val="clear" w:color="auto" w:fill="5BC0BE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SATURDAY</w:t>
            </w:r>
          </w:p>
        </w:tc>
        <w:tc>
          <w:tcPr>
            <w:tcW w:type="dxa" w:w="1965"/>
            <w:shd w:val="clear" w:color="auto" w:fill="5BC0BE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pacing w:val="20"/>
                <w:sz w:val="18"/>
              </w:rPr>
              <w:t>SUNDAY</w:t>
            </w:r>
          </w:p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6 AM</w:t>
            </w:r>
          </w:p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Gym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7 AM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Commute / podcast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8 AM</w:t>
            </w:r>
          </w:p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Team stand-up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Team stand-up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Team stand-up</w:t>
            </w:r>
          </w:p>
        </w:tc>
        <w:tc>
          <w:tcPr>
            <w:tcW w:type="dxa" w:w="1965"/>
            <w:shd w:val="clear" w:color="auto" w:fill="F7FBFB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Farmers market</w:t>
            </w:r>
          </w:p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9 AM</w:t>
            </w:r>
          </w:p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Project work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Brunch</w:t>
            </w:r>
          </w:p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10 AM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Client call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Kids’ soccer</w:t>
            </w:r>
          </w:p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11 AM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Lunch with Sam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12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1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2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Dentist 4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3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Movie night</w:t>
            </w:r>
          </w:p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4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5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Yoga class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>
            <w:pPr>
              <w:spacing w:before="0" w:after="0"/>
              <w:jc w:val="left"/>
            </w:pPr>
            <w:r>
              <w:rPr>
                <w:color w:val="262626"/>
                <w:sz w:val="17"/>
              </w:rPr>
              <w:t>Book club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6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7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8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  <w:tr>
        <w:trPr>
          <w:trHeight w:val="490" w:hRule="exact"/>
          <w:cantSplit/>
        </w:trPr>
        <w:tc>
          <w:tcPr>
            <w:tcW w:type="dxa" w:w="936"/>
            <w:shd w:val="clear" w:color="auto" w:fill="F2F5F8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color w:val="3A506B"/>
                <w:sz w:val="17"/>
              </w:rPr>
              <w:t>9 PM</w:t>
            </w:r>
          </w:p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  <w:tc>
          <w:tcPr>
            <w:tcW w:type="dxa" w:w="1965"/>
            <w:shd w:val="clear" w:color="auto" w:fill="F7FBFB"/>
            <w:vAlign w:val="center"/>
          </w:tcPr>
          <w:p/>
        </w:tc>
      </w:tr>
    </w:tbl>
    <w:p>
      <w:pPr>
        <w:spacing w:before="0" w:after="0" w:line="100" w:lineRule="exact"/>
        <w:jc w:val="left"/>
        <w:rPr>
          <w:sz w:val="8"/>
        </w:rPr>
      </w:pPr>
      <w:r>
        <w:rPr>
          <w:sz w:val="8"/>
        </w:rPr>
      </w:r>
    </w:p>
    <w:tbl>
      <w:tblPr>
        <w:tblW w:w="1468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72" w:type="dxa"/>
        </w:tblCellMar>
        <w:tblLook w:firstColumn="1" w:firstRow="1" w:lastColumn="0" w:lastRow="0" w:noHBand="0" w:noVBand="1" w:val="04A0"/>
      </w:tblPr>
      <w:tblGrid>
        <w:gridCol w:w="7343"/>
        <w:gridCol w:w="7343"/>
      </w:tblGrid>
      <w:tr>
        <w:tc>
          <w:tcPr>
            <w:tcW w:type="dxa" w:w="7344"/>
          </w:tcPr>
          <w:p>
            <w:pPr>
              <w:spacing w:before="0" w:after="0"/>
              <w:jc w:val="left"/>
            </w:pPr>
            <w:r>
              <w:rPr>
                <w:b/>
                <w:color w:val="3A506B"/>
                <w:sz w:val="19"/>
              </w:rPr>
              <w:t>Priorities this week</w:t>
            </w:r>
          </w:p>
          <w:tbl>
            <w:tblPr>
              <w:tblW w:w="72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7200"/>
            </w:tblGrid>
            <w:tr>
              <w:trPr>
                <w:trHeight w:val="346" w:hRule="exact"/>
                <w:cantSplit/>
              </w:trPr>
              <w:tc>
                <w:tcPr>
                  <w:tcW w:type="dxa" w:w="7200"/>
                  <w:tcBorders>
                    <w:bottom w:val="single" w:sz="4" w:space="0" w:color="BFBFBF"/>
                  </w:tcBorders>
                </w:tcPr>
                <w:p/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7200"/>
                  <w:tcBorders>
                    <w:bottom w:val="single" w:sz="4" w:space="0" w:color="BFBFBF"/>
                  </w:tcBorders>
                </w:tcPr>
                <w:p/>
              </w:tc>
            </w:tr>
          </w:tbl>
          <w:p/>
        </w:tc>
        <w:tc>
          <w:tcPr>
            <w:tcW w:type="dxa" w:w="7344"/>
          </w:tcPr>
          <w:p>
            <w:pPr>
              <w:spacing w:before="0" w:after="0"/>
              <w:jc w:val="left"/>
            </w:pPr>
            <w:r>
              <w:rPr>
                <w:b/>
                <w:color w:val="3A506B"/>
                <w:sz w:val="19"/>
              </w:rPr>
              <w:t>Notes &amp; reminders</w:t>
            </w:r>
          </w:p>
          <w:tbl>
            <w:tblPr>
              <w:tblW w:w="7200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7200"/>
            </w:tblGrid>
            <w:tr>
              <w:trPr>
                <w:trHeight w:val="346" w:hRule="exact"/>
                <w:cantSplit/>
              </w:trPr>
              <w:tc>
                <w:tcPr>
                  <w:tcW w:type="dxa" w:w="7200"/>
                  <w:tcBorders>
                    <w:bottom w:val="single" w:sz="4" w:space="0" w:color="BFBFBF"/>
                  </w:tcBorders>
                </w:tcPr>
                <w:p/>
              </w:tc>
            </w:tr>
            <w:tr>
              <w:trPr>
                <w:trHeight w:val="346" w:hRule="exact"/>
                <w:cantSplit/>
              </w:trPr>
              <w:tc>
                <w:tcPr>
                  <w:tcW w:type="dxa" w:w="7200"/>
                  <w:tcBorders>
                    <w:bottom w:val="single" w:sz="4" w:space="0" w:color="BFBFBF"/>
                  </w:tcBorders>
                </w:tcPr>
                <w:p/>
              </w:tc>
            </w:tr>
          </w:tbl>
          <w:p/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5840" w:h="12240" w:orient="landscape"/>
      <w:pgMar w:top="504" w:right="576" w:bottom="504" w:left="576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Schedule Hourly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