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544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9360"/>
        <w:gridCol w:w="5183"/>
      </w:tblGrid>
      <w:tr>
        <w:tc>
          <w:tcPr>
            <w:tcW w:type="dxa" w:w="9360"/>
          </w:tcPr>
          <w:p>
            <w:pPr>
              <w:spacing w:before="0" w:after="0"/>
              <w:jc w:val="left"/>
            </w:pPr>
            <w:r>
              <w:rPr>
                <w:rFonts w:ascii="Georgia" w:hAnsi="Georgia" w:cs="Georgia" w:eastAsia="Georgia"/>
                <w:b/>
                <w:color w:val="6A994E"/>
                <w:sz w:val="52"/>
              </w:rPr>
              <w:t>Weekly Menu Planner</w:t>
            </w:r>
          </w:p>
          <w:p>
            <w:pPr>
              <w:spacing w:before="0" w:after="0"/>
              <w:jc w:val="left"/>
            </w:pPr>
            <w:r>
              <w:rPr>
                <w:i/>
                <w:color w:val="7F7F7F"/>
                <w:sz w:val="20"/>
              </w:rPr>
              <w:t>Plan meals, snacks and prep for the whole family.</w:t>
            </w:r>
          </w:p>
        </w:tc>
        <w:tc>
          <w:tcPr>
            <w:tcW w:type="dxa" w:w="5184"/>
          </w:tcPr>
          <w:p>
            <w:pPr>
              <w:pBdr>
                <w:bottom w:val="single" w:sz="6" w:space="1" w:color="A6A6A6"/>
              </w:pBdr>
              <w:spacing w:before="200" w:after="0"/>
              <w:jc w:val="right"/>
            </w:pPr>
            <w:r>
              <w:rPr>
                <w:b/>
                <w:color w:val="6A994E"/>
                <w:sz w:val="22"/>
              </w:rPr>
              <w:t xml:space="preserve">Week of:  </w:t>
            </w:r>
            <w:r>
              <w:rPr>
                <w:sz w:val="22"/>
              </w:rPr>
              <w:t>November 9, 2026</w:t>
            </w:r>
          </w:p>
        </w:tc>
      </w:tr>
    </w:tbl>
    <w:p>
      <w:pPr>
        <w:spacing w:before="0" w:after="0" w:line="120" w:lineRule="exact"/>
        <w:jc w:val="left"/>
        <w:rPr>
          <w:sz w:val="9"/>
        </w:rPr>
      </w:pPr>
      <w:r>
        <w:rPr>
          <w:sz w:val="9"/>
        </w:rPr>
      </w:r>
    </w:p>
    <w:tbl>
      <w:tblPr>
        <w:tblW w:w="14544" w:type="dxa"/>
        <w:jc w:val="center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4" w:space="0" w:color="C9C9C9"/>
          <w:insideV w:val="single" w:sz="4" w:space="0" w:color="C9C9C9"/>
        </w:tblBorders>
        <w:tblLayout w:type="fixed"/>
        <w:tblCellMar>
          <w:top w:w="57" w:type="dxa"/>
          <w:left w:w="86" w:type="dxa"/>
          <w:bottom w:w="57" w:type="dxa"/>
          <w:right w:w="86" w:type="dxa"/>
        </w:tblCellMar>
        <w:tblLook w:firstColumn="1" w:firstRow="1" w:lastColumn="0" w:lastRow="0" w:noHBand="0" w:noVBand="1" w:val="04A0"/>
      </w:tblPr>
      <w:tblGrid>
        <w:gridCol w:w="1512"/>
        <w:gridCol w:w="1861"/>
        <w:gridCol w:w="1861"/>
        <w:gridCol w:w="1861"/>
        <w:gridCol w:w="1861"/>
        <w:gridCol w:w="1861"/>
        <w:gridCol w:w="1861"/>
        <w:gridCol w:w="1861"/>
      </w:tblGrid>
      <w:tr>
        <w:tc>
          <w:tcPr>
            <w:tcW w:type="dxa" w:w="1512"/>
            <w:shd w:val="clear" w:color="auto" w:fill="6A994E"/>
          </w:tcPr>
          <w:p/>
        </w:tc>
        <w:tc>
          <w:tcPr>
            <w:tcW w:type="dxa" w:w="1862"/>
            <w:shd w:val="clear" w:color="auto" w:fill="6A994E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pacing w:val="20"/>
                <w:sz w:val="18"/>
              </w:rPr>
              <w:t>MONDAY</w:t>
            </w:r>
          </w:p>
        </w:tc>
        <w:tc>
          <w:tcPr>
            <w:tcW w:type="dxa" w:w="1862"/>
            <w:shd w:val="clear" w:color="auto" w:fill="6A994E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pacing w:val="20"/>
                <w:sz w:val="18"/>
              </w:rPr>
              <w:t>TUESDAY</w:t>
            </w:r>
          </w:p>
        </w:tc>
        <w:tc>
          <w:tcPr>
            <w:tcW w:type="dxa" w:w="1862"/>
            <w:shd w:val="clear" w:color="auto" w:fill="6A994E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pacing w:val="20"/>
                <w:sz w:val="18"/>
              </w:rPr>
              <w:t>WEDNESDAY</w:t>
            </w:r>
          </w:p>
        </w:tc>
        <w:tc>
          <w:tcPr>
            <w:tcW w:type="dxa" w:w="1862"/>
            <w:shd w:val="clear" w:color="auto" w:fill="6A994E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pacing w:val="20"/>
                <w:sz w:val="18"/>
              </w:rPr>
              <w:t>THURSDAY</w:t>
            </w:r>
          </w:p>
        </w:tc>
        <w:tc>
          <w:tcPr>
            <w:tcW w:type="dxa" w:w="1862"/>
            <w:shd w:val="clear" w:color="auto" w:fill="6A994E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pacing w:val="20"/>
                <w:sz w:val="18"/>
              </w:rPr>
              <w:t>FRIDAY</w:t>
            </w:r>
          </w:p>
        </w:tc>
        <w:tc>
          <w:tcPr>
            <w:tcW w:type="dxa" w:w="1862"/>
            <w:shd w:val="clear" w:color="auto" w:fill="6A994E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pacing w:val="20"/>
                <w:sz w:val="18"/>
              </w:rPr>
              <w:t>SATURDAY</w:t>
            </w:r>
          </w:p>
        </w:tc>
        <w:tc>
          <w:tcPr>
            <w:tcW w:type="dxa" w:w="1862"/>
            <w:shd w:val="clear" w:color="auto" w:fill="6A994E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pacing w:val="20"/>
                <w:sz w:val="18"/>
              </w:rPr>
              <w:t>SUNDAY</w:t>
            </w:r>
          </w:p>
        </w:tc>
      </w:tr>
      <w:tr>
        <w:trPr>
          <w:trHeight w:val="1613" w:hRule="exact"/>
          <w:cantSplit/>
        </w:trPr>
        <w:tc>
          <w:tcPr>
            <w:tcW w:type="dxa" w:w="1512"/>
            <w:shd w:val="clear" w:color="auto" w:fill="F2E8CF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386641"/>
                <w:sz w:val="21"/>
              </w:rPr>
              <w:t>Breakfast</w:t>
            </w:r>
          </w:p>
        </w:tc>
        <w:tc>
          <w:tcPr>
            <w:tcW w:type="dxa" w:w="1862"/>
            <w:vAlign w:val="top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9"/>
              </w:rPr>
              <w:t>Oatmeal &amp; berries</w:t>
            </w:r>
          </w:p>
        </w:tc>
        <w:tc>
          <w:tcPr>
            <w:tcW w:type="dxa" w:w="1862"/>
            <w:shd w:val="clear" w:color="auto" w:fill="F7FAF3"/>
            <w:vAlign w:val="top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9"/>
              </w:rPr>
              <w:t>Yogurt parfait</w:t>
            </w:r>
          </w:p>
        </w:tc>
        <w:tc>
          <w:tcPr>
            <w:tcW w:type="dxa" w:w="1862"/>
            <w:vAlign w:val="top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9"/>
              </w:rPr>
              <w:t>Scrambled eggs, toast</w:t>
            </w:r>
          </w:p>
        </w:tc>
        <w:tc>
          <w:tcPr>
            <w:tcW w:type="dxa" w:w="1862"/>
            <w:shd w:val="clear" w:color="auto" w:fill="F7FAF3"/>
            <w:vAlign w:val="top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9"/>
              </w:rPr>
              <w:t>Banana smoothie</w:t>
            </w:r>
          </w:p>
        </w:tc>
        <w:tc>
          <w:tcPr>
            <w:tcW w:type="dxa" w:w="1862"/>
            <w:vAlign w:val="top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9"/>
              </w:rPr>
              <w:t>Bagels &amp; cream cheese</w:t>
            </w:r>
          </w:p>
        </w:tc>
        <w:tc>
          <w:tcPr>
            <w:tcW w:type="dxa" w:w="1862"/>
            <w:shd w:val="clear" w:color="auto" w:fill="F7FAF3"/>
            <w:vAlign w:val="top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9"/>
              </w:rPr>
              <w:t>Pancakes</w:t>
            </w:r>
          </w:p>
        </w:tc>
        <w:tc>
          <w:tcPr>
            <w:tcW w:type="dxa" w:w="1862"/>
            <w:vAlign w:val="top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9"/>
              </w:rPr>
              <w:t>Veggie omelet</w:t>
            </w:r>
          </w:p>
        </w:tc>
      </w:tr>
      <w:tr>
        <w:trPr>
          <w:trHeight w:val="1613" w:hRule="exact"/>
          <w:cantSplit/>
        </w:trPr>
        <w:tc>
          <w:tcPr>
            <w:tcW w:type="dxa" w:w="1512"/>
            <w:shd w:val="clear" w:color="auto" w:fill="F2E8CF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386641"/>
                <w:sz w:val="21"/>
              </w:rPr>
              <w:t>Lunch</w:t>
            </w:r>
          </w:p>
        </w:tc>
        <w:tc>
          <w:tcPr>
            <w:tcW w:type="dxa" w:w="1862"/>
            <w:vAlign w:val="top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9"/>
              </w:rPr>
              <w:t>Chicken wraps</w:t>
            </w:r>
          </w:p>
        </w:tc>
        <w:tc>
          <w:tcPr>
            <w:tcW w:type="dxa" w:w="1862"/>
            <w:shd w:val="clear" w:color="auto" w:fill="F7FAF3"/>
            <w:vAlign w:val="top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9"/>
              </w:rPr>
              <w:t>Leftover chili</w:t>
            </w:r>
          </w:p>
        </w:tc>
        <w:tc>
          <w:tcPr>
            <w:tcW w:type="dxa" w:w="1862"/>
            <w:vAlign w:val="top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9"/>
              </w:rPr>
              <w:t>Tuna salad</w:t>
            </w:r>
          </w:p>
        </w:tc>
        <w:tc>
          <w:tcPr>
            <w:tcW w:type="dxa" w:w="1862"/>
            <w:shd w:val="clear" w:color="auto" w:fill="F7FAF3"/>
            <w:vAlign w:val="top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9"/>
              </w:rPr>
              <w:t>Turkey sandwiches</w:t>
            </w:r>
          </w:p>
        </w:tc>
        <w:tc>
          <w:tcPr>
            <w:tcW w:type="dxa" w:w="1862"/>
            <w:vAlign w:val="top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9"/>
              </w:rPr>
              <w:t>Pasta salad</w:t>
            </w:r>
          </w:p>
        </w:tc>
        <w:tc>
          <w:tcPr>
            <w:tcW w:type="dxa" w:w="1862"/>
            <w:shd w:val="clear" w:color="auto" w:fill="F7FAF3"/>
            <w:vAlign w:val="top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9"/>
              </w:rPr>
              <w:t>Grilled cheese &amp; soup</w:t>
            </w:r>
          </w:p>
        </w:tc>
        <w:tc>
          <w:tcPr>
            <w:tcW w:type="dxa" w:w="1862"/>
            <w:vAlign w:val="top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9"/>
              </w:rPr>
              <w:t>Sunday roast</w:t>
            </w:r>
          </w:p>
        </w:tc>
      </w:tr>
      <w:tr>
        <w:trPr>
          <w:trHeight w:val="1613" w:hRule="exact"/>
          <w:cantSplit/>
        </w:trPr>
        <w:tc>
          <w:tcPr>
            <w:tcW w:type="dxa" w:w="1512"/>
            <w:shd w:val="clear" w:color="auto" w:fill="F2E8CF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386641"/>
                <w:sz w:val="21"/>
              </w:rPr>
              <w:t>Dinner</w:t>
            </w:r>
          </w:p>
        </w:tc>
        <w:tc>
          <w:tcPr>
            <w:tcW w:type="dxa" w:w="1862"/>
            <w:vAlign w:val="top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9"/>
              </w:rPr>
              <w:t>Turkey chili</w:t>
            </w:r>
          </w:p>
        </w:tc>
        <w:tc>
          <w:tcPr>
            <w:tcW w:type="dxa" w:w="1862"/>
            <w:shd w:val="clear" w:color="auto" w:fill="F7FAF3"/>
            <w:vAlign w:val="top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9"/>
              </w:rPr>
              <w:t>Lemon herb salmon</w:t>
            </w:r>
          </w:p>
        </w:tc>
        <w:tc>
          <w:tcPr>
            <w:tcW w:type="dxa" w:w="1862"/>
            <w:vAlign w:val="top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9"/>
              </w:rPr>
              <w:t>Tacos</w:t>
            </w:r>
          </w:p>
        </w:tc>
        <w:tc>
          <w:tcPr>
            <w:tcW w:type="dxa" w:w="1862"/>
            <w:shd w:val="clear" w:color="auto" w:fill="F7FAF3"/>
            <w:vAlign w:val="top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9"/>
              </w:rPr>
              <w:t>Spaghetti bolognese</w:t>
            </w:r>
          </w:p>
        </w:tc>
        <w:tc>
          <w:tcPr>
            <w:tcW w:type="dxa" w:w="1862"/>
            <w:vAlign w:val="top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9"/>
              </w:rPr>
              <w:t>Homemade pizza</w:t>
            </w:r>
          </w:p>
        </w:tc>
        <w:tc>
          <w:tcPr>
            <w:tcW w:type="dxa" w:w="1862"/>
            <w:shd w:val="clear" w:color="auto" w:fill="F7FAF3"/>
            <w:vAlign w:val="top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9"/>
              </w:rPr>
              <w:t>BBQ chicken &amp; corn</w:t>
            </w:r>
          </w:p>
        </w:tc>
        <w:tc>
          <w:tcPr>
            <w:tcW w:type="dxa" w:w="1862"/>
            <w:vAlign w:val="top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9"/>
              </w:rPr>
              <w:t>Roast leftovers bowl</w:t>
            </w:r>
          </w:p>
        </w:tc>
      </w:tr>
      <w:tr>
        <w:trPr>
          <w:trHeight w:val="1613" w:hRule="exact"/>
          <w:cantSplit/>
        </w:trPr>
        <w:tc>
          <w:tcPr>
            <w:tcW w:type="dxa" w:w="1512"/>
            <w:shd w:val="clear" w:color="auto" w:fill="F2E8CF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386641"/>
                <w:sz w:val="21"/>
              </w:rPr>
              <w:t>Snacks</w:t>
            </w:r>
          </w:p>
        </w:tc>
        <w:tc>
          <w:tcPr>
            <w:tcW w:type="dxa" w:w="1862"/>
            <w:vAlign w:val="top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9"/>
              </w:rPr>
              <w:t>Apple slices</w:t>
            </w:r>
          </w:p>
        </w:tc>
        <w:tc>
          <w:tcPr>
            <w:tcW w:type="dxa" w:w="1862"/>
            <w:shd w:val="clear" w:color="auto" w:fill="F7FAF3"/>
            <w:vAlign w:val="top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9"/>
              </w:rPr>
              <w:t>Hummus &amp; carrots</w:t>
            </w:r>
          </w:p>
        </w:tc>
        <w:tc>
          <w:tcPr>
            <w:tcW w:type="dxa" w:w="1862"/>
            <w:vAlign w:val="top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9"/>
              </w:rPr>
              <w:t>Popcorn</w:t>
            </w:r>
          </w:p>
        </w:tc>
        <w:tc>
          <w:tcPr>
            <w:tcW w:type="dxa" w:w="1862"/>
            <w:shd w:val="clear" w:color="auto" w:fill="F7FAF3"/>
            <w:vAlign w:val="top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9"/>
              </w:rPr>
              <w:t>Cheese &amp; crackers</w:t>
            </w:r>
          </w:p>
        </w:tc>
        <w:tc>
          <w:tcPr>
            <w:tcW w:type="dxa" w:w="1862"/>
            <w:vAlign w:val="top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9"/>
              </w:rPr>
              <w:t>Trail mix</w:t>
            </w:r>
          </w:p>
        </w:tc>
        <w:tc>
          <w:tcPr>
            <w:tcW w:type="dxa" w:w="1862"/>
            <w:shd w:val="clear" w:color="auto" w:fill="F7FAF3"/>
            <w:vAlign w:val="top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9"/>
              </w:rPr>
              <w:t>Fruit salad</w:t>
            </w:r>
          </w:p>
        </w:tc>
        <w:tc>
          <w:tcPr>
            <w:tcW w:type="dxa" w:w="1862"/>
            <w:vAlign w:val="top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9"/>
              </w:rPr>
              <w:t>Banana bread</w:t>
            </w:r>
          </w:p>
        </w:tc>
      </w:tr>
    </w:tbl>
    <w:p>
      <w:pPr>
        <w:spacing w:before="0" w:after="0" w:line="160" w:lineRule="exact"/>
        <w:jc w:val="left"/>
        <w:rPr>
          <w:sz w:val="12"/>
        </w:rPr>
      </w:pPr>
      <w:r>
        <w:rPr>
          <w:sz w:val="12"/>
        </w:rPr>
      </w:r>
    </w:p>
    <w:tbl>
      <w:tblPr>
        <w:tblW w:w="14544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115" w:type="dxa"/>
        </w:tblCellMar>
        <w:tblLook w:firstColumn="1" w:firstRow="1" w:lastColumn="0" w:lastRow="0" w:noHBand="0" w:noVBand="1" w:val="04A0"/>
      </w:tblPr>
      <w:tblGrid>
        <w:gridCol w:w="6108"/>
        <w:gridCol w:w="4217"/>
        <w:gridCol w:w="4217"/>
      </w:tblGrid>
      <w:tr>
        <w:tc>
          <w:tcPr>
            <w:tcW w:type="dxa" w:w="6108"/>
          </w:tcPr>
          <w:p>
            <w:pPr>
              <w:spacing w:before="0" w:after="40"/>
              <w:jc w:val="left"/>
            </w:pPr>
            <w:r>
              <w:rPr>
                <w:rFonts w:ascii="Georgia" w:hAnsi="Georgia" w:cs="Georgia" w:eastAsia="Georgia"/>
                <w:b/>
                <w:color w:val="6A994E"/>
                <w:sz w:val="22"/>
              </w:rPr>
              <w:t>Grocery List</w:t>
            </w:r>
          </w:p>
          <w:tbl>
            <w:tblPr>
              <w:tblW w:w="5964" w:type="dxa"/>
              <w:jc w:val="center"/>
              <w:tblBorders>
                <w:top w:val="single" w:sz="4" w:space="0" w:color="BFBFBF"/>
                <w:left w:val="single" w:sz="4" w:space="0" w:color="BFBFBF"/>
                <w:bottom w:val="single" w:sz="4" w:space="0" w:color="BFBFBF"/>
                <w:right w:val="single" w:sz="4" w:space="0" w:color="BFBFBF"/>
                <w:insideH w:val="single" w:sz="4" w:space="0" w:color="D9D9D9"/>
                <w:insideV w:val="single" w:sz="4" w:space="0" w:color="D9D9D9"/>
              </w:tblBorders>
              <w:tblLayout w:type="fixed"/>
              <w:tblCellMar>
                <w:top w:w="14" w:type="dxa"/>
                <w:left w:w="72" w:type="dxa"/>
                <w:bottom w:w="14" w:type="dxa"/>
                <w:right w:w="72" w:type="dxa"/>
              </w:tblCellMar>
              <w:tblLook w:firstColumn="1" w:firstRow="1" w:lastColumn="0" w:lastRow="0" w:noHBand="0" w:noVBand="1" w:val="04A0"/>
            </w:tblPr>
            <w:tblGrid>
              <w:gridCol w:w="2982"/>
              <w:gridCol w:w="2982"/>
            </w:tblGrid>
            <w:tr>
              <w:trPr>
                <w:trHeight w:val="346" w:hRule="exact"/>
                <w:cantSplit/>
                <w:cantSplit/>
              </w:trPr>
              <w:tc>
                <w:tcPr>
                  <w:tcW w:type="dxa" w:w="2982"/>
                  <w:vAlign w:val="center"/>
                </w:tcPr>
                <w:p>
                  <w:pPr>
                    <w:spacing w:before="0" w:after="0"/>
                    <w:jc w:val="left"/>
                  </w:pPr>
                  <w:sdt>
                    <w:sdtPr>
                      <w:rPr>
                        <w:rFonts w:ascii="MS Gothic" w:eastAsia="MS Gothic" w:hAnsi="MS Gothic"/>
                      </w:rPr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hAnsi="MS Gothic" w:cs="MS Gothic" w:eastAsia="MS Gothic"/>
                          <w:color w:val="6A994E"/>
                          <w:sz w:val="18"/>
                        </w:rPr>
                        <w:t>☐</w:t>
                      </w:r>
                    </w:sdtContent>
                  </w:sdt>
                  <w:r>
                    <w:rPr>
                      <w:sz w:val="18"/>
                    </w:rPr>
                    <w:t xml:space="preserve"> Salmon fillets</w:t>
                  </w:r>
                </w:p>
              </w:tc>
              <w:tc>
                <w:tcPr>
                  <w:tcW w:type="dxa" w:w="2982"/>
                  <w:vAlign w:val="center"/>
                </w:tcPr>
                <w:p>
                  <w:pPr>
                    <w:spacing w:before="0" w:after="0"/>
                    <w:jc w:val="left"/>
                  </w:pPr>
                  <w:sdt>
                    <w:sdtPr>
                      <w:rPr>
                        <w:rFonts w:ascii="MS Gothic" w:eastAsia="MS Gothic" w:hAnsi="MS Gothic"/>
                      </w:rPr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hAnsi="MS Gothic" w:cs="MS Gothic" w:eastAsia="MS Gothic"/>
                          <w:color w:val="6A994E"/>
                          <w:sz w:val="18"/>
                        </w:rPr>
                        <w:t>☐</w:t>
                      </w:r>
                    </w:sdtContent>
                  </w:sdt>
                  <w:r>
                    <w:rPr>
                      <w:sz w:val="18"/>
                    </w:rPr>
                    <w:t xml:space="preserve"> Ground turkey</w:t>
                  </w:r>
                </w:p>
              </w:tc>
            </w:tr>
            <w:tr>
              <w:trPr>
                <w:trHeight w:val="346" w:hRule="exact"/>
                <w:cantSplit/>
                <w:cantSplit/>
              </w:trPr>
              <w:tc>
                <w:tcPr>
                  <w:tcW w:type="dxa" w:w="2982"/>
                  <w:vAlign w:val="center"/>
                </w:tcPr>
                <w:p>
                  <w:pPr>
                    <w:spacing w:before="0" w:after="0"/>
                    <w:jc w:val="left"/>
                  </w:pPr>
                  <w:sdt>
                    <w:sdtPr>
                      <w:rPr>
                        <w:rFonts w:ascii="MS Gothic" w:eastAsia="MS Gothic" w:hAnsi="MS Gothic"/>
                      </w:rPr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hAnsi="MS Gothic" w:cs="MS Gothic" w:eastAsia="MS Gothic"/>
                          <w:color w:val="6A994E"/>
                          <w:sz w:val="18"/>
                        </w:rPr>
                        <w:t>☐</w:t>
                      </w:r>
                    </w:sdtContent>
                  </w:sdt>
                  <w:r>
                    <w:rPr>
                      <w:sz w:val="18"/>
                    </w:rPr>
                    <w:t xml:space="preserve"> Tortillas</w:t>
                  </w:r>
                </w:p>
              </w:tc>
              <w:tc>
                <w:tcPr>
                  <w:tcW w:type="dxa" w:w="2982"/>
                  <w:vAlign w:val="center"/>
                </w:tcPr>
                <w:p>
                  <w:pPr>
                    <w:spacing w:before="0" w:after="0"/>
                    <w:jc w:val="left"/>
                  </w:pPr>
                  <w:sdt>
                    <w:sdtPr>
                      <w:rPr>
                        <w:rFonts w:ascii="MS Gothic" w:eastAsia="MS Gothic" w:hAnsi="MS Gothic"/>
                      </w:rPr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hAnsi="MS Gothic" w:cs="MS Gothic" w:eastAsia="MS Gothic"/>
                          <w:color w:val="6A994E"/>
                          <w:sz w:val="18"/>
                        </w:rPr>
                        <w:t>☐</w:t>
                      </w:r>
                    </w:sdtContent>
                  </w:sdt>
                  <w:r>
                    <w:rPr>
                      <w:sz w:val="18"/>
                    </w:rPr>
                    <w:t xml:space="preserve"> Berries</w:t>
                  </w:r>
                </w:p>
              </w:tc>
            </w:tr>
            <w:tr>
              <w:trPr>
                <w:trHeight w:val="346" w:hRule="exact"/>
                <w:cantSplit/>
                <w:cantSplit/>
              </w:trPr>
              <w:tc>
                <w:tcPr>
                  <w:tcW w:type="dxa" w:w="2982"/>
                  <w:vAlign w:val="center"/>
                </w:tcPr>
                <w:p>
                  <w:pPr>
                    <w:spacing w:before="0" w:after="0"/>
                    <w:jc w:val="left"/>
                  </w:pPr>
                  <w:sdt>
                    <w:sdtPr>
                      <w:rPr>
                        <w:rFonts w:ascii="MS Gothic" w:eastAsia="MS Gothic" w:hAnsi="MS Gothic"/>
                      </w:rPr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hAnsi="MS Gothic" w:cs="MS Gothic" w:eastAsia="MS Gothic"/>
                          <w:color w:val="6A994E"/>
                          <w:sz w:val="18"/>
                        </w:rPr>
                        <w:t>☐</w:t>
                      </w:r>
                    </w:sdtContent>
                  </w:sdt>
                  <w:r>
                    <w:rPr>
                      <w:sz w:val="18"/>
                    </w:rPr>
                    <w:t xml:space="preserve"> Greek yogurt</w:t>
                  </w:r>
                </w:p>
              </w:tc>
              <w:tc>
                <w:tcPr>
                  <w:tcW w:type="dxa" w:w="2982"/>
                  <w:vAlign w:val="center"/>
                </w:tcPr>
                <w:p>
                  <w:pPr>
                    <w:spacing w:before="0" w:after="0"/>
                    <w:jc w:val="left"/>
                  </w:pPr>
                  <w:sdt>
                    <w:sdtPr>
                      <w:rPr>
                        <w:rFonts w:ascii="MS Gothic" w:eastAsia="MS Gothic" w:hAnsi="MS Gothic"/>
                      </w:rPr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hAnsi="MS Gothic" w:cs="MS Gothic" w:eastAsia="MS Gothic"/>
                          <w:color w:val="6A994E"/>
                          <w:sz w:val="18"/>
                        </w:rPr>
                        <w:t>☐</w:t>
                      </w:r>
                    </w:sdtContent>
                  </w:sdt>
                  <w:r>
                    <w:rPr>
                      <w:sz w:val="18"/>
                    </w:rPr>
                    <w:t xml:space="preserve"> Spaghetti</w:t>
                  </w:r>
                </w:p>
              </w:tc>
            </w:tr>
            <w:tr>
              <w:trPr>
                <w:trHeight w:val="346" w:hRule="exact"/>
                <w:cantSplit/>
                <w:cantSplit/>
              </w:trPr>
              <w:tc>
                <w:tcPr>
                  <w:tcW w:type="dxa" w:w="2982"/>
                  <w:vAlign w:val="center"/>
                </w:tcPr>
                <w:p>
                  <w:pPr>
                    <w:spacing w:before="0" w:after="0"/>
                    <w:jc w:val="left"/>
                  </w:pPr>
                  <w:sdt>
                    <w:sdtPr>
                      <w:rPr>
                        <w:rFonts w:ascii="MS Gothic" w:eastAsia="MS Gothic" w:hAnsi="MS Gothic"/>
                      </w:rPr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hAnsi="MS Gothic" w:cs="MS Gothic" w:eastAsia="MS Gothic"/>
                          <w:color w:val="6A994E"/>
                          <w:sz w:val="18"/>
                        </w:rPr>
                        <w:t>☐</w:t>
                      </w:r>
                    </w:sdtContent>
                  </w:sdt>
                  <w:r>
                    <w:rPr>
                      <w:sz w:val="18"/>
                    </w:rPr>
                    <w:t xml:space="preserve"> Pizza dough</w:t>
                  </w:r>
                </w:p>
              </w:tc>
              <w:tc>
                <w:tcPr>
                  <w:tcW w:type="dxa" w:w="2982"/>
                  <w:vAlign w:val="center"/>
                </w:tcPr>
                <w:p>
                  <w:pPr>
                    <w:spacing w:before="0" w:after="0"/>
                    <w:jc w:val="left"/>
                  </w:pPr>
                  <w:sdt>
                    <w:sdtPr>
                      <w:rPr>
                        <w:rFonts w:ascii="MS Gothic" w:eastAsia="MS Gothic" w:hAnsi="MS Gothic"/>
                      </w:rPr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hAnsi="MS Gothic" w:cs="MS Gothic" w:eastAsia="MS Gothic"/>
                          <w:color w:val="6A994E"/>
                          <w:sz w:val="18"/>
                        </w:rPr>
                        <w:t>☐</w:t>
                      </w:r>
                    </w:sdtContent>
                  </w:sdt>
                  <w:r>
                    <w:rPr>
                      <w:sz w:val="18"/>
                    </w:rPr>
                    <w:t xml:space="preserve"> Carrots</w:t>
                  </w:r>
                </w:p>
              </w:tc>
            </w:tr>
            <w:tr>
              <w:trPr>
                <w:trHeight w:val="346" w:hRule="exact"/>
                <w:cantSplit/>
                <w:cantSplit/>
              </w:trPr>
              <w:tc>
                <w:tcPr>
                  <w:tcW w:type="dxa" w:w="2982"/>
                  <w:vAlign w:val="center"/>
                </w:tcPr>
                <w:p>
                  <w:pPr>
                    <w:spacing w:before="0" w:after="0"/>
                    <w:jc w:val="left"/>
                  </w:pPr>
                  <w:sdt>
                    <w:sdtPr>
                      <w:rPr>
                        <w:rFonts w:ascii="MS Gothic" w:eastAsia="MS Gothic" w:hAnsi="MS Gothic"/>
                      </w:rPr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hAnsi="MS Gothic" w:cs="MS Gothic" w:eastAsia="MS Gothic"/>
                          <w:color w:val="6A994E"/>
                          <w:sz w:val="18"/>
                        </w:rPr>
                        <w:t>☐</w:t>
                      </w:r>
                    </w:sdtContent>
                  </w:sdt>
                  <w:r>
                    <w:rPr>
                      <w:sz w:val="18"/>
                    </w:rPr>
                    <w:t xml:space="preserve"> Cheddar</w:t>
                  </w:r>
                </w:p>
              </w:tc>
              <w:tc>
                <w:tcPr>
                  <w:tcW w:type="dxa" w:w="2982"/>
                  <w:vAlign w:val="center"/>
                </w:tcPr>
                <w:p>
                  <w:pPr>
                    <w:spacing w:before="0" w:after="0"/>
                    <w:jc w:val="left"/>
                  </w:pPr>
                  <w:sdt>
                    <w:sdtPr>
                      <w:rPr>
                        <w:rFonts w:ascii="MS Gothic" w:eastAsia="MS Gothic" w:hAnsi="MS Gothic"/>
                      </w:rPr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hAnsi="MS Gothic" w:cs="MS Gothic" w:eastAsia="MS Gothic"/>
                          <w:color w:val="6A994E"/>
                          <w:sz w:val="18"/>
                        </w:rPr>
                        <w:t>☐</w:t>
                      </w:r>
                    </w:sdtContent>
                  </w:sdt>
                  <w:r>
                    <w:rPr>
                      <w:sz w:val="18"/>
                    </w:rPr>
                    <w:t xml:space="preserve"> Bananas</w:t>
                  </w:r>
                </w:p>
              </w:tc>
            </w:tr>
            <w:tr>
              <w:trPr>
                <w:trHeight w:val="346" w:hRule="exact"/>
                <w:cantSplit/>
                <w:cantSplit/>
              </w:trPr>
              <w:tc>
                <w:tcPr>
                  <w:tcW w:type="dxa" w:w="2982"/>
                  <w:vAlign w:val="center"/>
                </w:tcPr>
                <w:p>
                  <w:pPr>
                    <w:spacing w:before="0" w:after="0"/>
                    <w:jc w:val="left"/>
                  </w:pPr>
                  <w:sdt>
                    <w:sdtPr>
                      <w:rPr>
                        <w:rFonts w:ascii="MS Gothic" w:eastAsia="MS Gothic" w:hAnsi="MS Gothic"/>
                      </w:rPr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hAnsi="MS Gothic" w:cs="MS Gothic" w:eastAsia="MS Gothic"/>
                          <w:color w:val="6A994E"/>
                          <w:sz w:val="18"/>
                        </w:rPr>
                        <w:t>☐</w:t>
                      </w:r>
                    </w:sdtContent>
                  </w:sdt>
                  <w:r>
                    <w:rPr>
                      <w:sz w:val="18"/>
                    </w:rPr>
                    <w:t xml:space="preserve"> Corn on the cob</w:t>
                  </w:r>
                </w:p>
              </w:tc>
              <w:tc>
                <w:tcPr>
                  <w:tcW w:type="dxa" w:w="2982"/>
                  <w:vAlign w:val="center"/>
                </w:tcPr>
                <w:p>
                  <w:pPr>
                    <w:spacing w:before="0" w:after="0"/>
                    <w:jc w:val="left"/>
                  </w:pPr>
                  <w:sdt>
                    <w:sdtPr>
                      <w:rPr>
                        <w:rFonts w:ascii="MS Gothic" w:eastAsia="MS Gothic" w:hAnsi="MS Gothic"/>
                      </w:rPr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hAnsi="MS Gothic" w:cs="MS Gothic" w:eastAsia="MS Gothic"/>
                          <w:color w:val="6A994E"/>
                          <w:sz w:val="18"/>
                        </w:rPr>
                        <w:t>☐</w:t>
                      </w:r>
                    </w:sdtContent>
                  </w:sdt>
                  <w:r>
                    <w:rPr>
                      <w:sz w:val="18"/>
                    </w:rPr>
                    <w:t xml:space="preserve"> Eggs (dozen)</w:t>
                  </w:r>
                </w:p>
              </w:tc>
            </w:tr>
          </w:tbl>
          <w:p/>
        </w:tc>
        <w:tc>
          <w:tcPr>
            <w:tcW w:type="dxa" w:w="4218"/>
          </w:tcPr>
          <w:p>
            <w:pPr>
              <w:spacing w:before="0" w:after="40"/>
              <w:jc w:val="left"/>
            </w:pPr>
            <w:r>
              <w:rPr>
                <w:rFonts w:ascii="Georgia" w:hAnsi="Georgia" w:cs="Georgia" w:eastAsia="Georgia"/>
                <w:b/>
                <w:color w:val="6A994E"/>
                <w:sz w:val="22"/>
              </w:rPr>
              <w:t>Prep Ahead</w:t>
            </w:r>
          </w:p>
          <w:tbl>
            <w:tblPr>
              <w:tblW w:w="4073" w:type="dxa"/>
              <w:jc w:val="center"/>
              <w:tblBorders>
                <w:top w:val="single" w:sz="4" w:space="0" w:color="BFBFBF"/>
                <w:left w:val="single" w:sz="4" w:space="0" w:color="BFBFBF"/>
                <w:bottom w:val="single" w:sz="4" w:space="0" w:color="BFBFBF"/>
                <w:right w:val="single" w:sz="4" w:space="0" w:color="BFBFBF"/>
                <w:insideH w:val="single" w:sz="4" w:space="0" w:color="D9D9D9"/>
                <w:insideV w:val="single" w:sz="4" w:space="0" w:color="D9D9D9"/>
              </w:tblBorders>
              <w:tblLayout w:type="fixed"/>
              <w:tblCellMar>
                <w:top w:w="14" w:type="dxa"/>
                <w:left w:w="72" w:type="dxa"/>
                <w:bottom w:w="14" w:type="dxa"/>
                <w:right w:w="72" w:type="dxa"/>
              </w:tblCellMar>
              <w:tblLook w:firstColumn="1" w:firstRow="1" w:lastColumn="0" w:lastRow="0" w:noHBand="0" w:noVBand="1" w:val="04A0"/>
            </w:tblPr>
            <w:tblGrid>
              <w:gridCol w:w="4073"/>
            </w:tblGrid>
            <w:tr>
              <w:trPr>
                <w:trHeight w:val="346" w:hRule="exact"/>
                <w:cantSplit/>
              </w:trPr>
              <w:tc>
                <w:tcPr>
                  <w:tcW w:type="dxa" w:w="4074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sz w:val="18"/>
                    </w:rPr>
                    <w:t>Cook rice &amp; quinoa (Sun)</w:t>
                  </w:r>
                </w:p>
              </w:tc>
            </w:tr>
            <w:tr>
              <w:trPr>
                <w:trHeight w:val="346" w:hRule="exact"/>
                <w:cantSplit/>
              </w:trPr>
              <w:tc>
                <w:tcPr>
                  <w:tcW w:type="dxa" w:w="4074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sz w:val="18"/>
                    </w:rPr>
                    <w:t>Chop veggies for 3 days</w:t>
                  </w:r>
                </w:p>
              </w:tc>
            </w:tr>
            <w:tr>
              <w:trPr>
                <w:trHeight w:val="346" w:hRule="exact"/>
                <w:cantSplit/>
              </w:trPr>
              <w:tc>
                <w:tcPr>
                  <w:tcW w:type="dxa" w:w="4074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sz w:val="18"/>
                    </w:rPr>
                    <w:t>Marinate salmon (Mon AM)</w:t>
                  </w:r>
                </w:p>
              </w:tc>
            </w:tr>
            <w:tr>
              <w:trPr>
                <w:trHeight w:val="346" w:hRule="exact"/>
                <w:cantSplit/>
              </w:trPr>
              <w:tc>
                <w:tcPr>
                  <w:tcW w:type="dxa" w:w="4074"/>
                  <w:vAlign w:val="center"/>
                </w:tcPr>
                <w:p/>
              </w:tc>
            </w:tr>
            <w:tr>
              <w:trPr>
                <w:trHeight w:val="346" w:hRule="exact"/>
                <w:cantSplit/>
              </w:trPr>
              <w:tc>
                <w:tcPr>
                  <w:tcW w:type="dxa" w:w="4074"/>
                  <w:vAlign w:val="center"/>
                </w:tcPr>
                <w:p/>
              </w:tc>
            </w:tr>
            <w:tr>
              <w:trPr>
                <w:trHeight w:val="346" w:hRule="exact"/>
                <w:cantSplit/>
              </w:trPr>
              <w:tc>
                <w:tcPr>
                  <w:tcW w:type="dxa" w:w="4074"/>
                  <w:vAlign w:val="center"/>
                </w:tcPr>
                <w:p/>
              </w:tc>
            </w:tr>
          </w:tbl>
          <w:p/>
        </w:tc>
        <w:tc>
          <w:tcPr>
            <w:tcW w:type="dxa" w:w="4218"/>
          </w:tcPr>
          <w:p>
            <w:pPr>
              <w:spacing w:before="0" w:after="40"/>
              <w:jc w:val="left"/>
            </w:pPr>
            <w:r>
              <w:rPr>
                <w:rFonts w:ascii="Georgia" w:hAnsi="Georgia" w:cs="Georgia" w:eastAsia="Georgia"/>
                <w:b/>
                <w:color w:val="6A994E"/>
                <w:sz w:val="22"/>
              </w:rPr>
              <w:t>Notes</w:t>
            </w:r>
          </w:p>
          <w:tbl>
            <w:tblPr>
              <w:tblW w:w="4073" w:type="dxa"/>
              <w:jc w:val="center"/>
              <w:tblBorders>
                <w:top w:val="single" w:sz="4" w:space="0" w:color="BFBFBF"/>
                <w:left w:val="single" w:sz="4" w:space="0" w:color="BFBFBF"/>
                <w:bottom w:val="single" w:sz="4" w:space="0" w:color="BFBFBF"/>
                <w:right w:val="single" w:sz="4" w:space="0" w:color="BFBFBF"/>
                <w:insideH w:val="single" w:sz="4" w:space="0" w:color="D9D9D9"/>
                <w:insideV w:val="single" w:sz="4" w:space="0" w:color="D9D9D9"/>
              </w:tblBorders>
              <w:tblLayout w:type="fixed"/>
              <w:tblCellMar>
                <w:top w:w="14" w:type="dxa"/>
                <w:left w:w="72" w:type="dxa"/>
                <w:bottom w:w="14" w:type="dxa"/>
                <w:right w:w="72" w:type="dxa"/>
              </w:tblCellMar>
              <w:tblLook w:firstColumn="1" w:firstRow="1" w:lastColumn="0" w:lastRow="0" w:noHBand="0" w:noVBand="1" w:val="04A0"/>
            </w:tblPr>
            <w:tblGrid>
              <w:gridCol w:w="4073"/>
            </w:tblGrid>
            <w:tr>
              <w:trPr>
                <w:trHeight w:val="346" w:hRule="exact"/>
                <w:cantSplit/>
              </w:trPr>
              <w:tc>
                <w:tcPr>
                  <w:tcW w:type="dxa" w:w="4074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sz w:val="18"/>
                    </w:rPr>
                    <w:t>Soccer practice Tue — quick dinner</w:t>
                  </w:r>
                </w:p>
              </w:tc>
            </w:tr>
            <w:tr>
              <w:trPr>
                <w:trHeight w:val="346" w:hRule="exact"/>
                <w:cantSplit/>
              </w:trPr>
              <w:tc>
                <w:tcPr>
                  <w:tcW w:type="dxa" w:w="4074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sz w:val="18"/>
                    </w:rPr>
                    <w:t>Grandma visiting Saturday</w:t>
                  </w:r>
                </w:p>
              </w:tc>
            </w:tr>
            <w:tr>
              <w:trPr>
                <w:trHeight w:val="346" w:hRule="exact"/>
                <w:cantSplit/>
              </w:trPr>
              <w:tc>
                <w:tcPr>
                  <w:tcW w:type="dxa" w:w="4074"/>
                  <w:vAlign w:val="center"/>
                </w:tcPr>
                <w:p/>
              </w:tc>
            </w:tr>
            <w:tr>
              <w:trPr>
                <w:trHeight w:val="346" w:hRule="exact"/>
                <w:cantSplit/>
              </w:trPr>
              <w:tc>
                <w:tcPr>
                  <w:tcW w:type="dxa" w:w="4074"/>
                  <w:vAlign w:val="center"/>
                </w:tcPr>
                <w:p/>
              </w:tc>
            </w:tr>
            <w:tr>
              <w:trPr>
                <w:trHeight w:val="346" w:hRule="exact"/>
                <w:cantSplit/>
              </w:trPr>
              <w:tc>
                <w:tcPr>
                  <w:tcW w:type="dxa" w:w="4074"/>
                  <w:vAlign w:val="center"/>
                </w:tcPr>
                <w:p/>
              </w:tc>
            </w:tr>
            <w:tr>
              <w:trPr>
                <w:trHeight w:val="346" w:hRule="exact"/>
                <w:cantSplit/>
              </w:trPr>
              <w:tc>
                <w:tcPr>
                  <w:tcW w:type="dxa" w:w="4074"/>
                  <w:vAlign w:val="center"/>
                </w:tcPr>
                <w:p/>
              </w:tc>
            </w:tr>
          </w:tbl>
          <w:p/>
        </w:tc>
      </w:tr>
    </w:tbl>
    <w:p>
      <w:pPr>
        <w:spacing w:line="20" w:lineRule="exact"/>
        <w:rPr>
          <w:sz w:val="2"/>
        </w:rPr>
      </w:pPr>
    </w:p>
    <w:sectPr w:rsidR="00FC693F" w:rsidRPr="0006063C" w:rsidSect="00034616">
      <w:pgSz w:w="15840" w:h="12240" w:orient="landscape"/>
      <w:pgMar w:top="576" w:right="648" w:bottom="576" w:left="648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Calibri" w:hAnsi="Calibri" w:cs="Calibri" w:eastAsia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Menu Planner</dc:title>
  <dc:subject/>
  <dc:creator>Your Company Name</dc:creator>
  <cp:keywords/>
  <dc:description>Free editable template. Replace sample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