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37474F"/>
          <w:sz w:val="48"/>
        </w:rPr>
        <w:t>Weekly Family Schedule</w:t>
      </w:r>
    </w:p>
    <w:p>
      <w:pPr>
        <w:spacing w:before="0" w:after="40"/>
        <w:jc w:val="left"/>
      </w:pPr>
      <w:r>
        <w:rPr>
          <w:color w:val="595959"/>
          <w:sz w:val="20"/>
        </w:rPr>
        <w:t>Week of: ______________________     Keep everyone’s activities, meals and to-dos in one place.</w:t>
      </w:r>
    </w:p>
    <w:p>
      <w:pPr>
        <w:pBdr>
          <w:bottom w:val="single" w:sz="12" w:space="1" w:color="37474F"/>
        </w:pBdr>
        <w:spacing w:before="40" w:after="120"/>
        <w:jc w:val="left"/>
      </w:pP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5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72" w:type="dxa"/>
          <w:bottom w:w="43" w:type="dxa"/>
          <w:right w:w="72" w:type="dxa"/>
        </w:tblCellMar>
        <w:tblLook w:firstColumn="1" w:firstRow="1" w:lastColumn="0" w:lastRow="0" w:noHBand="0" w:noVBand="1" w:val="04A0"/>
      </w:tblPr>
      <w:tblGrid>
        <w:gridCol w:w="1440"/>
        <w:gridCol w:w="1872"/>
        <w:gridCol w:w="1872"/>
        <w:gridCol w:w="1872"/>
        <w:gridCol w:w="1872"/>
        <w:gridCol w:w="1872"/>
        <w:gridCol w:w="1872"/>
        <w:gridCol w:w="1872"/>
      </w:tblGrid>
      <w:tr>
        <w:tc>
          <w:tcPr>
            <w:tcW w:type="dxa" w:w="1440"/>
            <w:shd w:val="clear" w:color="auto" w:fill="37474F"/>
          </w:tcPr>
          <w:p/>
        </w:tc>
        <w:tc>
          <w:tcPr>
            <w:tcW w:type="dxa" w:w="1872"/>
            <w:shd w:val="clear" w:color="auto" w:fill="3747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1"/>
              </w:rPr>
              <w:t>Mon</w:t>
            </w:r>
          </w:p>
        </w:tc>
        <w:tc>
          <w:tcPr>
            <w:tcW w:type="dxa" w:w="1872"/>
            <w:shd w:val="clear" w:color="auto" w:fill="3747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1"/>
              </w:rPr>
              <w:t>Tue</w:t>
            </w:r>
          </w:p>
        </w:tc>
        <w:tc>
          <w:tcPr>
            <w:tcW w:type="dxa" w:w="1872"/>
            <w:shd w:val="clear" w:color="auto" w:fill="3747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1"/>
              </w:rPr>
              <w:t>Wed</w:t>
            </w:r>
          </w:p>
        </w:tc>
        <w:tc>
          <w:tcPr>
            <w:tcW w:type="dxa" w:w="1872"/>
            <w:shd w:val="clear" w:color="auto" w:fill="3747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1"/>
              </w:rPr>
              <w:t>Thu</w:t>
            </w:r>
          </w:p>
        </w:tc>
        <w:tc>
          <w:tcPr>
            <w:tcW w:type="dxa" w:w="1872"/>
            <w:shd w:val="clear" w:color="auto" w:fill="3747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1"/>
              </w:rPr>
              <w:t>Fri</w:t>
            </w:r>
          </w:p>
        </w:tc>
        <w:tc>
          <w:tcPr>
            <w:tcW w:type="dxa" w:w="1872"/>
            <w:shd w:val="clear" w:color="auto" w:fill="3747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1"/>
              </w:rPr>
              <w:t>Sat</w:t>
            </w:r>
          </w:p>
        </w:tc>
        <w:tc>
          <w:tcPr>
            <w:tcW w:type="dxa" w:w="1872"/>
            <w:shd w:val="clear" w:color="auto" w:fill="3747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1"/>
              </w:rPr>
              <w:t>Sun</w:t>
            </w:r>
          </w:p>
        </w:tc>
      </w:tr>
      <w:tr>
        <w:trPr>
          <w:trHeight w:val="1368" w:hRule="exact"/>
          <w:cantSplit/>
        </w:trPr>
        <w:tc>
          <w:tcPr>
            <w:tcW w:type="dxa" w:w="1440"/>
            <w:shd w:val="clear" w:color="auto" w:fill="E91E6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Mom</w:t>
            </w:r>
          </w:p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Work 9–5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Book club 7 PM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rPr>
          <w:trHeight w:val="1368" w:hRule="exact"/>
          <w:cantSplit/>
        </w:trPr>
        <w:tc>
          <w:tcPr>
            <w:tcW w:type="dxa" w:w="1440"/>
            <w:shd w:val="clear" w:color="auto" w:fill="1E88E5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Dad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Gym 6 AM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Work late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rPr>
          <w:trHeight w:val="1368" w:hRule="exact"/>
          <w:cantSplit/>
        </w:trPr>
        <w:tc>
          <w:tcPr>
            <w:tcW w:type="dxa" w:w="1440"/>
            <w:shd w:val="clear" w:color="auto" w:fill="8E24A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Emma</w:t>
            </w:r>
          </w:p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Piano 4 PM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Soccer 5 PM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Match 10 AM</w:t>
            </w:r>
          </w:p>
        </w:tc>
        <w:tc>
          <w:tcPr>
            <w:tcW w:type="dxa" w:w="1872"/>
          </w:tcPr>
          <w:p/>
        </w:tc>
      </w:tr>
      <w:tr>
        <w:trPr>
          <w:trHeight w:val="1368" w:hRule="exact"/>
          <w:cantSplit/>
        </w:trPr>
        <w:tc>
          <w:tcPr>
            <w:tcW w:type="dxa" w:w="1440"/>
            <w:shd w:val="clear" w:color="auto" w:fill="43A0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Noah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Swim 4 PM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Dentist 3:30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Grandma visit</w:t>
            </w:r>
          </w:p>
        </w:tc>
      </w:tr>
      <w:tr>
        <w:trPr>
          <w:trHeight w:val="1152" w:hRule="exact"/>
          <w:cantSplit/>
        </w:trPr>
        <w:tc>
          <w:tcPr>
            <w:tcW w:type="dxa" w:w="1440"/>
            <w:shd w:val="clear" w:color="auto" w:fill="ECEFF1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7474F"/>
                <w:sz w:val="20"/>
              </w:rPr>
              <w:t>Meals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sz w:val="17"/>
              </w:rPr>
              <w:t>Pizza night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rPr>
          <w:trHeight w:val="1152" w:hRule="exact"/>
          <w:cantSplit/>
        </w:trPr>
        <w:tc>
          <w:tcPr>
            <w:tcW w:type="dxa" w:w="1440"/>
            <w:shd w:val="clear" w:color="auto" w:fill="ECEFF1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7474F"/>
                <w:sz w:val="20"/>
              </w:rPr>
              <w:t>To-Do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20" w:right="648" w:bottom="720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Family Schedule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