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640"/>
        <w:gridCol w:w="5903"/>
      </w:tblGrid>
      <w:tr>
        <w:tc>
          <w:tcPr>
            <w:tcW w:type="dxa" w:w="8640"/>
          </w:tcPr>
          <w:p>
            <w:pPr>
              <w:spacing w:before="0" w:after="0"/>
              <w:jc w:val="left"/>
            </w:pPr>
            <w:r>
              <w:rPr>
                <w:b/>
                <w:color w:val="7B2CBF"/>
                <w:sz w:val="48"/>
              </w:rPr>
              <w:t>Weekly Class Schedule</w:t>
            </w:r>
          </w:p>
          <w:p>
            <w:pPr>
              <w:spacing w:before="0" w:after="0"/>
              <w:jc w:val="left"/>
            </w:pPr>
            <w:r>
              <w:rPr>
                <w:color w:val="7F7F7F"/>
                <w:sz w:val="21"/>
              </w:rPr>
              <w:t>Fall Semester 2026</w:t>
            </w:r>
          </w:p>
        </w:tc>
        <w:tc>
          <w:tcPr>
            <w:tcW w:type="dxa" w:w="5904"/>
          </w:tcPr>
          <w:tbl>
            <w:tblPr>
              <w:tblW w:w="5832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  <w:tblLook w:firstColumn="1" w:firstRow="1" w:lastColumn="0" w:lastRow="0" w:noHBand="0" w:noVBand="1" w:val="04A0"/>
            </w:tblPr>
            <w:tblGrid>
              <w:gridCol w:w="1584"/>
              <w:gridCol w:w="4248"/>
            </w:tblGrid>
            <w:tr>
              <w:tc>
                <w:tcPr>
                  <w:tcW w:type="dxa" w:w="1584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7B2CBF"/>
                      <w:sz w:val="18"/>
                    </w:rPr>
                    <w:t>Student</w:t>
                  </w:r>
                </w:p>
              </w:tc>
              <w:tc>
                <w:tcPr>
                  <w:tcW w:type="dxa" w:w="424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20"/>
                    </w:rPr>
                    <w:t>Jordan Lee</w:t>
                  </w:r>
                </w:p>
              </w:tc>
            </w:tr>
            <w:tr>
              <w:tc>
                <w:tcPr>
                  <w:tcW w:type="dxa" w:w="1584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7B2CBF"/>
                      <w:sz w:val="18"/>
                    </w:rPr>
                    <w:t>Grade / Year</w:t>
                  </w:r>
                </w:p>
              </w:tc>
              <w:tc>
                <w:tcPr>
                  <w:tcW w:type="dxa" w:w="424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color w:val="262626"/>
                      <w:sz w:val="20"/>
                    </w:rPr>
                    <w:t>Grade 10</w:t>
                  </w:r>
                </w:p>
              </w:tc>
            </w:tr>
          </w:tbl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4544" w:type="dxa"/>
        <w:jc w:val="center"/>
        <w:tblBorders>
          <w:top w:val="single" w:sz="6" w:space="0" w:color="9D8AB0"/>
          <w:left w:val="single" w:sz="6" w:space="0" w:color="9D8AB0"/>
          <w:bottom w:val="single" w:sz="6" w:space="0" w:color="9D8AB0"/>
          <w:right w:val="single" w:sz="6" w:space="0" w:color="9D8AB0"/>
          <w:insideH w:val="single" w:sz="4" w:space="0" w:color="D5CBE0"/>
          <w:insideV w:val="single" w:sz="4" w:space="0" w:color="D5CBE0"/>
        </w:tblBorders>
        <w:tblLayout w:type="fixed"/>
        <w:tblCellMar>
          <w:top w:w="28" w:type="dxa"/>
          <w:left w:w="72" w:type="dxa"/>
          <w:bottom w:w="28" w:type="dxa"/>
          <w:right w:w="72" w:type="dxa"/>
        </w:tblCellMar>
        <w:tblLook w:firstColumn="1" w:firstRow="1" w:lastColumn="0" w:lastRow="0" w:noHBand="0" w:noVBand="1" w:val="04A0"/>
      </w:tblPr>
      <w:tblGrid>
        <w:gridCol w:w="720"/>
        <w:gridCol w:w="1728"/>
        <w:gridCol w:w="2419"/>
        <w:gridCol w:w="2419"/>
        <w:gridCol w:w="2419"/>
        <w:gridCol w:w="2419"/>
        <w:gridCol w:w="2419"/>
      </w:tblGrid>
      <w:tr>
        <w:tc>
          <w:tcPr>
            <w:tcW w:type="dxa" w:w="720"/>
            <w:shd w:val="clear" w:color="auto" w:fill="7B2CB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#</w:t>
            </w:r>
          </w:p>
        </w:tc>
        <w:tc>
          <w:tcPr>
            <w:tcW w:type="dxa" w:w="1728"/>
            <w:shd w:val="clear" w:color="auto" w:fill="7B2CB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TIME</w:t>
            </w:r>
          </w:p>
        </w:tc>
        <w:tc>
          <w:tcPr>
            <w:tcW w:type="dxa" w:w="2419"/>
            <w:shd w:val="clear" w:color="auto" w:fill="7B2CB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MONDAY</w:t>
            </w:r>
          </w:p>
        </w:tc>
        <w:tc>
          <w:tcPr>
            <w:tcW w:type="dxa" w:w="2419"/>
            <w:shd w:val="clear" w:color="auto" w:fill="7B2CB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TUESDAY</w:t>
            </w:r>
          </w:p>
        </w:tc>
        <w:tc>
          <w:tcPr>
            <w:tcW w:type="dxa" w:w="2419"/>
            <w:shd w:val="clear" w:color="auto" w:fill="7B2CB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WEDNESDAY</w:t>
            </w:r>
          </w:p>
        </w:tc>
        <w:tc>
          <w:tcPr>
            <w:tcW w:type="dxa" w:w="2419"/>
            <w:shd w:val="clear" w:color="auto" w:fill="7B2CB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THURSDAY</w:t>
            </w:r>
          </w:p>
        </w:tc>
        <w:tc>
          <w:tcPr>
            <w:tcW w:type="dxa" w:w="2419"/>
            <w:shd w:val="clear" w:color="auto" w:fill="7B2CBF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FRIDAY</w:t>
            </w:r>
          </w:p>
        </w:tc>
      </w:tr>
      <w:tr>
        <w:trPr>
          <w:trHeight w:val="893" w:hRule="exact"/>
          <w:cantSplit/>
        </w:trPr>
        <w:tc>
          <w:tcPr>
            <w:tcW w:type="dxa" w:w="720"/>
            <w:shd w:val="clear" w:color="auto" w:fill="F6EFF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B2CBF"/>
                <w:sz w:val="18"/>
              </w:rPr>
              <w:t>1</w:t>
            </w:r>
          </w:p>
        </w:tc>
        <w:tc>
          <w:tcPr>
            <w:tcW w:type="dxa" w:w="1728"/>
            <w:shd w:val="clear" w:color="auto" w:fill="F6EFF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B2CBF"/>
                <w:sz w:val="18"/>
              </w:rPr>
              <w:t>8:00 – 8:50</w:t>
            </w:r>
          </w:p>
        </w:tc>
        <w:tc>
          <w:tcPr>
            <w:tcW w:type="dxa" w:w="2419"/>
            <w:shd w:val="clear" w:color="auto" w:fill="FFE5D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Math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Rm 204</w:t>
            </w:r>
          </w:p>
        </w:tc>
        <w:tc>
          <w:tcPr>
            <w:tcW w:type="dxa" w:w="2419"/>
            <w:shd w:val="clear" w:color="auto" w:fill="FFE5D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Math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Rm 204</w:t>
            </w:r>
          </w:p>
        </w:tc>
        <w:tc>
          <w:tcPr>
            <w:tcW w:type="dxa" w:w="2419"/>
            <w:shd w:val="clear" w:color="auto" w:fill="FFE5D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Math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Rm 204</w:t>
            </w:r>
          </w:p>
        </w:tc>
        <w:tc>
          <w:tcPr>
            <w:tcW w:type="dxa" w:w="2419"/>
            <w:shd w:val="clear" w:color="auto" w:fill="FFE5D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Math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Rm 204</w:t>
            </w:r>
          </w:p>
        </w:tc>
        <w:tc>
          <w:tcPr>
            <w:tcW w:type="dxa" w:w="2419"/>
            <w:shd w:val="clear" w:color="auto" w:fill="FFE5D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Math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Rm 204</w:t>
            </w:r>
          </w:p>
        </w:tc>
      </w:tr>
      <w:tr>
        <w:trPr>
          <w:trHeight w:val="893" w:hRule="exact"/>
          <w:cantSplit/>
        </w:trPr>
        <w:tc>
          <w:tcPr>
            <w:tcW w:type="dxa" w:w="720"/>
            <w:shd w:val="clear" w:color="auto" w:fill="F6EFF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B2CBF"/>
                <w:sz w:val="18"/>
              </w:rPr>
              <w:t>2</w:t>
            </w:r>
          </w:p>
        </w:tc>
        <w:tc>
          <w:tcPr>
            <w:tcW w:type="dxa" w:w="1728"/>
            <w:shd w:val="clear" w:color="auto" w:fill="F6EFF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B2CBF"/>
                <w:sz w:val="18"/>
              </w:rPr>
              <w:t>9:00 – 9:50</w:t>
            </w:r>
          </w:p>
        </w:tc>
        <w:tc>
          <w:tcPr>
            <w:tcW w:type="dxa" w:w="2419"/>
            <w:shd w:val="clear" w:color="auto" w:fill="D8F3D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English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Rm 112</w:t>
            </w:r>
          </w:p>
        </w:tc>
        <w:tc>
          <w:tcPr>
            <w:tcW w:type="dxa" w:w="2419"/>
            <w:shd w:val="clear" w:color="auto" w:fill="CAF0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Biology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Lab 3</w:t>
            </w:r>
          </w:p>
        </w:tc>
        <w:tc>
          <w:tcPr>
            <w:tcW w:type="dxa" w:w="2419"/>
            <w:shd w:val="clear" w:color="auto" w:fill="D8F3D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English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Rm 112</w:t>
            </w:r>
          </w:p>
        </w:tc>
        <w:tc>
          <w:tcPr>
            <w:tcW w:type="dxa" w:w="2419"/>
            <w:shd w:val="clear" w:color="auto" w:fill="CAF0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Biology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Lab 3</w:t>
            </w:r>
          </w:p>
        </w:tc>
        <w:tc>
          <w:tcPr>
            <w:tcW w:type="dxa" w:w="2419"/>
            <w:shd w:val="clear" w:color="auto" w:fill="D8F3D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English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Rm 112</w:t>
            </w:r>
          </w:p>
        </w:tc>
      </w:tr>
      <w:tr>
        <w:trPr>
          <w:trHeight w:val="893" w:hRule="exact"/>
          <w:cantSplit/>
        </w:trPr>
        <w:tc>
          <w:tcPr>
            <w:tcW w:type="dxa" w:w="720"/>
            <w:shd w:val="clear" w:color="auto" w:fill="F6EFF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B2CBF"/>
                <w:sz w:val="18"/>
              </w:rPr>
              <w:t>3</w:t>
            </w:r>
          </w:p>
        </w:tc>
        <w:tc>
          <w:tcPr>
            <w:tcW w:type="dxa" w:w="1728"/>
            <w:shd w:val="clear" w:color="auto" w:fill="F6EFF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B2CBF"/>
                <w:sz w:val="18"/>
              </w:rPr>
              <w:t>10:00 – 10:50</w:t>
            </w:r>
          </w:p>
        </w:tc>
        <w:tc>
          <w:tcPr>
            <w:tcW w:type="dxa" w:w="2419"/>
            <w:shd w:val="clear" w:color="auto" w:fill="FFF3B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History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Rm 118</w:t>
            </w:r>
          </w:p>
        </w:tc>
        <w:tc>
          <w:tcPr>
            <w:tcW w:type="dxa" w:w="2419"/>
            <w:shd w:val="clear" w:color="auto" w:fill="F1E4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Spanish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Rm 220</w:t>
            </w:r>
          </w:p>
        </w:tc>
        <w:tc>
          <w:tcPr>
            <w:tcW w:type="dxa" w:w="2419"/>
            <w:shd w:val="clear" w:color="auto" w:fill="FFF3B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History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Rm 118</w:t>
            </w:r>
          </w:p>
        </w:tc>
        <w:tc>
          <w:tcPr>
            <w:tcW w:type="dxa" w:w="2419"/>
            <w:shd w:val="clear" w:color="auto" w:fill="F1E4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Spanish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Rm 220</w:t>
            </w:r>
          </w:p>
        </w:tc>
        <w:tc>
          <w:tcPr>
            <w:tcW w:type="dxa" w:w="2419"/>
            <w:shd w:val="clear" w:color="auto" w:fill="FFF3B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History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Rm 118</w:t>
            </w:r>
          </w:p>
        </w:tc>
      </w:tr>
      <w:tr>
        <w:trPr>
          <w:trHeight w:val="893" w:hRule="exact"/>
          <w:cantSplit/>
        </w:trPr>
        <w:tc>
          <w:tcPr>
            <w:tcW w:type="dxa" w:w="720"/>
            <w:shd w:val="clear" w:color="auto" w:fill="F6EFF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B2CBF"/>
                <w:sz w:val="18"/>
              </w:rPr>
              <w:t>4</w:t>
            </w:r>
          </w:p>
        </w:tc>
        <w:tc>
          <w:tcPr>
            <w:tcW w:type="dxa" w:w="1728"/>
            <w:shd w:val="clear" w:color="auto" w:fill="F6EFF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B2CBF"/>
                <w:sz w:val="18"/>
              </w:rPr>
              <w:t>11:00 – 11:50</w:t>
            </w:r>
          </w:p>
        </w:tc>
        <w:tc>
          <w:tcPr>
            <w:tcW w:type="dxa" w:w="2419"/>
            <w:shd w:val="clear" w:color="auto" w:fill="DDE5F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Chemistry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Lab 1</w:t>
            </w:r>
          </w:p>
        </w:tc>
        <w:tc>
          <w:tcPr>
            <w:tcW w:type="dxa" w:w="2419"/>
            <w:shd w:val="clear" w:color="auto" w:fill="E2ECE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PE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Gym</w:t>
            </w:r>
          </w:p>
        </w:tc>
        <w:tc>
          <w:tcPr>
            <w:tcW w:type="dxa" w:w="2419"/>
            <w:shd w:val="clear" w:color="auto" w:fill="DDE5F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Chemistry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Lab 1</w:t>
            </w:r>
          </w:p>
        </w:tc>
        <w:tc>
          <w:tcPr>
            <w:tcW w:type="dxa" w:w="2419"/>
            <w:shd w:val="clear" w:color="auto" w:fill="E2ECE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PE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Gym</w:t>
            </w:r>
          </w:p>
        </w:tc>
        <w:tc>
          <w:tcPr>
            <w:tcW w:type="dxa" w:w="2419"/>
            <w:shd w:val="clear" w:color="auto" w:fill="DDE5F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Chemistry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Lab 1</w:t>
            </w:r>
          </w:p>
        </w:tc>
      </w:tr>
      <w:tr>
        <w:trPr>
          <w:trHeight w:val="475" w:hRule="exact"/>
          <w:cantSplit/>
        </w:trPr>
        <w:tc>
          <w:tcPr>
            <w:tcW w:type="dxa" w:w="720"/>
            <w:shd w:val="clear" w:color="auto" w:fill="F6EFF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B2CBF"/>
                <w:sz w:val="18"/>
              </w:rPr>
            </w:r>
          </w:p>
        </w:tc>
        <w:tc>
          <w:tcPr>
            <w:tcW w:type="dxa" w:w="1728"/>
            <w:shd w:val="clear" w:color="auto" w:fill="F6EFF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B2CBF"/>
                <w:sz w:val="18"/>
              </w:rPr>
              <w:t>12:00 – 12:40</w:t>
            </w:r>
          </w:p>
        </w:tc>
        <w:tc>
          <w:tcPr>
            <w:tcW w:type="dxa" w:w="2419"/>
            <w:shd w:val="clear" w:color="auto" w:fill="FFFFF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18"/>
              </w:rPr>
              <w:t>Lunch</w:t>
            </w:r>
          </w:p>
        </w:tc>
        <w:tc>
          <w:tcPr>
            <w:tcW w:type="dxa" w:w="2419"/>
            <w:shd w:val="clear" w:color="auto" w:fill="FFFFF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18"/>
              </w:rPr>
              <w:t>Lunch</w:t>
            </w:r>
          </w:p>
        </w:tc>
        <w:tc>
          <w:tcPr>
            <w:tcW w:type="dxa" w:w="2419"/>
            <w:shd w:val="clear" w:color="auto" w:fill="FFFFF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18"/>
              </w:rPr>
              <w:t>Lunch</w:t>
            </w:r>
          </w:p>
        </w:tc>
        <w:tc>
          <w:tcPr>
            <w:tcW w:type="dxa" w:w="2419"/>
            <w:shd w:val="clear" w:color="auto" w:fill="FFFFF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18"/>
              </w:rPr>
              <w:t>Lunch</w:t>
            </w:r>
          </w:p>
        </w:tc>
        <w:tc>
          <w:tcPr>
            <w:tcW w:type="dxa" w:w="2419"/>
            <w:shd w:val="clear" w:color="auto" w:fill="FFFFF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18"/>
              </w:rPr>
              <w:t>Lunch</w:t>
            </w:r>
          </w:p>
        </w:tc>
      </w:tr>
      <w:tr>
        <w:trPr>
          <w:trHeight w:val="893" w:hRule="exact"/>
          <w:cantSplit/>
        </w:trPr>
        <w:tc>
          <w:tcPr>
            <w:tcW w:type="dxa" w:w="720"/>
            <w:shd w:val="clear" w:color="auto" w:fill="F6EFF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B2CBF"/>
                <w:sz w:val="18"/>
              </w:rPr>
              <w:t>5</w:t>
            </w:r>
          </w:p>
        </w:tc>
        <w:tc>
          <w:tcPr>
            <w:tcW w:type="dxa" w:w="1728"/>
            <w:shd w:val="clear" w:color="auto" w:fill="F6EFF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B2CBF"/>
                <w:sz w:val="18"/>
              </w:rPr>
              <w:t>12:45 – 1:35</w:t>
            </w:r>
          </w:p>
        </w:tc>
        <w:tc>
          <w:tcPr>
            <w:tcW w:type="dxa" w:w="2419"/>
            <w:shd w:val="clear" w:color="auto" w:fill="F1E4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Spanish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Rm 220</w:t>
            </w:r>
          </w:p>
        </w:tc>
        <w:tc>
          <w:tcPr>
            <w:tcW w:type="dxa" w:w="2419"/>
            <w:shd w:val="clear" w:color="auto" w:fill="D8F3D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English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Rm 112</w:t>
            </w:r>
          </w:p>
        </w:tc>
        <w:tc>
          <w:tcPr>
            <w:tcW w:type="dxa" w:w="2419"/>
            <w:shd w:val="clear" w:color="auto" w:fill="FDE2E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Art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Studio</w:t>
            </w:r>
          </w:p>
        </w:tc>
        <w:tc>
          <w:tcPr>
            <w:tcW w:type="dxa" w:w="2419"/>
            <w:shd w:val="clear" w:color="auto" w:fill="D8F3D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English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Rm 112</w:t>
            </w:r>
          </w:p>
        </w:tc>
        <w:tc>
          <w:tcPr>
            <w:tcW w:type="dxa" w:w="2419"/>
            <w:shd w:val="clear" w:color="auto" w:fill="F1E4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Spanish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Rm 220</w:t>
            </w:r>
          </w:p>
        </w:tc>
      </w:tr>
      <w:tr>
        <w:trPr>
          <w:trHeight w:val="893" w:hRule="exact"/>
          <w:cantSplit/>
        </w:trPr>
        <w:tc>
          <w:tcPr>
            <w:tcW w:type="dxa" w:w="720"/>
            <w:shd w:val="clear" w:color="auto" w:fill="F6EFF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B2CBF"/>
                <w:sz w:val="18"/>
              </w:rPr>
              <w:t>6</w:t>
            </w:r>
          </w:p>
        </w:tc>
        <w:tc>
          <w:tcPr>
            <w:tcW w:type="dxa" w:w="1728"/>
            <w:shd w:val="clear" w:color="auto" w:fill="F6EFF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B2CBF"/>
                <w:sz w:val="18"/>
              </w:rPr>
              <w:t>1:45 – 2:35</w:t>
            </w:r>
          </w:p>
        </w:tc>
        <w:tc>
          <w:tcPr>
            <w:tcW w:type="dxa" w:w="2419"/>
            <w:shd w:val="clear" w:color="auto" w:fill="CAF0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Biology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Lab 3</w:t>
            </w:r>
          </w:p>
        </w:tc>
        <w:tc>
          <w:tcPr>
            <w:tcW w:type="dxa" w:w="2419"/>
            <w:shd w:val="clear" w:color="auto" w:fill="FFF3B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History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Rm 118</w:t>
            </w:r>
          </w:p>
        </w:tc>
        <w:tc>
          <w:tcPr>
            <w:tcW w:type="dxa" w:w="2419"/>
            <w:shd w:val="clear" w:color="auto" w:fill="CAF0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Biology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Lab 3</w:t>
            </w:r>
          </w:p>
        </w:tc>
        <w:tc>
          <w:tcPr>
            <w:tcW w:type="dxa" w:w="2419"/>
            <w:shd w:val="clear" w:color="auto" w:fill="FDE2E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Art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Studio</w:t>
            </w:r>
          </w:p>
        </w:tc>
        <w:tc>
          <w:tcPr>
            <w:tcW w:type="dxa" w:w="2419"/>
            <w:shd w:val="clear" w:color="auto" w:fill="F0F0F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Study Hall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Library</w:t>
            </w:r>
          </w:p>
        </w:tc>
      </w:tr>
      <w:tr>
        <w:trPr>
          <w:trHeight w:val="893" w:hRule="exact"/>
          <w:cantSplit/>
        </w:trPr>
        <w:tc>
          <w:tcPr>
            <w:tcW w:type="dxa" w:w="720"/>
            <w:shd w:val="clear" w:color="auto" w:fill="F6EFF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B2CBF"/>
                <w:sz w:val="18"/>
              </w:rPr>
              <w:t>7</w:t>
            </w:r>
          </w:p>
        </w:tc>
        <w:tc>
          <w:tcPr>
            <w:tcW w:type="dxa" w:w="1728"/>
            <w:shd w:val="clear" w:color="auto" w:fill="F6EFFC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7B2CBF"/>
                <w:sz w:val="18"/>
              </w:rPr>
              <w:t>2:45 – 3:30</w:t>
            </w:r>
          </w:p>
        </w:tc>
        <w:tc>
          <w:tcPr>
            <w:tcW w:type="dxa" w:w="2419"/>
            <w:shd w:val="clear" w:color="auto" w:fill="F0F0F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Study Hall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Library</w:t>
            </w:r>
          </w:p>
        </w:tc>
        <w:tc>
          <w:tcPr>
            <w:tcW w:type="dxa" w:w="2419"/>
            <w:shd w:val="clear" w:color="auto" w:fill="DDE5F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Chemistry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Lab 1</w:t>
            </w:r>
          </w:p>
        </w:tc>
        <w:tc>
          <w:tcPr>
            <w:tcW w:type="dxa" w:w="2419"/>
            <w:shd w:val="clear" w:color="auto" w:fill="E2ECE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PE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Gym</w:t>
            </w:r>
          </w:p>
        </w:tc>
        <w:tc>
          <w:tcPr>
            <w:tcW w:type="dxa" w:w="2419"/>
            <w:shd w:val="clear" w:color="auto" w:fill="F0F0F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Study Hall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Library</w:t>
            </w:r>
          </w:p>
        </w:tc>
        <w:tc>
          <w:tcPr>
            <w:tcW w:type="dxa" w:w="2419"/>
            <w:shd w:val="clear" w:color="auto" w:fill="FFF0D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262626"/>
                <w:sz w:val="20"/>
              </w:rPr>
              <w:t>Clubs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16"/>
              </w:rPr>
              <w:t>Varies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4544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2304"/>
        <w:gridCol w:w="2880"/>
        <w:gridCol w:w="1440"/>
        <w:gridCol w:w="4031"/>
        <w:gridCol w:w="3887"/>
      </w:tblGrid>
      <w:tr>
        <w:tc>
          <w:tcPr>
            <w:tcW w:type="dxa" w:w="2304"/>
            <w:shd w:val="clear" w:color="auto" w:fill="7B2CBF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7"/>
              </w:rPr>
              <w:t>Subject</w:t>
            </w:r>
          </w:p>
        </w:tc>
        <w:tc>
          <w:tcPr>
            <w:tcW w:type="dxa" w:w="2880"/>
            <w:shd w:val="clear" w:color="auto" w:fill="7B2CBF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7"/>
              </w:rPr>
              <w:t>Teacher</w:t>
            </w:r>
          </w:p>
        </w:tc>
        <w:tc>
          <w:tcPr>
            <w:tcW w:type="dxa" w:w="1440"/>
            <w:shd w:val="clear" w:color="auto" w:fill="7B2CBF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7"/>
              </w:rPr>
              <w:t>Room</w:t>
            </w:r>
          </w:p>
        </w:tc>
        <w:tc>
          <w:tcPr>
            <w:tcW w:type="dxa" w:w="4032"/>
            <w:shd w:val="clear" w:color="auto" w:fill="7B2CBF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7"/>
              </w:rPr>
              <w:t>Email / Contact</w:t>
            </w:r>
          </w:p>
        </w:tc>
        <w:tc>
          <w:tcPr>
            <w:tcW w:type="dxa" w:w="3888"/>
            <w:shd w:val="clear" w:color="auto" w:fill="7B2CBF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7"/>
              </w:rPr>
              <w:t>Notes</w:t>
            </w:r>
          </w:p>
        </w:tc>
      </w:tr>
      <w:tr>
        <w:trPr>
          <w:trHeight w:val="317" w:hRule="atLeast"/>
          <w:cantSplit/>
        </w:trPr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Math</w:t>
            </w:r>
          </w:p>
        </w:tc>
        <w:tc>
          <w:tcPr>
            <w:tcW w:type="dxa" w:w="288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Mr. Alvarez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204</w:t>
            </w:r>
          </w:p>
        </w:tc>
        <w:tc>
          <w:tcPr>
            <w:tcW w:type="dxa" w:w="4032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alvarez@school.edu</w:t>
            </w:r>
          </w:p>
        </w:tc>
        <w:tc>
          <w:tcPr>
            <w:tcW w:type="dxa" w:w="388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Quiz every Friday</w:t>
            </w:r>
          </w:p>
        </w:tc>
      </w:tr>
      <w:tr>
        <w:trPr>
          <w:trHeight w:val="317" w:hRule="atLeast"/>
          <w:cantSplit/>
        </w:trPr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English</w:t>
            </w:r>
          </w:p>
        </w:tc>
        <w:tc>
          <w:tcPr>
            <w:tcW w:type="dxa" w:w="288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Ms. Carter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112</w:t>
            </w:r>
          </w:p>
        </w:tc>
        <w:tc>
          <w:tcPr>
            <w:tcW w:type="dxa" w:w="4032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carter@school.edu</w:t>
            </w:r>
          </w:p>
        </w:tc>
        <w:tc>
          <w:tcPr>
            <w:tcW w:type="dxa" w:w="388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Essay due Nov 20</w:t>
            </w:r>
          </w:p>
        </w:tc>
      </w:tr>
      <w:tr>
        <w:trPr>
          <w:trHeight w:val="317" w:hRule="atLeast"/>
          <w:cantSplit/>
        </w:trPr>
        <w:tc>
          <w:tcPr>
            <w:tcW w:type="dxa" w:w="230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Biology</w:t>
            </w:r>
          </w:p>
        </w:tc>
        <w:tc>
          <w:tcPr>
            <w:tcW w:type="dxa" w:w="288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Dr. Singh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Lab 3</w:t>
            </w:r>
          </w:p>
        </w:tc>
        <w:tc>
          <w:tcPr>
            <w:tcW w:type="dxa" w:w="4032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singh@school.edu</w:t>
            </w:r>
          </w:p>
        </w:tc>
        <w:tc>
          <w:tcPr>
            <w:tcW w:type="dxa" w:w="388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Bring lab coat</w:t>
            </w:r>
          </w:p>
        </w:tc>
      </w:tr>
      <w:tr>
        <w:trPr>
          <w:trHeight w:val="317" w:hRule="atLeast"/>
          <w:cantSplit/>
        </w:trPr>
        <w:tc>
          <w:tcPr>
            <w:tcW w:type="dxa" w:w="2304"/>
            <w:vAlign w:val="center"/>
          </w:tcPr>
          <w:p/>
        </w:tc>
        <w:tc>
          <w:tcPr>
            <w:tcW w:type="dxa" w:w="2880"/>
            <w:vAlign w:val="center"/>
          </w:tcPr>
          <w:p/>
        </w:tc>
        <w:tc>
          <w:tcPr>
            <w:tcW w:type="dxa" w:w="1440"/>
            <w:vAlign w:val="center"/>
          </w:tcPr>
          <w:p/>
        </w:tc>
        <w:tc>
          <w:tcPr>
            <w:tcW w:type="dxa" w:w="4032"/>
            <w:vAlign w:val="center"/>
          </w:tcPr>
          <w:p/>
        </w:tc>
        <w:tc>
          <w:tcPr>
            <w:tcW w:type="dxa" w:w="3888"/>
            <w:vAlign w:val="center"/>
          </w:tcPr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576" w:right="648" w:bottom="576" w:left="64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Class Schedule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