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/>
          <w:color w:val="C2185B"/>
          <w:sz w:val="40"/>
        </w:rPr>
        <w:t>Square Gift Box Template</w:t>
      </w:r>
    </w:p>
    <w:p>
      <w:pPr>
        <w:spacing w:before="0" w:after="40"/>
        <w:jc w:val="left"/>
      </w:pPr>
      <w:r>
        <w:rPr>
          <w:color w:val="595959"/>
          <w:sz w:val="19"/>
        </w:rPr>
        <w:t>Finished size: 1.7 x 1.7 x 1.7 in. Print on card stock at 100% (no scaling). Edit the text and colors on each panel in Word.</w:t>
      </w:r>
    </w:p>
    <w:p>
      <w:pPr>
        <w:spacing w:before="80" w:after="40"/>
        <w:jc w:val="left"/>
      </w:pPr>
      <w:r>
        <w:rPr>
          <w:color w:val="404040"/>
          <w:sz w:val="18"/>
        </w:rPr>
        <w:t xml:space="preserve">━━  </w:t>
      </w:r>
      <w:r>
        <w:rPr>
          <w:color w:val="404040"/>
          <w:sz w:val="17"/>
        </w:rPr>
        <w:t xml:space="preserve">Cut on solid lines     </w:t>
      </w:r>
      <w:r>
        <w:rPr>
          <w:b/>
          <w:color w:val="7F7F7F"/>
          <w:sz w:val="18"/>
        </w:rPr>
        <w:t xml:space="preserve">- - -  </w:t>
      </w:r>
      <w:r>
        <w:rPr>
          <w:color w:val="404040"/>
          <w:sz w:val="17"/>
        </w:rPr>
        <w:t xml:space="preserve">Fold on dashed lines     </w:t>
      </w:r>
      <w:r>
        <w:rPr>
          <w:rFonts w:ascii="Segoe UI Symbol" w:hAnsi="Segoe UI Symbol" w:cs="Segoe UI Symbol" w:eastAsia="Segoe UI Symbol"/>
          <w:color w:val="BFBFBF"/>
          <w:sz w:val="18"/>
        </w:rPr>
        <w:t xml:space="preserve">■  </w:t>
      </w:r>
      <w:r>
        <w:rPr>
          <w:color w:val="404040"/>
          <w:sz w:val="17"/>
        </w:rPr>
        <w:t>Glue on grey tabs</w:t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44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3" w:type="dxa"/>
          <w:bottom w:w="0" w:type="dxa"/>
          <w:right w:w="43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648"/>
      </w:tblGrid>
      <w:tr>
        <w:trPr>
          <w:trHeight w:val="720" w:hRule="exact"/>
          <w:cantSplit/>
        </w:trP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F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tuck flap</w:t>
            </w:r>
          </w:p>
        </w:tc>
        <w:tc>
          <w:tcPr>
            <w:tcW w:type="dxa" w:w="2448"/>
          </w:tcPr>
          <w:p/>
        </w:tc>
        <w:tc>
          <w:tcPr>
            <w:tcW w:type="dxa" w:w="648"/>
          </w:tcPr>
          <w:p/>
        </w:tc>
      </w:tr>
      <w:tr>
        <w:trPr>
          <w:trHeight w:val="1224" w:hRule="exact"/>
          <w:cantSplit/>
        </w:trP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  <w:vMerge w:val="restart"/>
            <w:tcBorders>
              <w:top w:val="dashed" w:sz="8" w:space="0" w:color="7F7F7F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CE4E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C2185B"/>
                <w:sz w:val="18"/>
              </w:rPr>
              <w:t>TOP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C2185B"/>
                <w:sz w:val="13"/>
              </w:rPr>
              <w:t>lid</w:t>
            </w:r>
          </w:p>
        </w:tc>
        <w:tc>
          <w:tcPr>
            <w:tcW w:type="dxa" w:w="2448"/>
          </w:tcPr>
          <w:p/>
        </w:tc>
        <w:tc>
          <w:tcPr>
            <w:tcW w:type="dxa" w:w="648"/>
          </w:tcPr>
          <w:p/>
        </w:tc>
      </w:tr>
      <w:tr>
        <w:trPr>
          <w:trHeight w:val="1224" w:hRule="exact"/>
          <w:cantSplit/>
        </w:trPr>
        <w:tc>
          <w:tcPr>
            <w:tcW w:type="dxa" w:w="2448"/>
          </w:tcPr>
          <w:p/>
        </w:tc>
        <w:tc>
          <w:tcPr>
            <w:tcW w:type="dxa" w:w="2448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F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2448"/>
            <w:vMerge/>
          </w:tcPr>
          <w:p/>
        </w:tc>
        <w:tc>
          <w:tcPr>
            <w:tcW w:type="dxa" w:w="2448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F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648"/>
          </w:tcPr>
          <w:p/>
        </w:tc>
      </w:tr>
      <w:tr>
        <w:trPr>
          <w:trHeight w:val="2448" w:hRule="exact"/>
          <w:cantSplit/>
        </w:trPr>
        <w:tc>
          <w:tcPr>
            <w:tcW w:type="dxa" w:w="2448"/>
            <w:tcBorders>
              <w:top w:val="single" w:sz="12" w:space="0" w:color="404040"/>
              <w:left w:val="single" w:sz="12" w:space="0" w:color="404040"/>
              <w:bottom w:val="dashed" w:sz="8" w:space="0" w:color="7F7F7F"/>
              <w:right w:val="dashed" w:sz="8" w:space="0" w:color="7F7F7F"/>
            </w:tcBorders>
            <w:shd w:val="clear" w:color="auto" w:fill="C2185B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eorgia" w:hAnsi="Georgia" w:cs="Georgia" w:eastAsia="Georgia"/>
                <w:b/>
                <w:color w:val="FFFFFF"/>
                <w:sz w:val="34"/>
              </w:rPr>
              <w:t>Happy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FFFFFF"/>
                <w:sz w:val="29"/>
              </w:rPr>
              <w:t>Birthday!</w:t>
            </w:r>
          </w:p>
        </w:tc>
        <w:tc>
          <w:tcPr>
            <w:tcW w:type="dxa" w:w="2448"/>
            <w:tcBorders>
              <w:top w:val="dashed" w:sz="8" w:space="0" w:color="7F7F7F"/>
              <w:left w:val="dashed" w:sz="8" w:space="0" w:color="7F7F7F"/>
              <w:bottom w:val="dashed" w:sz="8" w:space="0" w:color="7F7F7F"/>
              <w:right w:val="dashed" w:sz="8" w:space="0" w:color="7F7F7F"/>
            </w:tcBorders>
            <w:shd w:val="clear" w:color="auto" w:fill="FCE4E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C2185B"/>
                <w:sz w:val="16"/>
              </w:rPr>
              <w:t>♥</w:t>
            </w:r>
          </w:p>
        </w:tc>
        <w:tc>
          <w:tcPr>
            <w:tcW w:type="dxa" w:w="2448"/>
            <w:tcBorders>
              <w:top w:val="dashed" w:sz="8" w:space="0" w:color="7F7F7F"/>
              <w:left w:val="dashed" w:sz="8" w:space="0" w:color="7F7F7F"/>
              <w:bottom w:val="single" w:sz="12" w:space="0" w:color="404040"/>
              <w:right w:val="dashed" w:sz="8" w:space="0" w:color="7F7F7F"/>
            </w:tcBorders>
            <w:shd w:val="clear" w:color="auto" w:fill="FCE4E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C2185B"/>
                <w:sz w:val="16"/>
              </w:rPr>
              <w:t>Made with love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C2185B"/>
                <w:sz w:val="12"/>
              </w:rPr>
              <w:t>for you</w:t>
            </w:r>
          </w:p>
        </w:tc>
        <w:tc>
          <w:tcPr>
            <w:tcW w:type="dxa" w:w="2448"/>
            <w:tcBorders>
              <w:top w:val="dashed" w:sz="8" w:space="0" w:color="7F7F7F"/>
              <w:left w:val="dashed" w:sz="8" w:space="0" w:color="7F7F7F"/>
              <w:bottom w:val="dashed" w:sz="8" w:space="0" w:color="7F7F7F"/>
              <w:right w:val="dashed" w:sz="8" w:space="0" w:color="7F7F7F"/>
            </w:tcBorders>
            <w:shd w:val="clear" w:color="auto" w:fill="FCE4E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C2185B"/>
                <w:sz w:val="16"/>
              </w:rPr>
              <w:t>♥</w:t>
            </w:r>
          </w:p>
        </w:tc>
        <w:tc>
          <w:tcPr>
            <w:tcW w:type="dxa" w:w="648"/>
            <w:tcBorders>
              <w:top w:val="single" w:sz="12" w:space="0" w:color="404040"/>
              <w:left w:val="dashed" w:sz="8" w:space="0" w:color="7F7F7F"/>
              <w:bottom w:val="single" w:sz="12" w:space="0" w:color="404040"/>
              <w:right w:val="single" w:sz="12" w:space="0" w:color="404040"/>
            </w:tcBorders>
            <w:shd w:val="clear" w:color="auto" w:fill="E7E6E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G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F7F7F"/>
                <w:sz w:val="12"/>
              </w:rPr>
              <w:t>L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F7F7F"/>
                <w:sz w:val="12"/>
              </w:rPr>
              <w:t>U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F7F7F"/>
                <w:sz w:val="12"/>
              </w:rPr>
              <w:t>E</w:t>
            </w:r>
          </w:p>
        </w:tc>
      </w:tr>
      <w:tr>
        <w:trPr>
          <w:trHeight w:val="1224" w:hRule="exact"/>
          <w:cantSplit/>
        </w:trPr>
        <w:tc>
          <w:tcPr>
            <w:tcW w:type="dxa" w:w="2448"/>
            <w:vMerge w:val="restart"/>
            <w:tcBorders>
              <w:top w:val="dashed" w:sz="8" w:space="0" w:color="7F7F7F"/>
              <w:left w:val="single" w:sz="12" w:space="0" w:color="404040"/>
              <w:bottom w:val="dashed" w:sz="8" w:space="0" w:color="7F7F7F"/>
              <w:right w:val="single" w:sz="12" w:space="0" w:color="404040"/>
            </w:tcBorders>
            <w:shd w:val="clear" w:color="auto" w:fill="FCE4E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C2185B"/>
                <w:sz w:val="16"/>
              </w:rPr>
              <w:t>BOTTOM</w:t>
            </w:r>
          </w:p>
        </w:tc>
        <w:tc>
          <w:tcPr>
            <w:tcW w:type="dxa" w:w="2448"/>
            <w:tcBorders>
              <w:top w:val="dashed" w:sz="8" w:space="0" w:color="7F7F7F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FF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2448"/>
          </w:tcPr>
          <w:p/>
        </w:tc>
        <w:tc>
          <w:tcPr>
            <w:tcW w:type="dxa" w:w="2448"/>
            <w:tcBorders>
              <w:top w:val="dashed" w:sz="8" w:space="0" w:color="7F7F7F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FF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dust flap</w:t>
            </w:r>
          </w:p>
        </w:tc>
        <w:tc>
          <w:tcPr>
            <w:tcW w:type="dxa" w:w="648"/>
          </w:tcPr>
          <w:p/>
        </w:tc>
      </w:tr>
      <w:tr>
        <w:trPr>
          <w:trHeight w:val="1224" w:hRule="exact"/>
          <w:cantSplit/>
        </w:trPr>
        <w:tc>
          <w:tcPr>
            <w:tcW w:type="dxa" w:w="2448"/>
            <w:vMerge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648"/>
          </w:tcPr>
          <w:p/>
        </w:tc>
      </w:tr>
      <w:tr>
        <w:trPr>
          <w:trHeight w:val="720" w:hRule="exact"/>
          <w:cantSplit/>
        </w:trPr>
        <w:tc>
          <w:tcPr>
            <w:tcW w:type="dxa" w:w="2448"/>
            <w:tcBorders>
              <w:top w:val="dashed" w:sz="8" w:space="0" w:color="7F7F7F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FF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F7F7F"/>
                <w:sz w:val="14"/>
              </w:rPr>
              <w:t>tuck flap</w:t>
            </w:r>
          </w:p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648"/>
          </w:tcPr>
          <w:p/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p>
      <w:pPr>
        <w:spacing w:before="0" w:after="40"/>
        <w:jc w:val="left"/>
      </w:pPr>
      <w:r>
        <w:rPr>
          <w:b/>
          <w:color w:val="C2185B"/>
          <w:sz w:val="20"/>
        </w:rPr>
        <w:t>How to assemble</w:t>
      </w:r>
    </w:p>
    <w:p>
      <w:pPr>
        <w:spacing w:before="0" w:after="20"/>
        <w:jc w:val="left"/>
      </w:pPr>
      <w:r>
        <w:rPr>
          <w:color w:val="404040"/>
          <w:sz w:val="18"/>
        </w:rPr>
        <w:t>1.  Cut around the outside solid line.</w:t>
      </w:r>
    </w:p>
    <w:p>
      <w:pPr>
        <w:spacing w:before="0" w:after="20"/>
        <w:jc w:val="left"/>
      </w:pPr>
      <w:r>
        <w:rPr>
          <w:color w:val="404040"/>
          <w:sz w:val="18"/>
        </w:rPr>
        <w:t>2.  Crease every dashed line with a ruler and an empty pen.</w:t>
      </w:r>
    </w:p>
    <w:p>
      <w:pPr>
        <w:spacing w:before="0" w:after="20"/>
        <w:jc w:val="left"/>
      </w:pPr>
      <w:r>
        <w:rPr>
          <w:color w:val="404040"/>
          <w:sz w:val="18"/>
        </w:rPr>
        <w:t>3.  Glue the GLUE tab inside the front panel to form the box.</w:t>
      </w:r>
    </w:p>
    <w:p>
      <w:pPr>
        <w:spacing w:before="0" w:after="20"/>
        <w:jc w:val="left"/>
      </w:pPr>
      <w:r>
        <w:rPr>
          <w:color w:val="404040"/>
          <w:sz w:val="18"/>
        </w:rPr>
        <w:t>4.  Fold in the dust flaps, close the bottom and tuck the flap in.</w:t>
      </w:r>
    </w:p>
    <w:p>
      <w:pPr>
        <w:spacing w:before="0" w:after="20"/>
        <w:jc w:val="left"/>
      </w:pPr>
      <w:r>
        <w:rPr>
          <w:color w:val="404040"/>
          <w:sz w:val="18"/>
        </w:rPr>
        <w:t>5.  Fill with your gift and close the lid.</w:t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20" w:bottom="648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Square Gift Box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