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192"/>
        <w:gridCol w:w="3456"/>
      </w:tblGrid>
      <w:tr>
        <w:tc>
          <w:tcPr>
            <w:tcW w:type="dxa" w:w="6192"/>
          </w:tcPr>
          <w:p>
            <w:pPr>
              <w:spacing w:before="0" w:after="0"/>
              <w:jc w:val="left"/>
            </w:pPr>
            <w:r>
              <w:rPr>
                <w:b/>
                <w:color w:val="0B3D91"/>
                <w:sz w:val="40"/>
              </w:rPr>
              <w:t>Your Team Name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7F7F7F"/>
                <w:sz w:val="19"/>
              </w:rPr>
              <w:t>Mission or tagline goes here</w:t>
            </w:r>
          </w:p>
        </w:tc>
        <w:tc>
          <w:tcPr>
            <w:tcW w:type="dxa" w:w="3456"/>
          </w:tcPr>
          <w:p>
            <w:pPr>
              <w:spacing w:before="0" w:after="0"/>
              <w:jc w:val="right"/>
            </w:pPr>
            <w:r>
              <w:rPr>
                <w:color w:val="595959"/>
                <w:sz w:val="18"/>
              </w:rPr>
              <w:t>123 Main Street</w:t>
            </w:r>
          </w:p>
          <w:p>
            <w:pPr>
              <w:spacing w:before="0" w:after="0"/>
              <w:jc w:val="right"/>
            </w:pPr>
            <w:r>
              <w:rPr>
                <w:color w:val="595959"/>
                <w:sz w:val="18"/>
              </w:rPr>
              <w:t>City, State 00000</w:t>
            </w:r>
          </w:p>
          <w:p>
            <w:pPr>
              <w:spacing w:before="0" w:after="0"/>
              <w:jc w:val="right"/>
            </w:pPr>
            <w:r>
              <w:rPr>
                <w:color w:val="595959"/>
                <w:sz w:val="18"/>
              </w:rPr>
              <w:t>(000) 000-0000</w:t>
            </w:r>
          </w:p>
          <w:p>
            <w:pPr>
              <w:spacing w:before="0" w:after="0"/>
              <w:jc w:val="right"/>
            </w:pPr>
            <w:r>
              <w:rPr>
                <w:color w:val="595959"/>
                <w:sz w:val="18"/>
              </w:rPr>
              <w:t>www.yourwebsite.org</w:t>
            </w:r>
          </w:p>
        </w:tc>
      </w:tr>
    </w:tbl>
    <w:p>
      <w:pPr>
        <w:pBdr>
          <w:bottom w:val="single" w:sz="12" w:space="1" w:color="D62828"/>
        </w:pBdr>
        <w:spacing w:before="120" w:after="280"/>
        <w:jc w:val="left"/>
      </w:pPr>
    </w:p>
    <w:p>
      <w:pPr>
        <w:spacing w:before="0" w:after="240"/>
        <w:jc w:val="left"/>
      </w:pPr>
      <w:r>
        <w:t>[Month DD, 2026]</w:t>
      </w:r>
    </w:p>
    <w:p>
      <w:pPr>
        <w:spacing w:before="0" w:after="0"/>
        <w:jc w:val="left"/>
      </w:pPr>
      <w:r>
        <w:t>[Contact Name]</w:t>
      </w:r>
    </w:p>
    <w:p>
      <w:pPr>
        <w:spacing w:before="0" w:after="0"/>
        <w:jc w:val="left"/>
      </w:pPr>
      <w:r>
        <w:t>[Title]</w:t>
      </w:r>
    </w:p>
    <w:p>
      <w:pPr>
        <w:spacing w:before="0" w:after="0"/>
        <w:jc w:val="left"/>
      </w:pPr>
      <w:r>
        <w:t>[Company Name]</w:t>
      </w:r>
    </w:p>
    <w:p>
      <w:pPr>
        <w:spacing w:before="0" w:after="0"/>
        <w:jc w:val="left"/>
      </w:pPr>
      <w:r>
        <w:t>[Street Address]</w:t>
      </w:r>
    </w:p>
    <w:p>
      <w:pPr>
        <w:spacing w:before="0" w:after="0"/>
        <w:jc w:val="left"/>
      </w:pPr>
      <w:r>
        <w:t>[City, State ZIP]</w:t>
      </w:r>
    </w:p>
    <w:p>
      <w:pPr>
        <w:spacing w:before="240" w:after="200"/>
        <w:jc w:val="left"/>
      </w:pPr>
      <w:r>
        <w:rPr>
          <w:b/>
        </w:rPr>
        <w:t>Subject: Sports Team Sponsorship Proposal Letter</w:t>
      </w:r>
    </w:p>
    <w:p>
      <w:pPr>
        <w:spacing w:before="0" w:after="160"/>
        <w:jc w:val="left"/>
      </w:pPr>
      <w:r>
        <w:t>Dear [Contact Name],</w:t>
      </w:r>
    </w:p>
    <w:p>
      <w:pPr>
        <w:spacing w:before="0" w:after="160" w:line="288" w:lineRule="auto"/>
        <w:jc w:val="both"/>
      </w:pPr>
      <w:r>
        <w:t>My name is [Your Name], and I am the [coach/manager] of [Team Name], a [age group/level] [sport] team based in [city]. This season our [number] players will compete in [league or tournament], and we are looking for local businesses to help make it possible.</w:t>
      </w:r>
    </w:p>
    <w:p>
      <w:pPr>
        <w:spacing w:before="0" w:after="160" w:line="288" w:lineRule="auto"/>
        <w:jc w:val="both"/>
      </w:pPr>
      <w:r>
        <w:t>Your sponsorship would cover costs such as uniforms, equipment, tournament fees and travel. In return, [Company Name] would receive visibility with players, families and fans at every home game and on our team social media pages.</w:t>
      </w:r>
    </w:p>
    <w:tbl>
      <w:tblPr>
        <w:tblW w:w="964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4" w:type="dxa"/>
          <w:left w:w="288" w:type="dxa"/>
          <w:bottom w:w="144" w:type="dxa"/>
          <w:right w:w="288" w:type="dxa"/>
        </w:tblCellMar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tcBorders>
              <w:left w:val="single" w:sz="24" w:space="0" w:color="D62828"/>
            </w:tcBorders>
            <w:shd w:val="clear" w:color="auto" w:fill="F5F7FA"/>
          </w:tcPr>
          <w:p>
            <w:pPr>
              <w:spacing w:before="0" w:after="60"/>
              <w:jc w:val="left"/>
            </w:pPr>
            <w:r>
              <w:rPr>
                <w:b/>
                <w:color w:val="0B3D91"/>
                <w:spacing w:val="40"/>
                <w:sz w:val="18"/>
              </w:rPr>
              <w:t>OUR REQUEST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D62828"/>
              </w:rPr>
              <w:t xml:space="preserve">•  </w:t>
            </w:r>
            <w:r>
              <w:rPr>
                <w:sz w:val="21"/>
              </w:rPr>
              <w:t>Gold Sponsor – $1,500: logo on jerseys, banner at home games, social media features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D62828"/>
              </w:rPr>
              <w:t xml:space="preserve">•  </w:t>
            </w:r>
            <w:r>
              <w:rPr>
                <w:sz w:val="21"/>
              </w:rPr>
              <w:t>Silver Sponsor – $750: logo on team banner and website, season thank-you plaque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D62828"/>
              </w:rPr>
              <w:t xml:space="preserve">•  </w:t>
            </w:r>
            <w:r>
              <w:rPr>
                <w:sz w:val="21"/>
              </w:rPr>
              <w:t>Supporter – $250: name in game-day program and a team photo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</w:p>
    <w:p>
      <w:pPr>
        <w:spacing w:before="0" w:after="160" w:line="288" w:lineRule="auto"/>
        <w:jc w:val="left"/>
      </w:pPr>
      <w:r>
        <w:t>Thank you for considering this opportunity. I will follow up next week, and I am happy to answer any questions in the meantime.</w:t>
      </w:r>
    </w:p>
    <w:p>
      <w:pPr>
        <w:spacing w:before="0" w:after="600"/>
        <w:jc w:val="left"/>
      </w:pPr>
      <w:r>
        <w:t>Sincerely,</w:t>
      </w:r>
    </w:p>
    <w:p>
      <w:pPr>
        <w:spacing w:before="0" w:after="0"/>
        <w:jc w:val="left"/>
      </w:pPr>
      <w:r>
        <w:rPr>
          <w:b/>
        </w:rPr>
        <w:t>Your Name, Team Manager</w:t>
      </w:r>
    </w:p>
    <w:p>
      <w:pPr>
        <w:spacing w:before="0" w:after="0"/>
        <w:jc w:val="left"/>
      </w:pPr>
      <w:r>
        <w:rPr>
          <w:color w:val="595959"/>
        </w:rPr>
        <w:t>Your Team Name</w:t>
      </w:r>
    </w:p>
    <w:sectPr w:rsidR="00FC693F" w:rsidRPr="0006063C" w:rsidSect="00034616">
      <w:pgSz w:w="12240" w:h="15840"/>
      <w:pgMar w:top="1296" w:right="1296" w:bottom="1296" w:left="129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Team Sponsorship Proposal Letter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