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b/>
          <w:color w:val="B8860B"/>
          <w:spacing w:val="60"/>
          <w:sz w:val="20"/>
        </w:rPr>
        <w:t>YOUR ORGANIZATION NAME</w:t>
      </w:r>
    </w:p>
    <w:p>
      <w:pPr>
        <w:spacing w:before="0" w:after="0"/>
        <w:jc w:val="center"/>
      </w:pPr>
      <w:r>
        <w:rPr>
          <w:b/>
          <w:color w:val="2D2D2D"/>
          <w:sz w:val="60"/>
        </w:rPr>
        <w:t>Sponsorship Opportunities</w:t>
      </w:r>
    </w:p>
    <w:p>
      <w:pPr>
        <w:spacing w:before="0" w:after="280"/>
        <w:jc w:val="center"/>
      </w:pPr>
      <w:r>
        <w:rPr>
          <w:i/>
          <w:color w:val="7F7F7F"/>
          <w:sz w:val="21"/>
        </w:rPr>
        <w:t>Choose the package that fits your goals. All levels include a thank-you certificate and inclusion in our annual report.</w:t>
      </w:r>
    </w:p>
    <w:tbl>
      <w:tblPr>
        <w:tblW w:w="141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4" w:type="dxa"/>
          <w:left w:w="144" w:type="dxa"/>
          <w:bottom w:w="144" w:type="dxa"/>
          <w:right w:w="144" w:type="dxa"/>
        </w:tblCellMar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  <w:tcBorders>
              <w:top w:val="single" w:sz="36" w:space="0" w:color="5B5B5B"/>
              <w:left w:val="single" w:sz="6" w:space="0" w:color="FFFFFF"/>
              <w:bottom w:val="single" w:sz="6" w:space="0" w:color="D9D9D9"/>
              <w:right w:val="single" w:sz="6" w:space="0" w:color="FFFFFF"/>
            </w:tcBorders>
            <w:shd w:val="clear" w:color="auto" w:fill="F4F4F4"/>
          </w:tcPr>
          <w:p>
            <w:pPr>
              <w:spacing w:before="80" w:after="0"/>
              <w:jc w:val="center"/>
            </w:pPr>
            <w:r>
              <w:rPr>
                <w:b/>
                <w:color w:val="5B5B5B"/>
                <w:spacing w:val="40"/>
                <w:sz w:val="23"/>
              </w:rPr>
              <w:t>PLATINUM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1F1F1F"/>
                <w:sz w:val="39"/>
              </w:rPr>
              <w:t>$10,000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F7F7F"/>
                <w:sz w:val="18"/>
              </w:rPr>
              <w:t>1 available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Title sponsor naming rights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Logo on all event signage and stage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Full-page ad in event program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10 VIP passes + reserved table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Speaking slot at opening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5B5B5B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Featured in all press releases</w:t>
            </w:r>
          </w:p>
        </w:tc>
        <w:tc>
          <w:tcPr>
            <w:tcW w:type="dxa" w:w="3528"/>
            <w:tcBorders>
              <w:top w:val="single" w:sz="36" w:space="0" w:color="B8860B"/>
              <w:left w:val="single" w:sz="6" w:space="0" w:color="FFFFFF"/>
              <w:bottom w:val="single" w:sz="6" w:space="0" w:color="D9D9D9"/>
              <w:right w:val="single" w:sz="6" w:space="0" w:color="FFFFFF"/>
            </w:tcBorders>
            <w:shd w:val="clear" w:color="auto" w:fill="FFF7E0"/>
          </w:tcPr>
          <w:p>
            <w:pPr>
              <w:spacing w:before="80" w:after="0"/>
              <w:jc w:val="center"/>
            </w:pPr>
            <w:r>
              <w:rPr>
                <w:b/>
                <w:color w:val="B8860B"/>
                <w:spacing w:val="40"/>
                <w:sz w:val="23"/>
              </w:rPr>
              <w:t>GOLD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1F1F1F"/>
                <w:sz w:val="39"/>
              </w:rPr>
              <w:t>$5,000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F7F7F"/>
                <w:sz w:val="18"/>
              </w:rPr>
              <w:t>3 available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B8860B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Logo on main banners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B8860B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Half-page ad in program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B8860B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6 VIP passes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B8860B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Exhibitor booth (10×10 ft)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B8860B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Social media spotlight post</w:t>
            </w:r>
          </w:p>
        </w:tc>
        <w:tc>
          <w:tcPr>
            <w:tcW w:type="dxa" w:w="3528"/>
            <w:tcBorders>
              <w:top w:val="single" w:sz="36" w:space="0" w:color="8C8C8C"/>
              <w:left w:val="single" w:sz="6" w:space="0" w:color="FFFFFF"/>
              <w:bottom w:val="single" w:sz="6" w:space="0" w:color="D9D9D9"/>
              <w:right w:val="single" w:sz="6" w:space="0" w:color="FFFFFF"/>
            </w:tcBorders>
            <w:shd w:val="clear" w:color="auto" w:fill="F6F6F6"/>
          </w:tcPr>
          <w:p>
            <w:pPr>
              <w:spacing w:before="80" w:after="0"/>
              <w:jc w:val="center"/>
            </w:pPr>
            <w:r>
              <w:rPr>
                <w:b/>
                <w:color w:val="8C8C8C"/>
                <w:spacing w:val="40"/>
                <w:sz w:val="23"/>
              </w:rPr>
              <w:t>SILVER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1F1F1F"/>
                <w:sz w:val="39"/>
              </w:rPr>
              <w:t>$2,500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F7F7F"/>
                <w:sz w:val="18"/>
              </w:rPr>
              <w:t>5 available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8C8C8C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Logo on sponsor wall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8C8C8C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Quarter-page ad in program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8C8C8C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4 event passes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8C8C8C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Logo on event website</w:t>
            </w:r>
          </w:p>
        </w:tc>
        <w:tc>
          <w:tcPr>
            <w:tcW w:type="dxa" w:w="3528"/>
            <w:tcBorders>
              <w:top w:val="single" w:sz="36" w:space="0" w:color="A0522D"/>
              <w:left w:val="single" w:sz="6" w:space="0" w:color="FFFFFF"/>
              <w:bottom w:val="single" w:sz="6" w:space="0" w:color="D9D9D9"/>
              <w:right w:val="single" w:sz="6" w:space="0" w:color="FFFFFF"/>
            </w:tcBorders>
            <w:shd w:val="clear" w:color="auto" w:fill="FBEEE6"/>
          </w:tcPr>
          <w:p>
            <w:pPr>
              <w:spacing w:before="80" w:after="0"/>
              <w:jc w:val="center"/>
            </w:pPr>
            <w:r>
              <w:rPr>
                <w:b/>
                <w:color w:val="A0522D"/>
                <w:spacing w:val="40"/>
                <w:sz w:val="23"/>
              </w:rPr>
              <w:t>BRONZE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1F1F1F"/>
                <w:sz w:val="39"/>
              </w:rPr>
              <w:t>$1,000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7F7F7F"/>
                <w:sz w:val="18"/>
              </w:rPr>
              <w:t>10 available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A0522D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Name listed in program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A0522D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2 event passes</w:t>
            </w:r>
          </w:p>
          <w:p>
            <w:pPr>
              <w:spacing w:before="0" w:after="60" w:line="264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color w:val="A0522D"/>
                <w:sz w:val="21"/>
              </w:rPr>
              <w:t xml:space="preserve">✓ </w:t>
            </w:r>
            <w:r>
              <w:rPr>
                <w:color w:val="333333"/>
                <w:sz w:val="20"/>
              </w:rPr>
              <w:t>Thank-you post on social media</w:t>
            </w:r>
          </w:p>
        </w:tc>
      </w:tr>
    </w:tbl>
    <w:p>
      <w:pPr>
        <w:spacing w:before="0" w:after="0" w:line="240" w:lineRule="exact"/>
        <w:jc w:val="left"/>
        <w:rPr>
          <w:sz w:val="19"/>
        </w:rPr>
      </w:pPr>
    </w:p>
    <w:tbl>
      <w:tblPr>
        <w:tblW w:w="1411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15" w:type="dxa"/>
          <w:left w:w="216" w:type="dxa"/>
          <w:bottom w:w="115" w:type="dxa"/>
          <w:right w:w="216" w:type="dxa"/>
        </w:tblCellMar>
        <w:tblLook w:firstColumn="1" w:firstRow="1" w:lastColumn="0" w:lastRow="0" w:noHBand="0" w:noVBand="1" w:val="04A0"/>
      </w:tblPr>
      <w:tblGrid>
        <w:gridCol w:w="4752"/>
        <w:gridCol w:w="4608"/>
        <w:gridCol w:w="4752"/>
      </w:tblGrid>
      <w:tr>
        <w:tc>
          <w:tcPr>
            <w:tcW w:type="dxa" w:w="4752"/>
            <w:shd w:val="clear" w:color="auto" w:fill="F7F7F7"/>
          </w:tcPr>
          <w:p>
            <w:pPr>
              <w:spacing w:before="0" w:after="60"/>
              <w:jc w:val="left"/>
            </w:pPr>
            <w:r>
              <w:rPr>
                <w:b/>
                <w:color w:val="2D2D2D"/>
                <w:sz w:val="21"/>
              </w:rPr>
              <w:t>In-Kind Sponsorship</w:t>
            </w:r>
          </w:p>
          <w:p>
            <w:pPr>
              <w:spacing w:before="0" w:after="0" w:line="288" w:lineRule="auto"/>
              <w:jc w:val="left"/>
            </w:pPr>
            <w:r>
              <w:rPr>
                <w:color w:val="595959"/>
                <w:sz w:val="19"/>
              </w:rPr>
              <w:t>Donate products or services such as catering, printing or prizes and receive recognition at the matching level.</w:t>
            </w:r>
          </w:p>
        </w:tc>
        <w:tc>
          <w:tcPr>
            <w:tcW w:type="dxa" w:w="4608"/>
            <w:shd w:val="clear" w:color="auto" w:fill="F7F7F7"/>
          </w:tcPr>
          <w:p>
            <w:pPr>
              <w:spacing w:before="0" w:after="60"/>
              <w:jc w:val="left"/>
            </w:pPr>
            <w:r>
              <w:rPr>
                <w:b/>
                <w:color w:val="2D2D2D"/>
                <w:sz w:val="21"/>
              </w:rPr>
              <w:t>Custom Packages</w:t>
            </w:r>
          </w:p>
          <w:p>
            <w:pPr>
              <w:spacing w:before="0" w:after="0" w:line="288" w:lineRule="auto"/>
              <w:jc w:val="left"/>
            </w:pPr>
            <w:r>
              <w:rPr>
                <w:color w:val="595959"/>
                <w:sz w:val="19"/>
              </w:rPr>
              <w:t>Have a specific goal in mind? We will build a package around your marketing objectives and budget.</w:t>
            </w:r>
          </w:p>
        </w:tc>
        <w:tc>
          <w:tcPr>
            <w:tcW w:type="dxa" w:w="4752"/>
            <w:shd w:val="clear" w:color="auto" w:fill="F7F7F7"/>
          </w:tcPr>
          <w:p>
            <w:pPr>
              <w:spacing w:before="0" w:after="60"/>
              <w:jc w:val="left"/>
            </w:pPr>
            <w:r>
              <w:rPr>
                <w:b/>
                <w:color w:val="2D2D2D"/>
                <w:sz w:val="21"/>
              </w:rPr>
              <w:t>Contact Us</w:t>
            </w:r>
          </w:p>
          <w:p>
            <w:pPr>
              <w:spacing w:before="0" w:after="0" w:line="288" w:lineRule="auto"/>
              <w:jc w:val="left"/>
            </w:pPr>
            <w:r>
              <w:rPr>
                <w:color w:val="595959"/>
                <w:sz w:val="19"/>
              </w:rPr>
              <w:t>Your Name  •  (000) 000-0000</w:t>
              <w:br/>
              <w:t>sponsors@yourorganization.org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792" w:right="864" w:bottom="792" w:left="86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Package Levels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