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4400"/>
      </w:tblGrid>
      <w:tr>
        <w:trPr>
          <w:trHeight w:val="10728" w:hRule="exact"/>
          <w:cantSplit/>
        </w:trPr>
        <w:tc>
          <w:tcPr>
            <w:tcW w:type="dxa" w:w="14400"/>
            <w:tcBorders>
              <w:top w:val="single" w:sz="18" w:space="0" w:color="5E7F63"/>
              <w:left w:val="single" w:sz="18" w:space="0" w:color="5E7F63"/>
              <w:bottom w:val="single" w:sz="18" w:space="0" w:color="5E7F63"/>
              <w:right w:val="single" w:sz="18" w:space="0" w:color="5E7F63"/>
            </w:tcBorders>
            <w:shd w:val="clear" w:color="auto" w:fill="FBF8F4"/>
            <w:tcMar>
              <w:top w:w="503" w:type="dxa"/>
              <w:left w:w="720" w:type="dxa"/>
              <w:bottom w:w="432" w:type="dxa"/>
              <w:right w:w="720" w:type="dxa"/>
            </w:tcMar>
            <w:vAlign w:val="center"/>
          </w:tcPr>
          <w:p>
            <w:pPr>
              <w:spacing w:before="0" w:after="120"/>
              <w:jc w:val="center"/>
            </w:pPr>
            <w:r>
              <w:rPr>
                <w:color w:val="5E7F63"/>
                <w:sz w:val="18"/>
              </w:rPr>
              <w:t>R E L A X   ·   R E F R E S H   ·   R E N E W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Georgia" w:hAnsi="Georgia" w:cs="Georgia" w:eastAsia="Georgia"/>
                <w:i/>
                <w:color w:val="3F5A44"/>
                <w:sz w:val="88"/>
              </w:rPr>
              <w:t>Spa &amp; Wellness</w:t>
            </w:r>
          </w:p>
          <w:p>
            <w:pPr>
              <w:spacing w:before="0" w:after="80"/>
              <w:jc w:val="center"/>
            </w:pPr>
            <w:r>
              <w:rPr>
                <w:b/>
                <w:color w:val="B07D6B"/>
                <w:spacing w:val="120"/>
                <w:sz w:val="26"/>
              </w:rPr>
              <w:t>GIFT CERTIFICATE</w:t>
            </w:r>
          </w:p>
          <w:p>
            <w:pPr>
              <w:pBdr>
                <w:bottom w:val="single" w:sz="8" w:space="1" w:color="B07D6B"/>
              </w:pBdr>
              <w:spacing w:before="0" w:after="0"/>
              <w:ind w:left="5184" w:right="5184"/>
              <w:jc w:val="center"/>
            </w:pPr>
            <w:r/>
          </w:p>
          <w:p>
            <w:pPr>
              <w:spacing w:before="0" w:after="0" w:line="320" w:lineRule="exact"/>
              <w:jc w:val="left"/>
              <w:rPr>
                <w:sz w:val="25"/>
              </w:rPr>
            </w:pPr>
          </w:p>
          <w:tbl>
            <w:tblPr>
              <w:tblW w:w="128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360" w:type="dxa"/>
                <w:bottom w:w="144" w:type="dxa"/>
                <w:right w:w="360" w:type="dxa"/>
              </w:tblCellMar>
              <w:tblLook w:firstColumn="1" w:firstRow="1" w:lastColumn="0" w:lastRow="0" w:noHBand="0" w:noVBand="1" w:val="04A0"/>
            </w:tblPr>
            <w:tblGrid>
              <w:gridCol w:w="7200"/>
              <w:gridCol w:w="5616"/>
            </w:tblGrid>
            <w:tr>
              <w:tc>
                <w:tcPr>
                  <w:tcW w:type="dxa" w:w="7200"/>
                </w:tcPr>
                <w:tbl>
                  <w:tblPr>
                    <w:tblW w:w="6336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28" w:type="dxa"/>
                      <w:left w:w="72" w:type="dxa"/>
                      <w:bottom w:w="28" w:type="dxa"/>
                      <w:right w:w="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336"/>
                  </w:tblGrid>
                  <w:tr>
                    <w:tc>
                      <w:tcPr>
                        <w:tcW w:type="dxa" w:w="6336"/>
                      </w:tcPr>
                      <w:p>
                        <w:pPr>
                          <w:spacing w:before="200" w:after="20"/>
                          <w:jc w:val="left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5E7F63"/>
                            <w:spacing w:val="30"/>
                            <w:sz w:val="17"/>
                          </w:rPr>
                          <w:t>PREPARED ESPECIALLY FOR</w:t>
                        </w:r>
                      </w:p>
                      <w:p>
                        <w:pPr>
                          <w:pBdr>
                            <w:bottom w:val="single" w:sz="6" w:space="1" w:color="B9C9BB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Recipient"/>
                            <w:tag w:val="Recipient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333333"/>
                                <w:sz w:val="26"/>
                              </w:rPr>
                              <w:t>Recipient Name</w:t>
                            </w:r>
                          </w:sdtContent>
                        </w:sdt>
                      </w:p>
                    </w:tc>
                  </w:tr>
                  <w:tr>
                    <w:tc>
                      <w:tcPr>
                        <w:tcW w:type="dxa" w:w="6336"/>
                      </w:tcPr>
                      <w:p>
                        <w:pPr>
                          <w:spacing w:before="200" w:after="20"/>
                          <w:jc w:val="left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5E7F63"/>
                            <w:spacing w:val="30"/>
                            <w:sz w:val="17"/>
                          </w:rPr>
                          <w:t>WITH LOVE FROM</w:t>
                        </w:r>
                      </w:p>
                      <w:p>
                        <w:pPr>
                          <w:pBdr>
                            <w:bottom w:val="single" w:sz="6" w:space="1" w:color="B9C9BB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From"/>
                            <w:tag w:val="From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333333"/>
                                <w:sz w:val="26"/>
                              </w:rPr>
                              <w:t>Gift Giver Name</w:t>
                            </w:r>
                          </w:sdtContent>
                        </w:sdt>
                      </w:p>
                    </w:tc>
                  </w:tr>
                  <w:tr>
                    <w:tc>
                      <w:tcPr>
                        <w:tcW w:type="dxa" w:w="6336"/>
                      </w:tcPr>
                      <w:p>
                        <w:pPr>
                          <w:spacing w:before="200" w:after="20"/>
                          <w:jc w:val="left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5E7F63"/>
                            <w:spacing w:val="30"/>
                            <w:sz w:val="17"/>
                          </w:rPr>
                          <w:t>ISSUE DATE</w:t>
                        </w:r>
                      </w:p>
                      <w:p>
                        <w:pPr>
                          <w:pBdr>
                            <w:bottom w:val="single" w:sz="6" w:space="1" w:color="B9C9BB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IssueDate"/>
                            <w:tag w:val="IssueDate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333333"/>
                                <w:sz w:val="26"/>
                              </w:rPr>
                              <w:t>May 10, 2026</w:t>
                            </w:r>
                          </w:sdtContent>
                        </w:sdt>
                      </w:p>
                    </w:tc>
                  </w:tr>
                </w:tbl>
                <w:p/>
              </w:tc>
              <w:tc>
                <w:tcPr>
                  <w:tcW w:type="dxa" w:w="5616"/>
                  <w:shd w:val="clear" w:color="auto" w:fill="F4E9E3"/>
                  <w:tcMar>
                    <w:top w:w="288" w:type="dxa"/>
                    <w:left w:w="432" w:type="dxa"/>
                    <w:bottom w:w="288" w:type="dxa"/>
                    <w:right w:w="432" w:type="dxa"/>
                  </w:tcMar>
                  <w:vAlign w:val="center"/>
                </w:tcPr>
                <w:p>
                  <w:pPr>
                    <w:spacing w:before="0" w:after="120"/>
                    <w:jc w:val="left"/>
                  </w:pPr>
                  <w:r>
                    <w:rPr>
                      <w:b/>
                      <w:color w:val="5E7F63"/>
                      <w:spacing w:val="40"/>
                      <w:sz w:val="18"/>
                    </w:rPr>
                    <w:t>TREATMENT</w:t>
                  </w:r>
                </w:p>
                <w:p>
                  <w:pPr>
                    <w:spacing w:before="0" w:after="8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B07D6B"/>
                      <w:sz w:val="24"/>
                    </w:rPr>
                    <w:t xml:space="preserve">☐  </w:t>
                  </w:r>
                  <w:r>
                    <w:rPr>
                      <w:color w:val="333333"/>
                      <w:sz w:val="22"/>
                    </w:rPr>
                    <w:t>Signature Massage (60 min)</w:t>
                  </w:r>
                </w:p>
                <w:p>
                  <w:pPr>
                    <w:spacing w:before="0" w:after="8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B07D6B"/>
                      <w:sz w:val="24"/>
                    </w:rPr>
                    <w:t xml:space="preserve">☐  </w:t>
                  </w:r>
                  <w:r>
                    <w:rPr>
                      <w:color w:val="333333"/>
                      <w:sz w:val="22"/>
                    </w:rPr>
                    <w:t>Revitalizing Facial</w:t>
                  </w:r>
                </w:p>
                <w:p>
                  <w:pPr>
                    <w:spacing w:before="0" w:after="8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B07D6B"/>
                      <w:sz w:val="24"/>
                    </w:rPr>
                    <w:t xml:space="preserve">☐  </w:t>
                  </w:r>
                  <w:r>
                    <w:rPr>
                      <w:color w:val="333333"/>
                      <w:sz w:val="22"/>
                    </w:rPr>
                    <w:t>Manicure &amp; Pedicure</w:t>
                  </w:r>
                </w:p>
                <w:p>
                  <w:pPr>
                    <w:spacing w:before="0" w:after="80"/>
                    <w:jc w:val="left"/>
                  </w:pPr>
                  <w:r>
                    <w:rPr>
                      <w:rFonts w:ascii="Segoe UI Symbol" w:hAnsi="Segoe UI Symbol" w:cs="Segoe UI Symbol" w:eastAsia="Segoe UI Symbol"/>
                      <w:color w:val="B07D6B"/>
                      <w:sz w:val="24"/>
                    </w:rPr>
                    <w:t xml:space="preserve">☐  </w:t>
                  </w:r>
                  <w:r>
                    <w:rPr>
                      <w:color w:val="333333"/>
                      <w:sz w:val="22"/>
                    </w:rPr>
                    <w:t>Full Day Spa Package</w:t>
                  </w:r>
                </w:p>
                <w:p>
                  <w:pPr>
                    <w:spacing w:before="160" w:after="40"/>
                    <w:jc w:val="left"/>
                  </w:pPr>
                  <w:r>
                    <w:rPr>
                      <w:b/>
                      <w:color w:val="5E7F63"/>
                      <w:spacing w:val="40"/>
                      <w:sz w:val="18"/>
                    </w:rPr>
                    <w:t>OR GIFT VALUE</w:t>
                  </w:r>
                </w:p>
                <w:p>
                  <w:pPr>
                    <w:spacing w:before="0" w:after="0"/>
                    <w:jc w:val="left"/>
                  </w:pPr>
                  <w:sdt>
                    <w:sdtPr>
                      <w:alias w:val="Amount"/>
                      <w:tag w:val="Amount"/>
                      <w:text/>
                    </w:sdtPr>
                    <w:sdtContent>
                      <w:r>
                        <w:rPr>
                          <w:rFonts w:ascii="Georgia" w:hAnsi="Georgia" w:cs="Georgia" w:eastAsia="Georgia"/>
                          <w:color w:val="3F5A44"/>
                          <w:sz w:val="44"/>
                        </w:rPr>
                        <w:t>$120.00</w:t>
                      </w:r>
                    </w:sdtContent>
                  </w:sdt>
                </w:p>
              </w:tc>
            </w:tr>
          </w:tbl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1281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15" w:type="dxa"/>
                <w:bottom w:w="57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4320"/>
              <w:gridCol w:w="4320"/>
              <w:gridCol w:w="4176"/>
            </w:tblGrid>
            <w:tr>
              <w:tc>
                <w:tcPr>
                  <w:tcW w:type="dxa" w:w="432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808080"/>
                      <w:sz w:val="18"/>
                    </w:rPr>
                    <w:t xml:space="preserve">Certificate No. </w:t>
                  </w:r>
                  <w:sdt>
                    <w:sdtPr>
                      <w:alias w:val="CertificateNo"/>
                      <w:tag w:val="CertificateNo"/>
                      <w:text/>
                    </w:sdtPr>
                    <w:sdtContent>
                      <w:r>
                        <w:rPr>
                          <w:b/>
                          <w:color w:val="3F5A44"/>
                          <w:sz w:val="20"/>
                        </w:rPr>
                        <w:t>SPA-0451</w:t>
                      </w:r>
                    </w:sdtContent>
                  </w:sdt>
                </w:p>
              </w:tc>
              <w:tc>
                <w:tcPr>
                  <w:tcW w:type="dxa" w:w="432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color w:val="808080"/>
                      <w:sz w:val="18"/>
                    </w:rPr>
                    <w:t xml:space="preserve">Expires: </w:t>
                  </w:r>
                  <w:sdt>
                    <w:sdtPr>
                      <w:alias w:val="Expiry"/>
                      <w:tag w:val="Expiry"/>
                      <w:text/>
                    </w:sdtPr>
                    <w:sdtContent>
                      <w:r>
                        <w:rPr>
                          <w:b/>
                          <w:color w:val="3F5A44"/>
                          <w:sz w:val="20"/>
                        </w:rPr>
                        <w:t>November 10, 2026</w:t>
                      </w:r>
                    </w:sdtContent>
                  </w:sdt>
                </w:p>
              </w:tc>
              <w:tc>
                <w:tcPr>
                  <w:tcW w:type="dxa" w:w="4176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808080"/>
                      <w:sz w:val="18"/>
                    </w:rPr>
                    <w:t>Your Spa Name  ·  (000) 000-0000</w:t>
                  </w:r>
                </w:p>
              </w:tc>
            </w:tr>
          </w:tbl>
          <w:p>
            <w:pPr>
              <w:spacing w:before="160" w:after="0"/>
              <w:jc w:val="center"/>
            </w:pPr>
            <w:r>
              <w:rPr>
                <w:i/>
                <w:color w:val="A0A0A0"/>
                <w:sz w:val="15"/>
              </w:rPr>
              <w:t>By appointment only. Please present this certificate on arrival. Non-refundable and not exchangeable for cash.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 and Wellness Gift Certificate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