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2E7D32"/>
          <w:sz w:val="40"/>
        </w:rPr>
        <w:t>Small Favor Box Template (2 per page)</w:t>
      </w:r>
    </w:p>
    <w:p>
      <w:pPr>
        <w:spacing w:before="0" w:after="40"/>
        <w:jc w:val="left"/>
      </w:pPr>
      <w:r>
        <w:rPr>
          <w:color w:val="595959"/>
          <w:sz w:val="19"/>
        </w:rPr>
        <w:t>Finished size: 1.1 x 1.1 x 1.1 in — perfect for candy, mints or jewelry at weddings, showers and parties.</w:t>
      </w:r>
    </w:p>
    <w:p>
      <w:pPr>
        <w:spacing w:before="80" w:after="40"/>
        <w:jc w:val="left"/>
      </w:pPr>
      <w:r>
        <w:rPr>
          <w:color w:val="404040"/>
          <w:sz w:val="18"/>
        </w:rPr>
        <w:t xml:space="preserve">━━  </w:t>
      </w:r>
      <w:r>
        <w:rPr>
          <w:color w:val="404040"/>
          <w:sz w:val="17"/>
        </w:rPr>
        <w:t xml:space="preserve">Cut on solid lines     </w:t>
      </w:r>
      <w:r>
        <w:rPr>
          <w:b/>
          <w:color w:val="7F7F7F"/>
          <w:sz w:val="18"/>
        </w:rPr>
        <w:t xml:space="preserve">- - -  </w:t>
      </w:r>
      <w:r>
        <w:rPr>
          <w:color w:val="404040"/>
          <w:sz w:val="17"/>
        </w:rPr>
        <w:t xml:space="preserve">Fold on dashed lines     </w:t>
      </w:r>
      <w:r>
        <w:rPr>
          <w:rFonts w:ascii="Segoe UI Symbol" w:hAnsi="Segoe UI Symbol" w:cs="Segoe UI Symbol" w:eastAsia="Segoe UI Symbol"/>
          <w:color w:val="BFBFBF"/>
          <w:sz w:val="18"/>
        </w:rPr>
        <w:t xml:space="preserve">■  </w:t>
      </w:r>
      <w:r>
        <w:rPr>
          <w:color w:val="404040"/>
          <w:sz w:val="17"/>
        </w:rPr>
        <w:t>Glue on grey tabs</w:t>
      </w:r>
    </w:p>
    <w:tbl>
      <w:tblPr>
        <w:tblW w:w="109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</w:tcPr>
          <w:tbl>
            <w:tblPr>
              <w:tblW w:w="684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43" w:type="dxa"/>
                <w:bottom w:w="0" w:type="dxa"/>
                <w:right w:w="43" w:type="dxa"/>
              </w:tblCellMar>
              <w:tblLook w:firstColumn="1" w:firstRow="1" w:lastColumn="0" w:lastRow="0" w:noHBand="0" w:noVBand="1" w:val="04A0"/>
            </w:tblPr>
            <w:tblGrid>
              <w:gridCol w:w="1584"/>
              <w:gridCol w:w="1584"/>
              <w:gridCol w:w="1584"/>
              <w:gridCol w:w="1584"/>
              <w:gridCol w:w="503"/>
            </w:tblGrid>
            <w:tr>
              <w:trPr>
                <w:trHeight w:val="576" w:hRule="exact"/>
                <w:cantSplit/>
              </w:trPr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4FA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tuck flap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vMerge w:val="restart"/>
                  <w:tcBorders>
                    <w:top w:val="dashed" w:sz="8" w:space="0" w:color="7F7F7F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E8F5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E7D32"/>
                      <w:sz w:val="18"/>
                    </w:rPr>
                    <w:t>TOP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2E7D32"/>
                      <w:sz w:val="13"/>
                    </w:rPr>
                    <w:t>lid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4FA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1584"/>
                  <w:vMerge/>
                </w:tcPr>
                <w:p/>
              </w:tc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4FA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1584" w:hRule="exact"/>
                <w:cantSplit/>
              </w:trPr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dashed" w:sz="8" w:space="0" w:color="7F7F7F"/>
                  </w:tcBorders>
                  <w:shd w:val="clear" w:color="auto" w:fill="2E7D3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26"/>
                    </w:rPr>
                    <w:t>Thank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FFFFFF"/>
                      <w:sz w:val="21"/>
                    </w:rPr>
                    <w:t>You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E8F5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E7D32"/>
                      <w:sz w:val="16"/>
                    </w:rPr>
                    <w:t>❀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dashed" w:sz="8" w:space="0" w:color="7F7F7F"/>
                    <w:bottom w:val="single" w:sz="12" w:space="0" w:color="404040"/>
                    <w:right w:val="dashed" w:sz="8" w:space="0" w:color="7F7F7F"/>
                  </w:tcBorders>
                  <w:shd w:val="clear" w:color="auto" w:fill="E8F5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E7D32"/>
                      <w:sz w:val="16"/>
                    </w:rPr>
                    <w:t>Emma &amp; Jack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2E7D32"/>
                      <w:sz w:val="12"/>
                    </w:rPr>
                    <w:t>06.13.2027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E8F5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E7D32"/>
                      <w:sz w:val="16"/>
                    </w:rPr>
                    <w:t>❀</w:t>
                  </w:r>
                </w:p>
              </w:tc>
              <w:tc>
                <w:tcPr>
                  <w:tcW w:type="dxa" w:w="504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7F7F7F"/>
                      <w:sz w:val="12"/>
                    </w:rPr>
                    <w:t>L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7F7F7F"/>
                      <w:sz w:val="12"/>
                    </w:rPr>
                    <w:t>U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7F7F7F"/>
                      <w:sz w:val="12"/>
                    </w:rPr>
                    <w:t>E</w:t>
                  </w:r>
                </w:p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  <w:vMerge w:val="restart"/>
                  <w:tcBorders>
                    <w:top w:val="dashed" w:sz="8" w:space="0" w:color="7F7F7F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E8F5E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E7D32"/>
                      <w:sz w:val="16"/>
                    </w:rPr>
                    <w:t>BOTTOM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single" w:sz="12" w:space="0" w:color="404040"/>
                    <w:bottom w:val="single" w:sz="12" w:space="0" w:color="404040"/>
                    <w:right w:val="single" w:sz="12" w:space="0" w:color="404040"/>
                  </w:tcBorders>
                  <w:shd w:val="clear" w:color="auto" w:fill="F4FA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tcBorders>
                    <w:top w:val="dashed" w:sz="8" w:space="0" w:color="7F7F7F"/>
                    <w:left w:val="single" w:sz="12" w:space="0" w:color="404040"/>
                    <w:bottom w:val="single" w:sz="12" w:space="0" w:color="404040"/>
                    <w:right w:val="single" w:sz="12" w:space="0" w:color="404040"/>
                  </w:tcBorders>
                  <w:shd w:val="clear" w:color="auto" w:fill="F4FA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  <w:vMerge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576" w:hRule="exact"/>
                <w:cantSplit/>
              </w:trPr>
              <w:tc>
                <w:tcPr>
                  <w:tcW w:type="dxa" w:w="1584"/>
                  <w:tcBorders>
                    <w:top w:val="dashed" w:sz="8" w:space="0" w:color="7F7F7F"/>
                    <w:left w:val="single" w:sz="12" w:space="0" w:color="404040"/>
                    <w:bottom w:val="single" w:sz="12" w:space="0" w:color="404040"/>
                    <w:right w:val="single" w:sz="12" w:space="0" w:color="404040"/>
                  </w:tcBorders>
                  <w:shd w:val="clear" w:color="auto" w:fill="F4FA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tuck flap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</w:tbl>
          <w:p/>
        </w:tc>
      </w:tr>
      <w:tr>
        <w:tc>
          <w:tcPr>
            <w:tcW w:type="dxa" w:w="10944"/>
          </w:tcPr>
          <w:tbl>
            <w:tblPr>
              <w:tblW w:w="684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43" w:type="dxa"/>
                <w:bottom w:w="0" w:type="dxa"/>
                <w:right w:w="43" w:type="dxa"/>
              </w:tblCellMar>
              <w:tblLook w:firstColumn="1" w:firstRow="1" w:lastColumn="0" w:lastRow="0" w:noHBand="0" w:noVBand="1" w:val="04A0"/>
            </w:tblPr>
            <w:tblGrid>
              <w:gridCol w:w="1584"/>
              <w:gridCol w:w="1584"/>
              <w:gridCol w:w="1584"/>
              <w:gridCol w:w="1584"/>
              <w:gridCol w:w="503"/>
            </w:tblGrid>
            <w:tr>
              <w:trPr>
                <w:trHeight w:val="576" w:hRule="exact"/>
                <w:cantSplit/>
              </w:trPr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FFC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tuck flap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vMerge w:val="restart"/>
                  <w:tcBorders>
                    <w:top w:val="dashed" w:sz="8" w:space="0" w:color="7F7F7F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FF8E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C77700"/>
                      <w:sz w:val="18"/>
                    </w:rPr>
                    <w:t>TOP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C77700"/>
                      <w:sz w:val="13"/>
                    </w:rPr>
                    <w:t>lid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FFC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1584"/>
                  <w:vMerge/>
                </w:tcPr>
                <w:p/>
              </w:tc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FFC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1584" w:hRule="exact"/>
                <w:cantSplit/>
              </w:trPr>
              <w:tc>
                <w:tcPr>
                  <w:tcW w:type="dxa" w:w="1584"/>
                  <w:tcBorders>
                    <w:top w:val="single" w:sz="12" w:space="0" w:color="404040"/>
                    <w:left w:val="single" w:sz="12" w:space="0" w:color="404040"/>
                    <w:bottom w:val="dashed" w:sz="8" w:space="0" w:color="7F7F7F"/>
                    <w:right w:val="dashed" w:sz="8" w:space="0" w:color="7F7F7F"/>
                  </w:tcBorders>
                  <w:shd w:val="clear" w:color="auto" w:fill="C7770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26"/>
                    </w:rPr>
                    <w:t>Sweet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FFFFFF"/>
                      <w:sz w:val="21"/>
                    </w:rPr>
                    <w:t>Treats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FFF8E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C77700"/>
                      <w:sz w:val="16"/>
                    </w:rPr>
                    <w:t>★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dashed" w:sz="8" w:space="0" w:color="7F7F7F"/>
                    <w:bottom w:val="single" w:sz="12" w:space="0" w:color="404040"/>
                    <w:right w:val="dashed" w:sz="8" w:space="0" w:color="7F7F7F"/>
                  </w:tcBorders>
                  <w:shd w:val="clear" w:color="auto" w:fill="FFF8E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C77700"/>
                      <w:sz w:val="16"/>
                    </w:rPr>
                    <w:t>Baby Shower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C77700"/>
                      <w:sz w:val="12"/>
                    </w:rPr>
                    <w:t>Olivia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dashed" w:sz="8" w:space="0" w:color="7F7F7F"/>
                    <w:bottom w:val="dashed" w:sz="8" w:space="0" w:color="7F7F7F"/>
                    <w:right w:val="dashed" w:sz="8" w:space="0" w:color="7F7F7F"/>
                  </w:tcBorders>
                  <w:shd w:val="clear" w:color="auto" w:fill="FFF8E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C77700"/>
                      <w:sz w:val="16"/>
                    </w:rPr>
                    <w:t>★</w:t>
                  </w:r>
                </w:p>
              </w:tc>
              <w:tc>
                <w:tcPr>
                  <w:tcW w:type="dxa" w:w="504"/>
                  <w:tcBorders>
                    <w:top w:val="single" w:sz="12" w:space="0" w:color="404040"/>
                    <w:left w:val="dashed" w:sz="8" w:space="0" w:color="7F7F7F"/>
                    <w:bottom w:val="single" w:sz="12" w:space="0" w:color="404040"/>
                    <w:right w:val="single" w:sz="12" w:space="0" w:color="404040"/>
                  </w:tcBorders>
                  <w:shd w:val="clear" w:color="auto" w:fill="E7E6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G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7F7F7F"/>
                      <w:sz w:val="12"/>
                    </w:rPr>
                    <w:t>L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7F7F7F"/>
                      <w:sz w:val="12"/>
                    </w:rPr>
                    <w:t>U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7F7F7F"/>
                      <w:sz w:val="12"/>
                    </w:rPr>
                    <w:t>E</w:t>
                  </w:r>
                </w:p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  <w:vMerge w:val="restart"/>
                  <w:tcBorders>
                    <w:top w:val="dashed" w:sz="8" w:space="0" w:color="7F7F7F"/>
                    <w:left w:val="single" w:sz="12" w:space="0" w:color="404040"/>
                    <w:bottom w:val="dashed" w:sz="8" w:space="0" w:color="7F7F7F"/>
                    <w:right w:val="single" w:sz="12" w:space="0" w:color="404040"/>
                  </w:tcBorders>
                  <w:shd w:val="clear" w:color="auto" w:fill="FFF8E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C77700"/>
                      <w:sz w:val="16"/>
                    </w:rPr>
                    <w:t>BOTTOM</w:t>
                  </w:r>
                </w:p>
              </w:tc>
              <w:tc>
                <w:tcPr>
                  <w:tcW w:type="dxa" w:w="1584"/>
                  <w:tcBorders>
                    <w:top w:val="dashed" w:sz="8" w:space="0" w:color="7F7F7F"/>
                    <w:left w:val="single" w:sz="12" w:space="0" w:color="404040"/>
                    <w:bottom w:val="single" w:sz="12" w:space="0" w:color="404040"/>
                    <w:right w:val="single" w:sz="12" w:space="0" w:color="404040"/>
                  </w:tcBorders>
                  <w:shd w:val="clear" w:color="auto" w:fill="FFFC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  <w:tcBorders>
                    <w:top w:val="dashed" w:sz="8" w:space="0" w:color="7F7F7F"/>
                    <w:left w:val="single" w:sz="12" w:space="0" w:color="404040"/>
                    <w:bottom w:val="single" w:sz="12" w:space="0" w:color="404040"/>
                    <w:right w:val="single" w:sz="12" w:space="0" w:color="404040"/>
                  </w:tcBorders>
                  <w:shd w:val="clear" w:color="auto" w:fill="FFFC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dust flap</w:t>
                  </w:r>
                </w:p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792" w:hRule="exact"/>
                <w:cantSplit/>
              </w:trPr>
              <w:tc>
                <w:tcPr>
                  <w:tcW w:type="dxa" w:w="1584"/>
                  <w:vMerge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  <w:tr>
              <w:trPr>
                <w:trHeight w:val="576" w:hRule="exact"/>
                <w:cantSplit/>
              </w:trPr>
              <w:tc>
                <w:tcPr>
                  <w:tcW w:type="dxa" w:w="1584"/>
                  <w:tcBorders>
                    <w:top w:val="dashed" w:sz="8" w:space="0" w:color="7F7F7F"/>
                    <w:left w:val="single" w:sz="12" w:space="0" w:color="404040"/>
                    <w:bottom w:val="single" w:sz="12" w:space="0" w:color="404040"/>
                    <w:right w:val="single" w:sz="12" w:space="0" w:color="404040"/>
                  </w:tcBorders>
                  <w:shd w:val="clear" w:color="auto" w:fill="FFFC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7F7F7F"/>
                      <w:sz w:val="14"/>
                    </w:rPr>
                    <w:t>tuck flap</w:t>
                  </w:r>
                </w:p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1584"/>
                </w:tcPr>
                <w:p/>
              </w:tc>
              <w:tc>
                <w:tcPr>
                  <w:tcW w:type="dxa" w:w="504"/>
                </w:tcPr>
                <w:p/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576" w:right="720" w:bottom="576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Favor Box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