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800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864" w:type="dxa"/>
          <w:left w:w="503" w:type="dxa"/>
          <w:bottom w:w="864" w:type="dxa"/>
          <w:right w:w="503" w:type="dxa"/>
        </w:tblCellMar>
        <w:tblLook w:firstColumn="1" w:firstRow="1" w:lastColumn="0" w:lastRow="0" w:noHBand="0" w:noVBand="1" w:val="04A0"/>
      </w:tblPr>
      <w:tblGrid>
        <w:gridCol w:w="10800"/>
      </w:tblGrid>
      <w:tr>
        <w:tc>
          <w:tcPr>
            <w:tcW w:type="dxa" w:w="10800"/>
            <w:shd w:val="clear" w:color="auto" w:fill="0B1D26"/>
          </w:tcPr>
          <w:p>
            <w:pPr>
              <w:spacing w:before="0" w:after="0"/>
              <w:jc w:val="center"/>
            </w:pPr>
            <w:r>
              <w:rPr>
                <w:rFonts w:ascii="Segoe UI Symbol" w:hAnsi="Segoe UI Symbol" w:cs="Segoe UI Symbol" w:eastAsia="Segoe UI Symbol"/>
                <w:color w:val="E9B44C"/>
                <w:sz w:val="32"/>
              </w:rPr>
              <w:t>❄   ❄   ❄</w:t>
            </w:r>
          </w:p>
          <w:p>
            <w:pPr>
              <w:spacing w:before="80" w:after="0" w:line="228" w:lineRule="auto"/>
              <w:jc w:val="center"/>
            </w:pPr>
            <w:r>
              <w:rPr>
                <w:b/>
                <w:color w:val="FFFFFF"/>
                <w:spacing w:val="80"/>
                <w:sz w:val="108"/>
              </w:rPr>
              <w:t>HOLIDAY</w:t>
            </w:r>
          </w:p>
          <w:p>
            <w:pPr>
              <w:spacing w:before="0" w:after="0" w:line="216" w:lineRule="auto"/>
              <w:jc w:val="center"/>
            </w:pPr>
            <w:r>
              <w:rPr>
                <w:rFonts w:ascii="Alex Brush" w:hAnsi="Alex Brush" w:cs="Alex Brush" w:eastAsia="Alex Brush"/>
                <w:color w:val="E9B44C"/>
                <w:sz w:val="128"/>
              </w:rPr>
              <w:t>Sale</w:t>
            </w:r>
          </w:p>
          <w:p>
            <w:pPr>
              <w:spacing w:before="80" w:after="0"/>
              <w:jc w:val="center"/>
            </w:pPr>
            <w:r>
              <w:rPr>
                <w:i/>
                <w:color w:val="D9D9D9"/>
                <w:sz w:val="30"/>
              </w:rPr>
              <w:t>Gifts for everyone on your list</w:t>
            </w:r>
          </w:p>
          <w:p>
            <w:pPr>
              <w:pBdr>
                <w:bottom w:val="single" w:sz="8" w:space="1" w:color="E9B44C"/>
              </w:pBdr>
              <w:spacing w:before="200" w:after="200"/>
              <w:ind w:left="3312" w:right="3312"/>
              <w:jc w:val="center"/>
            </w:pPr>
          </w:p>
          <w:p>
            <w:pPr>
              <w:spacing w:before="0" w:after="0"/>
              <w:jc w:val="center"/>
            </w:pPr>
            <w:r>
              <w:rPr>
                <w:b/>
                <w:color w:val="E9B44C"/>
                <w:spacing w:val="40"/>
                <w:sz w:val="30"/>
              </w:rPr>
              <w:t>DECEMBER 1 – 24, 2026</w:t>
            </w:r>
          </w:p>
        </w:tc>
      </w:tr>
    </w:tbl>
    <w:p>
      <w:pPr>
        <w:spacing w:before="0" w:after="0" w:line="240" w:lineRule="exact"/>
        <w:jc w:val="left"/>
        <w:rPr>
          <w:sz w:val="19"/>
        </w:rPr>
      </w:pPr>
      <w:r>
        <w:rPr>
          <w:sz w:val="19"/>
        </w:rPr>
      </w:r>
    </w:p>
    <w:p>
      <w:pPr>
        <w:spacing w:before="0" w:after="0" w:line="120" w:lineRule="exact"/>
        <w:jc w:val="left"/>
        <w:rPr>
          <w:sz w:val="9"/>
        </w:rPr>
      </w:pPr>
      <w:r>
        <w:rPr>
          <w:sz w:val="9"/>
        </w:rPr>
      </w:r>
    </w:p>
    <w:tbl>
      <w:tblPr>
        <w:tblW w:w="10800" w:type="dxa"/>
        <w:jc w:val="center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  <w:tblLayout w:type="fixed"/>
        <w:tblCellMar>
          <w:top w:w="360" w:type="dxa"/>
          <w:left w:w="259" w:type="dxa"/>
          <w:bottom w:w="360" w:type="dxa"/>
          <w:right w:w="259" w:type="dxa"/>
        </w:tblCellMar>
        <w:tblLook w:firstColumn="1" w:firstRow="1" w:lastColumn="0" w:lastRow="0" w:noHBand="0" w:noVBand="1" w:val="04A0"/>
      </w:tblPr>
      <w:tblGrid>
        <w:gridCol w:w="5400"/>
        <w:gridCol w:w="5400"/>
      </w:tblGrid>
      <w:tr>
        <w:tc>
          <w:tcPr>
            <w:tcW w:type="dxa" w:w="5400"/>
          </w:tcPr>
          <w:p>
            <w:pPr>
              <w:spacing w:before="0" w:after="0"/>
              <w:jc w:val="center"/>
            </w:pPr>
            <w:r>
              <w:rPr>
                <w:b/>
                <w:color w:val="9B1D20"/>
                <w:sz w:val="44"/>
              </w:rPr>
              <w:t>25% OFF</w:t>
            </w:r>
          </w:p>
          <w:p>
            <w:pPr>
              <w:spacing w:before="0" w:after="0"/>
              <w:jc w:val="center"/>
            </w:pPr>
            <w:r>
              <w:rPr>
                <w:color w:val="404040"/>
                <w:sz w:val="22"/>
              </w:rPr>
              <w:t>Winter coats, scarves and gloves</w:t>
            </w:r>
          </w:p>
        </w:tc>
        <w:tc>
          <w:tcPr>
            <w:tcW w:type="dxa" w:w="5400"/>
          </w:tcPr>
          <w:p>
            <w:pPr>
              <w:spacing w:before="0" w:after="0"/>
              <w:jc w:val="center"/>
            </w:pPr>
            <w:r>
              <w:rPr>
                <w:b/>
                <w:color w:val="9B1D20"/>
                <w:sz w:val="44"/>
              </w:rPr>
              <w:t>BUY 1 GET 1</w:t>
            </w:r>
          </w:p>
          <w:p>
            <w:pPr>
              <w:spacing w:before="0" w:after="0"/>
              <w:jc w:val="center"/>
            </w:pPr>
            <w:r>
              <w:rPr>
                <w:color w:val="404040"/>
                <w:sz w:val="22"/>
              </w:rPr>
              <w:t>Holiday candles and home fragrance</w:t>
            </w:r>
          </w:p>
        </w:tc>
      </w:tr>
      <w:tr>
        <w:tc>
          <w:tcPr>
            <w:tcW w:type="dxa" w:w="5400"/>
          </w:tcPr>
          <w:p>
            <w:pPr>
              <w:spacing w:before="0" w:after="0"/>
              <w:jc w:val="center"/>
            </w:pPr>
            <w:r>
              <w:rPr>
                <w:b/>
                <w:color w:val="9B1D20"/>
                <w:sz w:val="44"/>
              </w:rPr>
              <w:t>$10 OFF</w:t>
            </w:r>
          </w:p>
          <w:p>
            <w:pPr>
              <w:spacing w:before="0" w:after="0"/>
              <w:jc w:val="center"/>
            </w:pPr>
            <w:r>
              <w:rPr>
                <w:color w:val="404040"/>
                <w:sz w:val="22"/>
              </w:rPr>
              <w:t>Every $50 spent on toys and games</w:t>
            </w:r>
          </w:p>
        </w:tc>
        <w:tc>
          <w:tcPr>
            <w:tcW w:type="dxa" w:w="5400"/>
          </w:tcPr>
          <w:p>
            <w:pPr>
              <w:spacing w:before="0" w:after="0"/>
              <w:jc w:val="center"/>
            </w:pPr>
            <w:r>
              <w:rPr>
                <w:b/>
                <w:color w:val="9B1D20"/>
                <w:sz w:val="44"/>
              </w:rPr>
              <w:t>FREE GIFT</w:t>
            </w:r>
          </w:p>
          <w:p>
            <w:pPr>
              <w:spacing w:before="0" w:after="0"/>
              <w:jc w:val="center"/>
            </w:pPr>
            <w:r>
              <w:rPr>
                <w:color w:val="404040"/>
                <w:sz w:val="22"/>
              </w:rPr>
              <w:t>With any purchase over $100</w:t>
            </w:r>
          </w:p>
        </w:tc>
      </w:tr>
    </w:tbl>
    <w:p>
      <w:pPr>
        <w:spacing w:before="0" w:after="0" w:line="280" w:lineRule="exact"/>
        <w:jc w:val="left"/>
        <w:rPr>
          <w:sz w:val="22"/>
        </w:rPr>
      </w:pPr>
      <w:r>
        <w:rPr>
          <w:sz w:val="22"/>
        </w:rPr>
      </w:r>
    </w:p>
    <w:tbl>
      <w:tblPr>
        <w:tblW w:w="10800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216" w:type="dxa"/>
        </w:tblCellMar>
        <w:tblLook w:firstColumn="1" w:firstRow="1" w:lastColumn="0" w:lastRow="0" w:noHBand="0" w:noVBand="1" w:val="04A0"/>
      </w:tblPr>
      <w:tblGrid>
        <w:gridCol w:w="6623"/>
        <w:gridCol w:w="4176"/>
      </w:tblGrid>
      <w:tr>
        <w:tc>
          <w:tcPr>
            <w:tcW w:type="dxa" w:w="6624"/>
          </w:tcPr>
          <w:p>
            <w:pPr>
              <w:spacing w:before="0" w:after="80"/>
              <w:jc w:val="left"/>
            </w:pPr>
            <w:r>
              <w:rPr>
                <w:b/>
                <w:color w:val="0B1D26"/>
                <w:sz w:val="30"/>
              </w:rPr>
              <w:t>Extended holiday hours</w:t>
            </w:r>
          </w:p>
          <w:p>
            <w:pPr>
              <w:spacing w:before="0" w:after="60"/>
              <w:jc w:val="left"/>
            </w:pPr>
            <w:r>
              <w:rPr>
                <w:b/>
                <w:color w:val="9B1D20"/>
                <w:sz w:val="22"/>
              </w:rPr>
              <w:t xml:space="preserve">Mon – Sat:  </w:t>
            </w:r>
            <w:r>
              <w:rPr>
                <w:color w:val="333333"/>
                <w:sz w:val="22"/>
              </w:rPr>
              <w:t>9:00 AM – 10:00 PM</w:t>
            </w:r>
          </w:p>
          <w:p>
            <w:pPr>
              <w:spacing w:before="0" w:after="60"/>
              <w:jc w:val="left"/>
            </w:pPr>
            <w:r>
              <w:rPr>
                <w:b/>
                <w:color w:val="9B1D20"/>
                <w:sz w:val="22"/>
              </w:rPr>
              <w:t xml:space="preserve">Sunday:  </w:t>
            </w:r>
            <w:r>
              <w:rPr>
                <w:color w:val="333333"/>
                <w:sz w:val="22"/>
              </w:rPr>
              <w:t>10:00 AM – 8:00 PM</w:t>
            </w:r>
          </w:p>
          <w:p>
            <w:pPr>
              <w:spacing w:before="0" w:after="60"/>
              <w:jc w:val="left"/>
            </w:pPr>
            <w:r>
              <w:rPr>
                <w:b/>
                <w:color w:val="9B1D20"/>
                <w:sz w:val="22"/>
              </w:rPr>
              <w:t xml:space="preserve">Christmas Eve:  </w:t>
            </w:r>
            <w:r>
              <w:rPr>
                <w:color w:val="333333"/>
                <w:sz w:val="22"/>
              </w:rPr>
              <w:t>9:00 AM – 4:00 PM</w:t>
            </w:r>
          </w:p>
          <w:p>
            <w:pPr>
              <w:spacing w:before="120" w:after="0"/>
              <w:jc w:val="left"/>
            </w:pPr>
            <w:r>
              <w:rPr>
                <w:color w:val="595959"/>
                <w:sz w:val="20"/>
              </w:rPr>
              <w:t>Your Store Name  •  12 High Street, City  •  (000) 000-0000</w:t>
            </w:r>
          </w:p>
        </w:tc>
        <w:tc>
          <w:tcPr>
            <w:tcW w:type="dxa" w:w="4176"/>
          </w:tcPr>
          <w:tbl>
            <w:tblPr>
              <w:tblW w:w="3960" w:type="dxa"/>
              <w:jc w:val="center"/>
              <w:tblBorders>
                <w:top w:val="dashed" w:sz="12" w:space="0" w:color="9B1D20"/>
                <w:left w:val="dashed" w:sz="12" w:space="0" w:color="9B1D20"/>
                <w:bottom w:val="dashed" w:sz="12" w:space="0" w:color="9B1D20"/>
                <w:right w:val="dashed" w:sz="12" w:space="0" w:color="9B1D20"/>
                <w:insideH w:val="nil"/>
                <w:insideV w:val="nil"/>
              </w:tblBorders>
              <w:tblLayout w:type="fixed"/>
              <w:tblCellMar>
                <w:top w:w="172" w:type="dxa"/>
                <w:left w:w="172" w:type="dxa"/>
                <w:bottom w:w="172" w:type="dxa"/>
                <w:right w:w="172" w:type="dxa"/>
              </w:tblCellMar>
              <w:tblLook w:firstColumn="1" w:firstRow="1" w:lastColumn="0" w:lastRow="0" w:noHBand="0" w:noVBand="1" w:val="04A0"/>
            </w:tblPr>
            <w:tblGrid>
              <w:gridCol w:w="3960"/>
            </w:tblGrid>
            <w:tr>
              <w:tc>
                <w:tcPr>
                  <w:tcW w:type="dxa" w:w="3960"/>
                  <w:shd w:val="clear" w:color="auto" w:fill="FFF8EC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b/>
                      <w:color w:val="9B1D20"/>
                      <w:spacing w:val="30"/>
                      <w:sz w:val="16"/>
                    </w:rPr>
                    <w:t>✂ COUPON</w:t>
                  </w:r>
                </w:p>
                <w:p>
                  <w:pPr>
                    <w:spacing w:before="40" w:after="0"/>
                    <w:jc w:val="center"/>
                  </w:pPr>
                  <w:r>
                    <w:rPr>
                      <w:b/>
                      <w:color w:val="0B1D26"/>
                      <w:sz w:val="34"/>
                    </w:rPr>
                    <w:t>EXTRA 15% OFF</w:t>
                  </w:r>
                </w:p>
                <w:p>
                  <w:pPr>
                    <w:spacing w:before="0" w:after="0"/>
                    <w:jc w:val="center"/>
                  </w:pPr>
                  <w:r>
                    <w:rPr>
                      <w:color w:val="595959"/>
                      <w:sz w:val="19"/>
                    </w:rPr>
                    <w:t>one item  •  code JOY15</w:t>
                  </w:r>
                </w:p>
                <w:p>
                  <w:pPr>
                    <w:spacing w:before="40" w:after="0"/>
                    <w:jc w:val="center"/>
                  </w:pPr>
                  <w:r>
                    <w:rPr>
                      <w:i/>
                      <w:color w:val="8C8C8C"/>
                      <w:sz w:val="16"/>
                    </w:rPr>
                    <w:t>Valid Dec 1–24, 2026</w:t>
                  </w:r>
                </w:p>
              </w:tc>
            </w:tr>
          </w:tbl>
          <w:p/>
        </w:tc>
      </w:tr>
    </w:tbl>
    <w:p>
      <w:pPr>
        <w:spacing w:line="20" w:lineRule="exact"/>
        <w:rPr>
          <w:sz w:val="2"/>
        </w:rPr>
      </w:pPr>
    </w:p>
    <w:sectPr w:rsidR="00FC693F" w:rsidRPr="0006063C" w:rsidSect="00034616">
      <w:pgSz w:w="12240" w:h="15840"/>
      <w:pgMar w:top="720" w:right="720" w:bottom="720" w:left="720" w:header="432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40" w:lineRule="auto"/>
    </w:pPr>
    <w:rPr>
      <w:rFonts w:ascii="Georgia" w:hAnsi="Georgia" w:cs="Georgia" w:eastAsia="Georgi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Seasonal Sale Flyer</dc:title>
  <dc:subject/>
  <dc:creator>Your Company Name</dc:creator>
  <cp:keywords/>
  <dc:description>Free editable template. Replace sample text with your own.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