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2" w:type="dxa"/>
          <w:left w:w="288" w:type="dxa"/>
          <w:bottom w:w="172" w:type="dxa"/>
          <w:right w:w="288" w:type="dxa"/>
        </w:tblCellMar>
        <w:tblLook w:firstColumn="1" w:firstRow="1" w:lastColumn="0" w:lastRow="0" w:noHBand="0" w:noVBand="1" w:val="04A0"/>
      </w:tblPr>
      <w:tblGrid>
        <w:gridCol w:w="7488"/>
        <w:gridCol w:w="3168"/>
      </w:tblGrid>
      <w:tr>
        <w:tc>
          <w:tcPr>
            <w:tcW w:type="dxa" w:w="7488"/>
            <w:shd w:val="clear" w:color="auto" w:fill="2D6A4F"/>
          </w:tcPr>
          <w:p>
            <w:pPr>
              <w:spacing w:before="0" w:after="0"/>
              <w:jc w:val="left"/>
            </w:pPr>
            <w:r>
              <w:rPr>
                <w:b/>
                <w:color w:val="74C69D"/>
                <w:spacing w:val="60"/>
                <w:sz w:val="18"/>
              </w:rPr>
              <w:t>HOME CLEANING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40"/>
              </w:rPr>
              <w:t>Room-by-Room Cleaning Checklist</w:t>
            </w:r>
          </w:p>
        </w:tc>
        <w:tc>
          <w:tcPr>
            <w:tcW w:type="dxa" w:w="3168"/>
            <w:shd w:val="clear" w:color="auto" w:fill="74C69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D6A4F"/>
                <w:sz w:val="20"/>
              </w:rPr>
              <w:t>Date: ______________</w:t>
            </w:r>
          </w:p>
          <w:p>
            <w:pPr>
              <w:spacing w:before="80" w:after="0"/>
              <w:jc w:val="left"/>
            </w:pPr>
            <w:r>
              <w:rPr>
                <w:b/>
                <w:color w:val="2D6A4F"/>
                <w:sz w:val="20"/>
              </w:rPr>
              <w:t>Cleaned by: _________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86" w:type="dxa"/>
          <w:bottom w:w="57" w:type="dxa"/>
          <w:right w:w="86" w:type="dxa"/>
        </w:tblCellMar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tbl>
            <w:tblPr>
              <w:tblW w:w="515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55"/>
            </w:tblGrid>
            <w:tr>
              <w:tc>
                <w:tcPr>
                  <w:tcW w:type="dxa" w:w="5155"/>
                  <w:shd w:val="clear" w:color="auto" w:fill="2D6A4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🍳  Kitchen</w:t>
                  </w:r>
                </w:p>
              </w:tc>
            </w:tr>
          </w:tbl>
          <w:p/>
          <w:tbl>
            <w:tblPr>
              <w:tblW w:w="5155" w:type="dxa"/>
              <w:jc w:val="center"/>
              <w:tblBorders>
                <w:top w:val="single" w:sz="4" w:space="0" w:color="C9DCCF"/>
                <w:left w:val="single" w:sz="4" w:space="0" w:color="C9DCCF"/>
                <w:bottom w:val="single" w:sz="4" w:space="0" w:color="C9DCCF"/>
                <w:right w:val="single" w:sz="4" w:space="0" w:color="C9DCCF"/>
                <w:insideH w:val="single" w:sz="4" w:space="0" w:color="DCE9E0"/>
                <w:insideV w:val="single" w:sz="4" w:space="0" w:color="DCE9E0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60"/>
              <w:gridCol w:w="4694"/>
            </w:tblGrid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Clear and wipe countertops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stovetop and oven door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Wipe microwave inside and out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sink and faucet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Wipe cabinet fronts and handles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fridge shelves; toss old food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Empty trash; replace liner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Sweep and mop the floor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</w:tc>
        <w:tc>
          <w:tcPr>
            <w:tcW w:type="dxa" w:w="5328"/>
          </w:tcPr>
          <w:tbl>
            <w:tblPr>
              <w:tblW w:w="515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55"/>
            </w:tblGrid>
            <w:tr>
              <w:tc>
                <w:tcPr>
                  <w:tcW w:type="dxa" w:w="5155"/>
                  <w:shd w:val="clear" w:color="auto" w:fill="2D6A4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🛁  Bathrooms</w:t>
                  </w:r>
                </w:p>
              </w:tc>
            </w:tr>
          </w:tbl>
          <w:p/>
          <w:tbl>
            <w:tblPr>
              <w:tblW w:w="5155" w:type="dxa"/>
              <w:jc w:val="center"/>
              <w:tblBorders>
                <w:top w:val="single" w:sz="4" w:space="0" w:color="C9DCCF"/>
                <w:left w:val="single" w:sz="4" w:space="0" w:color="C9DCCF"/>
                <w:bottom w:val="single" w:sz="4" w:space="0" w:color="C9DCCF"/>
                <w:right w:val="single" w:sz="4" w:space="0" w:color="C9DCCF"/>
                <w:insideH w:val="single" w:sz="4" w:space="0" w:color="DCE9E0"/>
                <w:insideV w:val="single" w:sz="4" w:space="0" w:color="DCE9E0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60"/>
              <w:gridCol w:w="4694"/>
            </w:tblGrid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Scrub toilet, seat and base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sink, faucet and counter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mirror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Scrub shower, tub and tiles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Replace towels and bath mat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Restock toilet paper and soap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Empty trash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Mop the floor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</w:tc>
      </w:tr>
      <w:tr>
        <w:tc>
          <w:tcPr>
            <w:tcW w:type="dxa" w:w="5328"/>
          </w:tcPr>
          <w:tbl>
            <w:tblPr>
              <w:tblW w:w="515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55"/>
            </w:tblGrid>
            <w:tr>
              <w:tc>
                <w:tcPr>
                  <w:tcW w:type="dxa" w:w="5155"/>
                  <w:shd w:val="clear" w:color="auto" w:fill="2D6A4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🛏  Bedrooms</w:t>
                  </w:r>
                </w:p>
              </w:tc>
            </w:tr>
          </w:tbl>
          <w:p/>
          <w:tbl>
            <w:tblPr>
              <w:tblW w:w="5155" w:type="dxa"/>
              <w:jc w:val="center"/>
              <w:tblBorders>
                <w:top w:val="single" w:sz="4" w:space="0" w:color="C9DCCF"/>
                <w:left w:val="single" w:sz="4" w:space="0" w:color="C9DCCF"/>
                <w:bottom w:val="single" w:sz="4" w:space="0" w:color="C9DCCF"/>
                <w:right w:val="single" w:sz="4" w:space="0" w:color="C9DCCF"/>
                <w:insideH w:val="single" w:sz="4" w:space="0" w:color="DCE9E0"/>
                <w:insideV w:val="single" w:sz="4" w:space="0" w:color="DCE9E0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60"/>
              <w:gridCol w:w="4694"/>
            </w:tblGrid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Make bed / change sheets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Dust nightstands and dressers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Put away clothes and laundry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Wipe light switches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Vacuum floor and under bed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Empty trash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</w:tc>
        <w:tc>
          <w:tcPr>
            <w:tcW w:type="dxa" w:w="5328"/>
          </w:tcPr>
          <w:tbl>
            <w:tblPr>
              <w:tblW w:w="515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55"/>
            </w:tblGrid>
            <w:tr>
              <w:tc>
                <w:tcPr>
                  <w:tcW w:type="dxa" w:w="5155"/>
                  <w:shd w:val="clear" w:color="auto" w:fill="2D6A4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🛋  Living Room</w:t>
                  </w:r>
                </w:p>
              </w:tc>
            </w:tr>
          </w:tbl>
          <w:p/>
          <w:tbl>
            <w:tblPr>
              <w:tblW w:w="5155" w:type="dxa"/>
              <w:jc w:val="center"/>
              <w:tblBorders>
                <w:top w:val="single" w:sz="4" w:space="0" w:color="C9DCCF"/>
                <w:left w:val="single" w:sz="4" w:space="0" w:color="C9DCCF"/>
                <w:bottom w:val="single" w:sz="4" w:space="0" w:color="C9DCCF"/>
                <w:right w:val="single" w:sz="4" w:space="0" w:color="C9DCCF"/>
                <w:insideH w:val="single" w:sz="4" w:space="0" w:color="DCE9E0"/>
                <w:insideV w:val="single" w:sz="4" w:space="0" w:color="DCE9E0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60"/>
              <w:gridCol w:w="4694"/>
            </w:tblGrid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Dust shelves, TV and decor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Fluff and vacuum sofa cushions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Wipe coffee and side tables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windows and sills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Vacuum rugs and floors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Tidy books, toys and remotes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</w:tc>
      </w:tr>
      <w:tr>
        <w:tc>
          <w:tcPr>
            <w:tcW w:type="dxa" w:w="5328"/>
          </w:tcPr>
          <w:tbl>
            <w:tblPr>
              <w:tblW w:w="515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55"/>
            </w:tblGrid>
            <w:tr>
              <w:tc>
                <w:tcPr>
                  <w:tcW w:type="dxa" w:w="5155"/>
                  <w:shd w:val="clear" w:color="auto" w:fill="2D6A4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🍽  Dining Room</w:t>
                  </w:r>
                </w:p>
              </w:tc>
            </w:tr>
          </w:tbl>
          <w:p/>
          <w:tbl>
            <w:tblPr>
              <w:tblW w:w="5155" w:type="dxa"/>
              <w:jc w:val="center"/>
              <w:tblBorders>
                <w:top w:val="single" w:sz="4" w:space="0" w:color="C9DCCF"/>
                <w:left w:val="single" w:sz="4" w:space="0" w:color="C9DCCF"/>
                <w:bottom w:val="single" w:sz="4" w:space="0" w:color="C9DCCF"/>
                <w:right w:val="single" w:sz="4" w:space="0" w:color="C9DCCF"/>
                <w:insideH w:val="single" w:sz="4" w:space="0" w:color="DCE9E0"/>
                <w:insideV w:val="single" w:sz="4" w:space="0" w:color="DCE9E0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60"/>
              <w:gridCol w:w="4694"/>
            </w:tblGrid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Wipe table and chairs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Dust light fixture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Sweep / vacuum floor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placemats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</w:tc>
        <w:tc>
          <w:tcPr>
            <w:tcW w:type="dxa" w:w="5328"/>
          </w:tcPr>
          <w:tbl>
            <w:tblPr>
              <w:tblW w:w="515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44" w:type="dxa"/>
                <w:bottom w:w="57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55"/>
            </w:tblGrid>
            <w:tr>
              <w:tc>
                <w:tcPr>
                  <w:tcW w:type="dxa" w:w="5155"/>
                  <w:shd w:val="clear" w:color="auto" w:fill="2D6A4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🚪  Entry &amp; Laundry</w:t>
                  </w:r>
                </w:p>
              </w:tc>
            </w:tr>
          </w:tbl>
          <w:p/>
          <w:tbl>
            <w:tblPr>
              <w:tblW w:w="5155" w:type="dxa"/>
              <w:jc w:val="center"/>
              <w:tblBorders>
                <w:top w:val="single" w:sz="4" w:space="0" w:color="C9DCCF"/>
                <w:left w:val="single" w:sz="4" w:space="0" w:color="C9DCCF"/>
                <w:bottom w:val="single" w:sz="4" w:space="0" w:color="C9DCCF"/>
                <w:right w:val="single" w:sz="4" w:space="0" w:color="C9DCCF"/>
                <w:insideH w:val="single" w:sz="4" w:space="0" w:color="DCE9E0"/>
                <w:insideV w:val="single" w:sz="4" w:space="0" w:color="DCE9E0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60"/>
              <w:gridCol w:w="4694"/>
            </w:tblGrid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Shake out door mats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Organize shoes and coats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Wipe washer and dryer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shd w:val="clear" w:color="auto" w:fill="F0F8F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Clean lint trap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61"/>
                  <w:vAlign w:val="center"/>
                </w:tcPr>
                <w:p>
                  <w:pPr>
                    <w:spacing w:before="0" w:after="0"/>
                    <w:jc w:val="center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2D6A4F"/>
                          <w:sz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type="dxa" w:w="469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9"/>
                    </w:rPr>
                    <w:t>Sweep and mop floors</w:t>
                  </w:r>
                </w:p>
              </w:tc>
            </w:tr>
          </w:tbl>
          <w:p>
            <w:pPr>
              <w:spacing w:before="0" w:after="0" w:line="120" w:lineRule="exact"/>
              <w:jc w:val="left"/>
              <w:rPr>
                <w:sz w:val="9"/>
              </w:rPr>
            </w:pPr>
            <w:r>
              <w:rPr>
                <w:sz w:val="9"/>
              </w:rPr>
            </w:r>
          </w:p>
        </w:tc>
      </w:tr>
    </w:tbl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5" w:type="dxa"/>
          <w:left w:w="216" w:type="dxa"/>
          <w:bottom w:w="115" w:type="dxa"/>
          <w:right w:w="216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F0F8F3"/>
          </w:tcPr>
          <w:p>
            <w:pPr>
              <w:spacing w:before="0" w:after="0"/>
              <w:jc w:val="left"/>
            </w:pPr>
            <w:r>
              <w:rPr>
                <w:b/>
                <w:color w:val="2D6A4F"/>
                <w:sz w:val="19"/>
              </w:rPr>
              <w:t xml:space="preserve">Supplies needed:  </w:t>
            </w:r>
            <w:r>
              <w:rPr>
                <w:color w:val="404040"/>
                <w:sz w:val="19"/>
              </w:rPr>
              <w:t>all-purpose spray • glass cleaner • toilet cleaner • microfiber cloths • mop &amp; bucket • trash bags • ______________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92" w:bottom="648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by Room Cleaning Checklist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