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4400"/>
      </w:tblGrid>
      <w:tr>
        <w:trPr>
          <w:trHeight w:val="1944" w:hRule="exact"/>
          <w:cantSplit/>
        </w:trPr>
        <w:tc>
          <w:tcPr>
            <w:tcW w:type="dxa" w:w="14400"/>
            <w:tcBorders>
              <w:left w:val="single" w:sz="24" w:space="0" w:color="6B1E2E"/>
              <w:right w:val="single" w:sz="24" w:space="0" w:color="6B1E2E"/>
            </w:tcBorders>
            <w:shd w:val="clear" w:color="auto" w:fill="6B1E2E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eorgia" w:hAnsi="Georgia" w:cs="Georgia" w:eastAsia="Georgia"/>
                <w:b/>
                <w:color w:val="FFFFFF"/>
                <w:spacing w:val="100"/>
                <w:sz w:val="48"/>
              </w:rPr>
              <w:t>YOUR RESTAURANT NAME</w:t>
            </w:r>
          </w:p>
          <w:p>
            <w:pPr>
              <w:spacing w:before="80" w:after="0"/>
              <w:jc w:val="center"/>
            </w:pPr>
            <w:r>
              <w:rPr>
                <w:color w:val="C9A45C"/>
                <w:spacing w:val="40"/>
                <w:sz w:val="18"/>
              </w:rPr>
              <w:t>—  FINE FOOD  ·  GOOD COMPANY  ·  EST. 2026  —</w:t>
            </w:r>
          </w:p>
        </w:tc>
      </w:tr>
      <w:tr>
        <w:trPr>
          <w:trHeight w:val="7560" w:hRule="exact"/>
          <w:cantSplit/>
        </w:trPr>
        <w:tc>
          <w:tcPr>
            <w:tcW w:type="dxa" w:w="14400"/>
            <w:tcBorders>
              <w:left w:val="single" w:sz="24" w:space="0" w:color="6B1E2E"/>
              <w:right w:val="single" w:sz="24" w:space="0" w:color="6B1E2E"/>
            </w:tcBorders>
            <w:shd w:val="clear" w:color="auto" w:fill="FFF8EC"/>
            <w:tcMar>
              <w:top w:w="288" w:type="dxa"/>
              <w:left w:w="864" w:type="dxa"/>
              <w:bottom w:w="288" w:type="dxa"/>
              <w:right w:w="864" w:type="dxa"/>
            </w:tcMar>
            <w:vAlign w:val="center"/>
          </w:tcPr>
          <w:tbl>
            <w:tblPr>
              <w:tblW w:w="12527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72" w:type="dxa"/>
                <w:left w:w="216" w:type="dxa"/>
                <w:bottom w:w="72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7343"/>
              <w:gridCol w:w="5184"/>
            </w:tblGrid>
            <w:tr>
              <w:tc>
                <w:tcPr>
                  <w:tcW w:type="dxa" w:w="7344"/>
                  <w:vAlign w:val="center"/>
                </w:tcPr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Georgia" w:hAnsi="Georgia" w:cs="Georgia" w:eastAsia="Georgia"/>
                      <w:i/>
                      <w:color w:val="6B1E2E"/>
                      <w:sz w:val="96"/>
                    </w:rPr>
                    <w:t>Dining</w:t>
                  </w:r>
                </w:p>
                <w:p>
                  <w:pPr>
                    <w:spacing w:before="0" w:after="160"/>
                    <w:jc w:val="left"/>
                  </w:pPr>
                  <w:r>
                    <w:rPr>
                      <w:b/>
                      <w:color w:val="3A3A3A"/>
                      <w:spacing w:val="100"/>
                      <w:sz w:val="30"/>
                    </w:rPr>
                    <w:t>GIFT CERTIFICATE</w:t>
                  </w:r>
                </w:p>
                <w:p>
                  <w:pPr>
                    <w:spacing w:before="0" w:after="320" w:line="288" w:lineRule="auto"/>
                    <w:jc w:val="left"/>
                  </w:pPr>
                  <w:r>
                    <w:rPr>
                      <w:color w:val="6B6B6B"/>
                      <w:sz w:val="21"/>
                    </w:rPr>
                    <w:t>Enjoy a delicious meal on us. Present this certificate to your server before ordering.</w:t>
                  </w:r>
                </w:p>
                <w:tbl>
                  <w:tblPr>
                    <w:tblW w:w="6768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28" w:type="dxa"/>
                      <w:left w:w="216" w:type="dxa"/>
                      <w:bottom w:w="28" w:type="dxa"/>
                      <w:right w:w="216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384"/>
                    <w:gridCol w:w="3384"/>
                  </w:tblGrid>
                  <w:tr>
                    <w:tc>
                      <w:tcPr>
                        <w:tcW w:type="dxa" w:w="3384"/>
                      </w:tcPr>
                      <w:p>
                        <w:pPr>
                          <w:spacing w:before="200" w:after="20"/>
                          <w:jc w:val="left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6B1E2E"/>
                            <w:spacing w:val="30"/>
                            <w:sz w:val="17"/>
                          </w:rPr>
                          <w:t>FOR</w:t>
                        </w:r>
                      </w:p>
                      <w:p>
                        <w:pPr>
                          <w:pBdr>
                            <w:bottom w:val="single" w:sz="6" w:space="1" w:color="C9A45C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Recipient"/>
                            <w:tag w:val="Recipient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262626"/>
                                <w:sz w:val="26"/>
                              </w:rPr>
                              <w:t>Guest Name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3384"/>
                      </w:tcPr>
                      <w:p>
                        <w:pPr>
                          <w:spacing w:before="200" w:after="20"/>
                          <w:jc w:val="left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6B1E2E"/>
                            <w:spacing w:val="30"/>
                            <w:sz w:val="17"/>
                          </w:rPr>
                          <w:t>FROM</w:t>
                        </w:r>
                      </w:p>
                      <w:p>
                        <w:pPr>
                          <w:pBdr>
                            <w:bottom w:val="single" w:sz="6" w:space="1" w:color="C9A45C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From"/>
                            <w:tag w:val="From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262626"/>
                                <w:sz w:val="26"/>
                              </w:rPr>
                              <w:t>Gift Giver Name</w:t>
                            </w:r>
                          </w:sdtContent>
                        </w:sdt>
                      </w:p>
                    </w:tc>
                  </w:tr>
                  <w:tr>
                    <w:tc>
                      <w:tcPr>
                        <w:tcW w:type="dxa" w:w="3384"/>
                      </w:tcPr>
                      <w:p>
                        <w:pPr>
                          <w:spacing w:before="200" w:after="20"/>
                          <w:jc w:val="left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6B1E2E"/>
                            <w:spacing w:val="30"/>
                            <w:sz w:val="17"/>
                          </w:rPr>
                          <w:t>VALID UNTIL</w:t>
                        </w:r>
                      </w:p>
                      <w:p>
                        <w:pPr>
                          <w:pBdr>
                            <w:bottom w:val="single" w:sz="6" w:space="1" w:color="C9A45C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Expiry"/>
                            <w:tag w:val="Expiry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262626"/>
                                <w:sz w:val="26"/>
                              </w:rPr>
                              <w:t>December 31, 2026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3384"/>
                      </w:tcPr>
                      <w:p>
                        <w:pPr>
                          <w:spacing w:before="200" w:after="20"/>
                          <w:jc w:val="left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6B1E2E"/>
                            <w:spacing w:val="30"/>
                            <w:sz w:val="17"/>
                          </w:rPr>
                          <w:t>CERTIFICATE NO.</w:t>
                        </w:r>
                      </w:p>
                      <w:p>
                        <w:pPr>
                          <w:pBdr>
                            <w:bottom w:val="single" w:sz="6" w:space="1" w:color="C9A45C"/>
                          </w:pBdr>
                          <w:spacing w:before="0" w:after="0"/>
                          <w:jc w:val="left"/>
                        </w:pPr>
                        <w:sdt>
                          <w:sdtPr>
                            <w:alias w:val="CertificateNo"/>
                            <w:tag w:val="CertificateNo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262626"/>
                                <w:sz w:val="26"/>
                              </w:rPr>
                              <w:t>RST-1024</w:t>
                            </w:r>
                          </w:sdtContent>
                        </w:sdt>
                      </w:p>
                    </w:tc>
                  </w:tr>
                </w:tbl>
                <w:p/>
              </w:tc>
              <w:tc>
                <w:tcPr>
                  <w:tcW w:type="dxa" w:w="5184"/>
                  <w:tcBorders>
                    <w:top w:val="double" w:sz="12" w:space="0" w:color="C9A45C"/>
                    <w:left w:val="double" w:sz="12" w:space="0" w:color="C9A45C"/>
                    <w:bottom w:val="double" w:sz="12" w:space="0" w:color="C9A45C"/>
                    <w:right w:val="double" w:sz="12" w:space="0" w:color="C9A45C"/>
                  </w:tcBorders>
                  <w:shd w:val="clear" w:color="auto" w:fill="FFFFFF"/>
                  <w:tcMar>
                    <w:top w:w="360" w:type="dxa"/>
                    <w:left w:w="288" w:type="dxa"/>
                    <w:bottom w:w="360" w:type="dxa"/>
                    <w:right w:w="288" w:type="dxa"/>
                  </w:tcMar>
                  <w:vAlign w:val="center"/>
                </w:tcPr>
                <w:p>
                  <w:pPr>
                    <w:spacing w:before="0" w:after="80"/>
                    <w:jc w:val="center"/>
                  </w:pPr>
                  <w:r>
                    <w:rPr>
                      <w:b/>
                      <w:color w:val="808080"/>
                      <w:spacing w:val="60"/>
                      <w:sz w:val="18"/>
                    </w:rPr>
                    <w:t>GOOD FOR</w:t>
                  </w:r>
                </w:p>
                <w:p>
                  <w:pPr>
                    <w:spacing w:before="0" w:after="0"/>
                    <w:jc w:val="center"/>
                  </w:pPr>
                  <w:sdt>
                    <w:sdtPr>
                      <w:alias w:val="Amount"/>
                      <w:tag w:val="Amount"/>
                      <w:text/>
                    </w:sdtPr>
                    <w:sdtContent>
                      <w:r>
                        <w:rPr>
                          <w:rFonts w:ascii="Georgia" w:hAnsi="Georgia" w:cs="Georgia" w:eastAsia="Georgia"/>
                          <w:b/>
                          <w:color w:val="6B1E2E"/>
                          <w:sz w:val="108"/>
                        </w:rPr>
                        <w:t>$75</w:t>
                      </w:r>
                    </w:sdtContent>
                  </w:sdt>
                </w:p>
                <w:p>
                  <w:pPr>
                    <w:spacing w:before="40" w:after="40"/>
                    <w:jc w:val="center"/>
                  </w:pPr>
                  <w:r>
                    <w:rPr>
                      <w:i/>
                      <w:color w:val="808080"/>
                      <w:sz w:val="20"/>
                    </w:rPr>
                    <w:t>or</w:t>
                  </w:r>
                </w:p>
                <w:p>
                  <w:pPr>
                    <w:spacing w:before="0" w:after="0"/>
                    <w:jc w:val="center"/>
                  </w:pPr>
                  <w:sdt>
                    <w:sdtPr>
                      <w:alias w:val="Offer"/>
                      <w:tag w:val="Offer"/>
                      <w:text/>
                    </w:sdtPr>
                    <w:sdtContent>
                      <w:r>
                        <w:rPr>
                          <w:rFonts w:ascii="Georgia" w:hAnsi="Georgia" w:cs="Georgia" w:eastAsia="Georgia"/>
                          <w:i/>
                          <w:color w:val="3A3A3A"/>
                          <w:sz w:val="32"/>
                        </w:rPr>
                        <w:t>Dinner for Two</w:t>
                      </w:r>
                    </w:sdtContent>
                  </w:sdt>
                </w:p>
                <w:p>
                  <w:pPr>
                    <w:spacing w:before="0" w:after="0" w:line="200" w:lineRule="exact"/>
                    <w:jc w:val="left"/>
                    <w:rPr>
                      <w:sz w:val="16"/>
                    </w:rPr>
                  </w:pPr>
                </w:p>
                <w:p>
                  <w:pPr>
                    <w:pBdr>
                      <w:bottom w:val="single" w:sz="6" w:space="1" w:color="808080"/>
                    </w:pBdr>
                    <w:spacing w:before="0" w:after="0"/>
                    <w:ind w:left="432" w:right="432"/>
                    <w:jc w:val="center"/>
                  </w:pPr>
                  <w:sdt>
                    <w:sdtPr>
                      <w:alias w:val="Signature"/>
                      <w:tag w:val="Signature"/>
                      <w:text/>
                    </w:sdtPr>
                    <w:sdtContent>
                      <w:r>
                        <w:rPr>
                          <w:sz w:val="20"/>
                        </w:rPr>
                        <w:t xml:space="preserve">                         </w:t>
                      </w:r>
                    </w:sdtContent>
                  </w:sdt>
                </w:p>
                <w:p>
                  <w:pPr>
                    <w:spacing w:before="40" w:after="0"/>
                    <w:jc w:val="center"/>
                  </w:pPr>
                  <w:r>
                    <w:rPr>
                      <w:color w:val="808080"/>
                      <w:sz w:val="16"/>
                    </w:rPr>
                    <w:t>Manager Signature</w:t>
                  </w:r>
                </w:p>
              </w:tc>
            </w:tr>
          </w:tbl>
          <w:p/>
        </w:tc>
      </w:tr>
      <w:tr>
        <w:trPr>
          <w:trHeight w:val="1224" w:hRule="exact"/>
          <w:cantSplit/>
        </w:trPr>
        <w:tc>
          <w:tcPr>
            <w:tcW w:type="dxa" w:w="14400"/>
            <w:tcBorders>
              <w:left w:val="single" w:sz="24" w:space="0" w:color="6B1E2E"/>
              <w:right w:val="single" w:sz="24" w:space="0" w:color="6B1E2E"/>
            </w:tcBorders>
            <w:shd w:val="clear" w:color="auto" w:fill="6B1E2E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FFFFFF"/>
                <w:sz w:val="20"/>
              </w:rPr>
              <w:t>123 Main Street, City  ·  (000) 000-0000  ·  www.yourrestaurant.com</w:t>
            </w:r>
          </w:p>
          <w:p>
            <w:pPr>
              <w:spacing w:before="60" w:after="0"/>
              <w:jc w:val="center"/>
            </w:pPr>
            <w:r>
              <w:rPr>
                <w:i/>
                <w:color w:val="C9A45C"/>
                <w:sz w:val="15"/>
              </w:rPr>
              <w:t>Valid for dine-in only. Gratuity and alcohol not included. Not redeemable for cash. One certificate per table.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Gift Certificate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