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800" w:type="dxa"/>
        <w:jc w:val="center"/>
        <w:tblBorders>
          <w:top w:val="single" w:sz="10" w:space="0" w:color="7B3F00"/>
          <w:left w:val="single" w:sz="10" w:space="0" w:color="7B3F00"/>
          <w:bottom w:val="single" w:sz="10" w:space="0" w:color="7B3F00"/>
          <w:right w:val="single" w:sz="10" w:space="0" w:color="7B3F00"/>
          <w:insideH w:val="nil"/>
          <w:insideV w:val="nil"/>
        </w:tblBorders>
        <w:tblLayout w:type="fixed"/>
        <w:tblCellMar>
          <w:top w:w="172" w:type="dxa"/>
          <w:left w:w="259" w:type="dxa"/>
          <w:bottom w:w="172" w:type="dxa"/>
          <w:right w:w="259" w:type="dxa"/>
        </w:tblCellMar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</w:tcPr>
          <w:tbl>
            <w:tblPr>
              <w:tblW w:w="10281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048"/>
              <w:gridCol w:w="4233"/>
            </w:tblGrid>
            <w:tr>
              <w:tc>
                <w:tcPr>
                  <w:tcW w:type="dxa" w:w="6048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7B3F00"/>
                      <w:sz w:val="25"/>
                    </w:rPr>
                    <w:t>LANDLORD / PROPERTY MANAGER</w:t>
                  </w:r>
                </w:p>
                <w:p>
                  <w:pPr>
                    <w:spacing w:before="0" w:after="0"/>
                    <w:jc w:val="left"/>
                  </w:pPr>
                  <w:r>
                    <w:rPr>
                      <w:color w:val="7F7F7F"/>
                      <w:sz w:val="16"/>
                    </w:rPr>
                    <w:t>123 Main Street, City, State 00000  •  (000) 000-0000</w:t>
                  </w:r>
                </w:p>
              </w:tc>
              <w:tc>
                <w:tcPr>
                  <w:tcW w:type="dxa" w:w="4234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b/>
                      <w:color w:val="7B3F00"/>
                      <w:sz w:val="30"/>
                    </w:rPr>
                    <w:t>RENT RECEIPT</w:t>
                  </w:r>
                </w:p>
                <w:p>
                  <w:pPr>
                    <w:spacing w:before="0" w:after="0"/>
                    <w:jc w:val="right"/>
                  </w:pPr>
                  <w:r>
                    <w:rPr>
                      <w:color w:val="595959"/>
                      <w:sz w:val="18"/>
                    </w:rPr>
                    <w:t xml:space="preserve">No. </w:t>
                  </w:r>
                  <w:r>
                    <w:rPr>
                      <w:b/>
                      <w:color w:val="C00000"/>
                      <w:sz w:val="20"/>
                    </w:rPr>
                    <w:t>1001</w:t>
                  </w:r>
                </w:p>
              </w:tc>
            </w:tr>
          </w:tbl>
          <w:p>
            <w:pPr>
              <w:spacing w:before="0" w:after="0" w:line="100" w:lineRule="exact"/>
              <w:jc w:val="left"/>
              <w:rPr>
                <w:sz w:val="8"/>
              </w:rPr>
            </w:pPr>
            <w:r>
              <w:rPr>
                <w:sz w:val="8"/>
              </w:rPr>
            </w:r>
          </w:p>
          <w:tbl>
            <w:tblPr>
              <w:tblW w:w="10281" w:type="dxa"/>
              <w:jc w:val="center"/>
              <w:tblBorders>
                <w:top w:val="single" w:sz="6" w:space="0" w:color="A6A6A6"/>
                <w:left w:val="single" w:sz="6" w:space="0" w:color="A6A6A6"/>
                <w:bottom w:val="single" w:sz="6" w:space="0" w:color="A6A6A6"/>
                <w:right w:val="single" w:sz="6" w:space="0" w:color="A6A6A6"/>
                <w:insideH w:val="single" w:sz="4" w:space="0" w:color="A6A6A6"/>
                <w:insideV w:val="single" w:sz="4" w:space="0" w:color="A6A6A6"/>
              </w:tblBorders>
              <w:tblLayout w:type="fixed"/>
              <w:tblCellMar>
                <w:top w:w="43" w:type="dxa"/>
                <w:left w:w="100" w:type="dxa"/>
                <w:bottom w:w="43" w:type="dxa"/>
                <w:right w:w="100" w:type="dxa"/>
              </w:tblCellMar>
              <w:tblLook w:firstColumn="1" w:firstRow="1" w:lastColumn="0" w:lastRow="0" w:noHBand="0" w:noVBand="1" w:val="04A0"/>
            </w:tblPr>
            <w:tblGrid>
              <w:gridCol w:w="2015"/>
              <w:gridCol w:w="3124"/>
              <w:gridCol w:w="1872"/>
              <w:gridCol w:w="3268"/>
            </w:tblGrid>
            <w:tr>
              <w:trPr>
                <w:trHeight w:val="432" w:hRule="atLeast"/>
                <w:cantSplit/>
              </w:trPr>
              <w:tc>
                <w:tcPr>
                  <w:tcW w:type="dxa" w:w="2016"/>
                  <w:shd w:val="clear" w:color="auto" w:fill="F8EFE6"/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7B3F00"/>
                      <w:sz w:val="18"/>
                    </w:rPr>
                    <w:t>Date Paid</w:t>
                  </w:r>
                </w:p>
              </w:tc>
              <w:tc>
                <w:tcPr>
                  <w:tcW w:type="dxa" w:w="3125"/>
                  <w:vAlign w:val="center"/>
                </w:tcPr>
                <w:p/>
              </w:tc>
              <w:tc>
                <w:tcPr>
                  <w:tcW w:type="dxa" w:w="1872"/>
                  <w:shd w:val="clear" w:color="auto" w:fill="F8EFE6"/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7B3F00"/>
                      <w:sz w:val="18"/>
                    </w:rPr>
                    <w:t>Amount Paid $</w:t>
                  </w:r>
                </w:p>
              </w:tc>
              <w:tc>
                <w:tcPr>
                  <w:tcW w:type="dxa" w:w="3269"/>
                  <w:vAlign w:val="center"/>
                </w:tcPr>
                <w:p/>
              </w:tc>
            </w:tr>
            <w:tr>
              <w:trPr>
                <w:trHeight w:val="432" w:hRule="atLeast"/>
                <w:cantSplit/>
              </w:trPr>
              <w:tc>
                <w:tcPr>
                  <w:tcW w:type="dxa" w:w="2016"/>
                  <w:shd w:val="clear" w:color="auto" w:fill="F8EFE6"/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7B3F00"/>
                      <w:sz w:val="18"/>
                    </w:rPr>
                    <w:t>Tenant Name</w:t>
                  </w:r>
                </w:p>
              </w:tc>
              <w:tc>
                <w:tcPr>
                  <w:tcW w:type="dxa" w:w="3125"/>
                  <w:vAlign w:val="center"/>
                </w:tcPr>
                <w:p/>
              </w:tc>
              <w:tc>
                <w:tcPr>
                  <w:tcW w:type="dxa" w:w="1872"/>
                  <w:shd w:val="clear" w:color="auto" w:fill="F8EFE6"/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7B3F00"/>
                      <w:sz w:val="18"/>
                    </w:rPr>
                    <w:t>Unit / Apt.</w:t>
                  </w:r>
                </w:p>
              </w:tc>
              <w:tc>
                <w:tcPr>
                  <w:tcW w:type="dxa" w:w="3269"/>
                  <w:vAlign w:val="center"/>
                </w:tcPr>
                <w:p/>
              </w:tc>
            </w:tr>
            <w:tr>
              <w:trPr>
                <w:trHeight w:val="432" w:hRule="atLeast"/>
                <w:cantSplit/>
              </w:trPr>
              <w:tc>
                <w:tcPr>
                  <w:tcW w:type="dxa" w:w="2016"/>
                  <w:shd w:val="clear" w:color="auto" w:fill="F8EFE6"/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7B3F00"/>
                      <w:sz w:val="18"/>
                    </w:rPr>
                    <w:t>Property Address</w:t>
                  </w:r>
                </w:p>
              </w:tc>
              <w:tc>
                <w:tcPr>
                  <w:tcW w:type="dxa" w:w="3125"/>
                  <w:vAlign w:val="center"/>
                </w:tcPr>
                <w:p/>
              </w:tc>
              <w:tc>
                <w:tcPr>
                  <w:tcW w:type="dxa" w:w="1872"/>
                  <w:shd w:val="clear" w:color="auto" w:fill="F8EFE6"/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7B3F00"/>
                      <w:sz w:val="18"/>
                    </w:rPr>
                  </w:r>
                </w:p>
              </w:tc>
              <w:tc>
                <w:tcPr>
                  <w:tcW w:type="dxa" w:w="3269"/>
                  <w:vAlign w:val="center"/>
                </w:tcPr>
                <w:p/>
              </w:tc>
            </w:tr>
            <w:tr>
              <w:trPr>
                <w:trHeight w:val="432" w:hRule="atLeast"/>
                <w:cantSplit/>
              </w:trPr>
              <w:tc>
                <w:tcPr>
                  <w:tcW w:type="dxa" w:w="2016"/>
                  <w:shd w:val="clear" w:color="auto" w:fill="F8EFE6"/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7B3F00"/>
                      <w:sz w:val="18"/>
                    </w:rPr>
                    <w:t>Rent Period From</w:t>
                  </w:r>
                </w:p>
              </w:tc>
              <w:tc>
                <w:tcPr>
                  <w:tcW w:type="dxa" w:w="3125"/>
                  <w:vAlign w:val="center"/>
                </w:tcPr>
                <w:p/>
              </w:tc>
              <w:tc>
                <w:tcPr>
                  <w:tcW w:type="dxa" w:w="1872"/>
                  <w:shd w:val="clear" w:color="auto" w:fill="F8EFE6"/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7B3F00"/>
                      <w:sz w:val="18"/>
                    </w:rPr>
                    <w:t>To</w:t>
                  </w:r>
                </w:p>
              </w:tc>
              <w:tc>
                <w:tcPr>
                  <w:tcW w:type="dxa" w:w="3269"/>
                  <w:vAlign w:val="center"/>
                </w:tcPr>
                <w:p/>
              </w:tc>
            </w:tr>
            <w:tr>
              <w:trPr>
                <w:trHeight w:val="432" w:hRule="atLeast"/>
                <w:cantSplit/>
              </w:trPr>
              <w:tc>
                <w:tcPr>
                  <w:tcW w:type="dxa" w:w="2016"/>
                  <w:shd w:val="clear" w:color="auto" w:fill="F8EFE6"/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7B3F00"/>
                      <w:sz w:val="18"/>
                    </w:rPr>
                    <w:t>Late Fee $</w:t>
                  </w:r>
                </w:p>
              </w:tc>
              <w:tc>
                <w:tcPr>
                  <w:tcW w:type="dxa" w:w="3125"/>
                  <w:vAlign w:val="center"/>
                </w:tcPr>
                <w:p/>
              </w:tc>
              <w:tc>
                <w:tcPr>
                  <w:tcW w:type="dxa" w:w="1872"/>
                  <w:shd w:val="clear" w:color="auto" w:fill="F8EFE6"/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7B3F00"/>
                      <w:sz w:val="18"/>
                    </w:rPr>
                    <w:t>Balance Due $</w:t>
                  </w:r>
                </w:p>
              </w:tc>
              <w:tc>
                <w:tcPr>
                  <w:tcW w:type="dxa" w:w="3269"/>
                  <w:vAlign w:val="center"/>
                </w:tcPr>
                <w:p/>
              </w:tc>
            </w:tr>
          </w:tbl>
          <w:p>
            <w:pPr>
              <w:spacing w:before="0" w:after="0" w:line="100" w:lineRule="exact"/>
              <w:jc w:val="left"/>
              <w:rPr>
                <w:sz w:val="8"/>
              </w:rPr>
            </w:pPr>
            <w:r>
              <w:rPr>
                <w:sz w:val="8"/>
              </w:rPr>
            </w:r>
          </w:p>
          <w:p>
            <w:pPr>
              <w:spacing w:before="0" w:after="0"/>
              <w:jc w:val="left"/>
            </w:pPr>
            <w:r>
              <w:rPr>
                <w:b/>
                <w:color w:val="7B3F00"/>
                <w:sz w:val="18"/>
              </w:rPr>
              <w:t xml:space="preserve">Payment method:   </w:t>
            </w: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7B3F00"/>
                    <w:sz w:val="20"/>
                  </w:rPr>
                  <w:t>☐</w:t>
                </w:r>
              </w:sdtContent>
            </w:sdt>
            <w:r>
              <w:rPr>
                <w:sz w:val="18"/>
              </w:rPr>
              <w:t xml:space="preserve"> Cash    </w:t>
            </w: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7B3F00"/>
                    <w:sz w:val="20"/>
                  </w:rPr>
                  <w:t>☐</w:t>
                </w:r>
              </w:sdtContent>
            </w:sdt>
            <w:r>
              <w:rPr>
                <w:sz w:val="18"/>
              </w:rPr>
              <w:t xml:space="preserve"> Check    </w:t>
            </w: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7B3F00"/>
                    <w:sz w:val="20"/>
                  </w:rPr>
                  <w:t>☐</w:t>
                </w:r>
              </w:sdtContent>
            </w:sdt>
            <w:r>
              <w:rPr>
                <w:sz w:val="18"/>
              </w:rPr>
              <w:t xml:space="preserve"> Bank Transfer    </w:t>
            </w: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7B3F00"/>
                    <w:sz w:val="20"/>
                  </w:rPr>
                  <w:t>☐</w:t>
                </w:r>
              </w:sdtContent>
            </w:sdt>
            <w:r>
              <w:rPr>
                <w:sz w:val="18"/>
              </w:rPr>
              <w:t xml:space="preserve"> Card    </w:t>
            </w: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7B3F00"/>
                    <w:sz w:val="20"/>
                  </w:rPr>
                  <w:t>☐</w:t>
                </w:r>
              </w:sdtContent>
            </w:sdt>
            <w:r>
              <w:rPr>
                <w:sz w:val="18"/>
              </w:rPr>
              <w:t xml:space="preserve"> Other ________    </w:t>
            </w:r>
          </w:p>
          <w:p>
            <w:pPr>
              <w:spacing w:before="0" w:after="0" w:line="440" w:lineRule="exact"/>
              <w:jc w:val="left"/>
              <w:rPr>
                <w:sz w:val="35"/>
              </w:rPr>
            </w:pPr>
            <w:r>
              <w:rPr>
                <w:sz w:val="35"/>
              </w:rPr>
            </w:r>
          </w:p>
          <w:tbl>
            <w:tblPr>
              <w:tblW w:w="10281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144" w:type="dxa"/>
                <w:bottom w:w="0" w:type="dxa"/>
                <w:right w:w="144" w:type="dxa"/>
              </w:tblCellMar>
              <w:tblLook w:firstColumn="1" w:firstRow="1" w:lastColumn="0" w:lastRow="0" w:noHBand="0" w:noVBand="1" w:val="04A0"/>
            </w:tblPr>
            <w:tblGrid>
              <w:gridCol w:w="5140"/>
              <w:gridCol w:w="5140"/>
            </w:tblGrid>
            <w:tr>
              <w:tc>
                <w:tcPr>
                  <w:tcW w:type="dxa" w:w="5141"/>
                </w:tcPr>
                <w:p>
                  <w:pPr>
                    <w:pBdr>
                      <w:bottom w:val="single" w:sz="6" w:space="1" w:color="595959"/>
                    </w:pBdr>
                    <w:spacing w:before="0" w:after="0"/>
                    <w:jc w:val="left"/>
                  </w:pPr>
                </w:p>
                <w:p>
                  <w:pPr>
                    <w:spacing w:before="40" w:after="0"/>
                    <w:jc w:val="left"/>
                  </w:pPr>
                  <w:r>
                    <w:rPr>
                      <w:color w:val="595959"/>
                      <w:sz w:val="16"/>
                    </w:rPr>
                    <w:t>Received By (Signature)</w:t>
                  </w:r>
                </w:p>
              </w:tc>
              <w:tc>
                <w:tcPr>
                  <w:tcW w:type="dxa" w:w="5141"/>
                </w:tcPr>
                <w:p>
                  <w:pPr>
                    <w:pBdr>
                      <w:bottom w:val="single" w:sz="6" w:space="1" w:color="595959"/>
                    </w:pBdr>
                    <w:spacing w:before="0" w:after="0"/>
                    <w:jc w:val="left"/>
                  </w:pPr>
                </w:p>
                <w:p>
                  <w:pPr>
                    <w:spacing w:before="40" w:after="0"/>
                    <w:jc w:val="left"/>
                  </w:pPr>
                  <w:r>
                    <w:rPr>
                      <w:color w:val="595959"/>
                      <w:sz w:val="16"/>
                    </w:rPr>
                    <w:t>Date</w:t>
                  </w:r>
                </w:p>
              </w:tc>
            </w:tr>
          </w:tbl>
          <w:p/>
        </w:tc>
      </w:tr>
    </w:tbl>
    <w:p>
      <w:pPr>
        <w:spacing w:before="200" w:after="200"/>
        <w:jc w:val="center"/>
      </w:pPr>
      <w:r>
        <w:rPr>
          <w:color w:val="A6A6A6"/>
          <w:sz w:val="16"/>
        </w:rPr>
        <w:t>✂  - - - - - - - - - - - - - - - - - - - - - - - - - - - - - - - - - - - - - - - - - - - - - - - - - - - - -</w:t>
      </w:r>
    </w:p>
    <w:tbl>
      <w:tblPr>
        <w:tblW w:w="10800" w:type="dxa"/>
        <w:jc w:val="center"/>
        <w:tblBorders>
          <w:top w:val="single" w:sz="10" w:space="0" w:color="7B3F00"/>
          <w:left w:val="single" w:sz="10" w:space="0" w:color="7B3F00"/>
          <w:bottom w:val="single" w:sz="10" w:space="0" w:color="7B3F00"/>
          <w:right w:val="single" w:sz="10" w:space="0" w:color="7B3F00"/>
          <w:insideH w:val="nil"/>
          <w:insideV w:val="nil"/>
        </w:tblBorders>
        <w:tblLayout w:type="fixed"/>
        <w:tblCellMar>
          <w:top w:w="172" w:type="dxa"/>
          <w:left w:w="259" w:type="dxa"/>
          <w:bottom w:w="172" w:type="dxa"/>
          <w:right w:w="259" w:type="dxa"/>
        </w:tblCellMar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</w:tcPr>
          <w:tbl>
            <w:tblPr>
              <w:tblW w:w="10281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048"/>
              <w:gridCol w:w="4233"/>
            </w:tblGrid>
            <w:tr>
              <w:tc>
                <w:tcPr>
                  <w:tcW w:type="dxa" w:w="6048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7B3F00"/>
                      <w:sz w:val="25"/>
                    </w:rPr>
                    <w:t>LANDLORD / PROPERTY MANAGER</w:t>
                  </w:r>
                </w:p>
                <w:p>
                  <w:pPr>
                    <w:spacing w:before="0" w:after="0"/>
                    <w:jc w:val="left"/>
                  </w:pPr>
                  <w:r>
                    <w:rPr>
                      <w:color w:val="7F7F7F"/>
                      <w:sz w:val="16"/>
                    </w:rPr>
                    <w:t>123 Main Street, City, State 00000  •  (000) 000-0000</w:t>
                  </w:r>
                </w:p>
              </w:tc>
              <w:tc>
                <w:tcPr>
                  <w:tcW w:type="dxa" w:w="4234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b/>
                      <w:color w:val="7B3F00"/>
                      <w:sz w:val="30"/>
                    </w:rPr>
                    <w:t>RENT RECEIPT</w:t>
                  </w:r>
                </w:p>
                <w:p>
                  <w:pPr>
                    <w:spacing w:before="0" w:after="0"/>
                    <w:jc w:val="right"/>
                  </w:pPr>
                  <w:r>
                    <w:rPr>
                      <w:color w:val="595959"/>
                      <w:sz w:val="18"/>
                    </w:rPr>
                    <w:t xml:space="preserve">No. </w:t>
                  </w:r>
                  <w:r>
                    <w:rPr>
                      <w:b/>
                      <w:color w:val="C00000"/>
                      <w:sz w:val="20"/>
                    </w:rPr>
                    <w:t>1002</w:t>
                  </w:r>
                </w:p>
              </w:tc>
            </w:tr>
          </w:tbl>
          <w:p>
            <w:pPr>
              <w:spacing w:before="0" w:after="0" w:line="100" w:lineRule="exact"/>
              <w:jc w:val="left"/>
              <w:rPr>
                <w:sz w:val="8"/>
              </w:rPr>
            </w:pPr>
            <w:r>
              <w:rPr>
                <w:sz w:val="8"/>
              </w:rPr>
            </w:r>
          </w:p>
          <w:tbl>
            <w:tblPr>
              <w:tblW w:w="10281" w:type="dxa"/>
              <w:jc w:val="center"/>
              <w:tblBorders>
                <w:top w:val="single" w:sz="6" w:space="0" w:color="A6A6A6"/>
                <w:left w:val="single" w:sz="6" w:space="0" w:color="A6A6A6"/>
                <w:bottom w:val="single" w:sz="6" w:space="0" w:color="A6A6A6"/>
                <w:right w:val="single" w:sz="6" w:space="0" w:color="A6A6A6"/>
                <w:insideH w:val="single" w:sz="4" w:space="0" w:color="A6A6A6"/>
                <w:insideV w:val="single" w:sz="4" w:space="0" w:color="A6A6A6"/>
              </w:tblBorders>
              <w:tblLayout w:type="fixed"/>
              <w:tblCellMar>
                <w:top w:w="43" w:type="dxa"/>
                <w:left w:w="100" w:type="dxa"/>
                <w:bottom w:w="43" w:type="dxa"/>
                <w:right w:w="100" w:type="dxa"/>
              </w:tblCellMar>
              <w:tblLook w:firstColumn="1" w:firstRow="1" w:lastColumn="0" w:lastRow="0" w:noHBand="0" w:noVBand="1" w:val="04A0"/>
            </w:tblPr>
            <w:tblGrid>
              <w:gridCol w:w="2015"/>
              <w:gridCol w:w="3124"/>
              <w:gridCol w:w="1872"/>
              <w:gridCol w:w="3268"/>
            </w:tblGrid>
            <w:tr>
              <w:trPr>
                <w:trHeight w:val="432" w:hRule="atLeast"/>
                <w:cantSplit/>
              </w:trPr>
              <w:tc>
                <w:tcPr>
                  <w:tcW w:type="dxa" w:w="2016"/>
                  <w:shd w:val="clear" w:color="auto" w:fill="F8EFE6"/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7B3F00"/>
                      <w:sz w:val="18"/>
                    </w:rPr>
                    <w:t>Date Paid</w:t>
                  </w:r>
                </w:p>
              </w:tc>
              <w:tc>
                <w:tcPr>
                  <w:tcW w:type="dxa" w:w="3125"/>
                  <w:vAlign w:val="center"/>
                </w:tcPr>
                <w:p/>
              </w:tc>
              <w:tc>
                <w:tcPr>
                  <w:tcW w:type="dxa" w:w="1872"/>
                  <w:shd w:val="clear" w:color="auto" w:fill="F8EFE6"/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7B3F00"/>
                      <w:sz w:val="18"/>
                    </w:rPr>
                    <w:t>Amount Paid $</w:t>
                  </w:r>
                </w:p>
              </w:tc>
              <w:tc>
                <w:tcPr>
                  <w:tcW w:type="dxa" w:w="3269"/>
                  <w:vAlign w:val="center"/>
                </w:tcPr>
                <w:p/>
              </w:tc>
            </w:tr>
            <w:tr>
              <w:trPr>
                <w:trHeight w:val="432" w:hRule="atLeast"/>
                <w:cantSplit/>
              </w:trPr>
              <w:tc>
                <w:tcPr>
                  <w:tcW w:type="dxa" w:w="2016"/>
                  <w:shd w:val="clear" w:color="auto" w:fill="F8EFE6"/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7B3F00"/>
                      <w:sz w:val="18"/>
                    </w:rPr>
                    <w:t>Tenant Name</w:t>
                  </w:r>
                </w:p>
              </w:tc>
              <w:tc>
                <w:tcPr>
                  <w:tcW w:type="dxa" w:w="3125"/>
                  <w:vAlign w:val="center"/>
                </w:tcPr>
                <w:p/>
              </w:tc>
              <w:tc>
                <w:tcPr>
                  <w:tcW w:type="dxa" w:w="1872"/>
                  <w:shd w:val="clear" w:color="auto" w:fill="F8EFE6"/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7B3F00"/>
                      <w:sz w:val="18"/>
                    </w:rPr>
                    <w:t>Unit / Apt.</w:t>
                  </w:r>
                </w:p>
              </w:tc>
              <w:tc>
                <w:tcPr>
                  <w:tcW w:type="dxa" w:w="3269"/>
                  <w:vAlign w:val="center"/>
                </w:tcPr>
                <w:p/>
              </w:tc>
            </w:tr>
            <w:tr>
              <w:trPr>
                <w:trHeight w:val="432" w:hRule="atLeast"/>
                <w:cantSplit/>
              </w:trPr>
              <w:tc>
                <w:tcPr>
                  <w:tcW w:type="dxa" w:w="2016"/>
                  <w:shd w:val="clear" w:color="auto" w:fill="F8EFE6"/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7B3F00"/>
                      <w:sz w:val="18"/>
                    </w:rPr>
                    <w:t>Property Address</w:t>
                  </w:r>
                </w:p>
              </w:tc>
              <w:tc>
                <w:tcPr>
                  <w:tcW w:type="dxa" w:w="3125"/>
                  <w:vAlign w:val="center"/>
                </w:tcPr>
                <w:p/>
              </w:tc>
              <w:tc>
                <w:tcPr>
                  <w:tcW w:type="dxa" w:w="1872"/>
                  <w:shd w:val="clear" w:color="auto" w:fill="F8EFE6"/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7B3F00"/>
                      <w:sz w:val="18"/>
                    </w:rPr>
                  </w:r>
                </w:p>
              </w:tc>
              <w:tc>
                <w:tcPr>
                  <w:tcW w:type="dxa" w:w="3269"/>
                  <w:vAlign w:val="center"/>
                </w:tcPr>
                <w:p/>
              </w:tc>
            </w:tr>
            <w:tr>
              <w:trPr>
                <w:trHeight w:val="432" w:hRule="atLeast"/>
                <w:cantSplit/>
              </w:trPr>
              <w:tc>
                <w:tcPr>
                  <w:tcW w:type="dxa" w:w="2016"/>
                  <w:shd w:val="clear" w:color="auto" w:fill="F8EFE6"/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7B3F00"/>
                      <w:sz w:val="18"/>
                    </w:rPr>
                    <w:t>Rent Period From</w:t>
                  </w:r>
                </w:p>
              </w:tc>
              <w:tc>
                <w:tcPr>
                  <w:tcW w:type="dxa" w:w="3125"/>
                  <w:vAlign w:val="center"/>
                </w:tcPr>
                <w:p/>
              </w:tc>
              <w:tc>
                <w:tcPr>
                  <w:tcW w:type="dxa" w:w="1872"/>
                  <w:shd w:val="clear" w:color="auto" w:fill="F8EFE6"/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7B3F00"/>
                      <w:sz w:val="18"/>
                    </w:rPr>
                    <w:t>To</w:t>
                  </w:r>
                </w:p>
              </w:tc>
              <w:tc>
                <w:tcPr>
                  <w:tcW w:type="dxa" w:w="3269"/>
                  <w:vAlign w:val="center"/>
                </w:tcPr>
                <w:p/>
              </w:tc>
            </w:tr>
            <w:tr>
              <w:trPr>
                <w:trHeight w:val="432" w:hRule="atLeast"/>
                <w:cantSplit/>
              </w:trPr>
              <w:tc>
                <w:tcPr>
                  <w:tcW w:type="dxa" w:w="2016"/>
                  <w:shd w:val="clear" w:color="auto" w:fill="F8EFE6"/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7B3F00"/>
                      <w:sz w:val="18"/>
                    </w:rPr>
                    <w:t>Late Fee $</w:t>
                  </w:r>
                </w:p>
              </w:tc>
              <w:tc>
                <w:tcPr>
                  <w:tcW w:type="dxa" w:w="3125"/>
                  <w:vAlign w:val="center"/>
                </w:tcPr>
                <w:p/>
              </w:tc>
              <w:tc>
                <w:tcPr>
                  <w:tcW w:type="dxa" w:w="1872"/>
                  <w:shd w:val="clear" w:color="auto" w:fill="F8EFE6"/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b/>
                      <w:color w:val="7B3F00"/>
                      <w:sz w:val="18"/>
                    </w:rPr>
                    <w:t>Balance Due $</w:t>
                  </w:r>
                </w:p>
              </w:tc>
              <w:tc>
                <w:tcPr>
                  <w:tcW w:type="dxa" w:w="3269"/>
                  <w:vAlign w:val="center"/>
                </w:tcPr>
                <w:p/>
              </w:tc>
            </w:tr>
          </w:tbl>
          <w:p>
            <w:pPr>
              <w:spacing w:before="0" w:after="0" w:line="100" w:lineRule="exact"/>
              <w:jc w:val="left"/>
              <w:rPr>
                <w:sz w:val="8"/>
              </w:rPr>
            </w:pPr>
            <w:r>
              <w:rPr>
                <w:sz w:val="8"/>
              </w:rPr>
            </w:r>
          </w:p>
          <w:p>
            <w:pPr>
              <w:spacing w:before="0" w:after="0"/>
              <w:jc w:val="left"/>
            </w:pPr>
            <w:r>
              <w:rPr>
                <w:b/>
                <w:color w:val="7B3F00"/>
                <w:sz w:val="18"/>
              </w:rPr>
              <w:t xml:space="preserve">Payment method:   </w:t>
            </w: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7B3F00"/>
                    <w:sz w:val="20"/>
                  </w:rPr>
                  <w:t>☐</w:t>
                </w:r>
              </w:sdtContent>
            </w:sdt>
            <w:r>
              <w:rPr>
                <w:sz w:val="18"/>
              </w:rPr>
              <w:t xml:space="preserve"> Cash    </w:t>
            </w: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7B3F00"/>
                    <w:sz w:val="20"/>
                  </w:rPr>
                  <w:t>☐</w:t>
                </w:r>
              </w:sdtContent>
            </w:sdt>
            <w:r>
              <w:rPr>
                <w:sz w:val="18"/>
              </w:rPr>
              <w:t xml:space="preserve"> Check    </w:t>
            </w: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7B3F00"/>
                    <w:sz w:val="20"/>
                  </w:rPr>
                  <w:t>☐</w:t>
                </w:r>
              </w:sdtContent>
            </w:sdt>
            <w:r>
              <w:rPr>
                <w:sz w:val="18"/>
              </w:rPr>
              <w:t xml:space="preserve"> Bank Transfer    </w:t>
            </w: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7B3F00"/>
                    <w:sz w:val="20"/>
                  </w:rPr>
                  <w:t>☐</w:t>
                </w:r>
              </w:sdtContent>
            </w:sdt>
            <w:r>
              <w:rPr>
                <w:sz w:val="18"/>
              </w:rPr>
              <w:t xml:space="preserve"> Card    </w:t>
            </w:r>
            <w:sdt>
              <w:sdtPr>
                <w:rPr>
                  <w:rFonts w:ascii="MS Gothic" w:eastAsia="MS Gothic" w:hAnsi="MS Gothic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hAnsi="MS Gothic" w:cs="MS Gothic" w:eastAsia="MS Gothic"/>
                    <w:color w:val="7B3F00"/>
                    <w:sz w:val="20"/>
                  </w:rPr>
                  <w:t>☐</w:t>
                </w:r>
              </w:sdtContent>
            </w:sdt>
            <w:r>
              <w:rPr>
                <w:sz w:val="18"/>
              </w:rPr>
              <w:t xml:space="preserve"> Other ________    </w:t>
            </w:r>
          </w:p>
          <w:p>
            <w:pPr>
              <w:spacing w:before="0" w:after="0" w:line="440" w:lineRule="exact"/>
              <w:jc w:val="left"/>
              <w:rPr>
                <w:sz w:val="35"/>
              </w:rPr>
            </w:pPr>
            <w:r>
              <w:rPr>
                <w:sz w:val="35"/>
              </w:rPr>
            </w:r>
          </w:p>
          <w:tbl>
            <w:tblPr>
              <w:tblW w:w="10281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144" w:type="dxa"/>
                <w:bottom w:w="0" w:type="dxa"/>
                <w:right w:w="144" w:type="dxa"/>
              </w:tblCellMar>
              <w:tblLook w:firstColumn="1" w:firstRow="1" w:lastColumn="0" w:lastRow="0" w:noHBand="0" w:noVBand="1" w:val="04A0"/>
            </w:tblPr>
            <w:tblGrid>
              <w:gridCol w:w="5140"/>
              <w:gridCol w:w="5140"/>
            </w:tblGrid>
            <w:tr>
              <w:tc>
                <w:tcPr>
                  <w:tcW w:type="dxa" w:w="5141"/>
                </w:tcPr>
                <w:p>
                  <w:pPr>
                    <w:pBdr>
                      <w:bottom w:val="single" w:sz="6" w:space="1" w:color="595959"/>
                    </w:pBdr>
                    <w:spacing w:before="0" w:after="0"/>
                    <w:jc w:val="left"/>
                  </w:pPr>
                </w:p>
                <w:p>
                  <w:pPr>
                    <w:spacing w:before="40" w:after="0"/>
                    <w:jc w:val="left"/>
                  </w:pPr>
                  <w:r>
                    <w:rPr>
                      <w:color w:val="595959"/>
                      <w:sz w:val="16"/>
                    </w:rPr>
                    <w:t>Received By (Signature)</w:t>
                  </w:r>
                </w:p>
              </w:tc>
              <w:tc>
                <w:tcPr>
                  <w:tcW w:type="dxa" w:w="5141"/>
                </w:tcPr>
                <w:p>
                  <w:pPr>
                    <w:pBdr>
                      <w:bottom w:val="single" w:sz="6" w:space="1" w:color="595959"/>
                    </w:pBdr>
                    <w:spacing w:before="0" w:after="0"/>
                    <w:jc w:val="left"/>
                  </w:pPr>
                </w:p>
                <w:p>
                  <w:pPr>
                    <w:spacing w:before="40" w:after="0"/>
                    <w:jc w:val="left"/>
                  </w:pPr>
                  <w:r>
                    <w:rPr>
                      <w:color w:val="595959"/>
                      <w:sz w:val="16"/>
                    </w:rPr>
                    <w:t>Date</w:t>
                  </w:r>
                </w:p>
              </w:tc>
            </w:tr>
          </w:tbl>
          <w:p/>
        </w:tc>
      </w:tr>
    </w:tbl>
    <w:p>
      <w:pPr>
        <w:spacing w:line="20" w:lineRule="exact"/>
        <w:rPr>
          <w:sz w:val="2"/>
        </w:rPr>
      </w:pPr>
    </w:p>
    <w:sectPr w:rsidR="00FC693F" w:rsidRPr="0006063C" w:rsidSect="00034616">
      <w:pgSz w:w="12240" w:h="15840"/>
      <w:pgMar w:top="720" w:right="720" w:bottom="720" w:left="72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Calibri" w:hAnsi="Calibri" w:cs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Rent Receipt</dc:title>
  <dc:subject/>
  <dc:creator>Your Company Name</dc:creator>
  <cp:keywords/>
  <dc:description>Free editable template. Replace sample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