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512DA8"/>
          <w:sz w:val="36"/>
        </w:rPr>
        <w:t>Rectangular Gift Box with Lid</w:t>
      </w:r>
    </w:p>
    <w:p>
      <w:pPr>
        <w:spacing w:before="0" w:after="0"/>
        <w:jc w:val="left"/>
      </w:pPr>
      <w:r>
        <w:rPr>
          <w:color w:val="595959"/>
          <w:sz w:val="18"/>
        </w:rPr>
        <w:t>Base 3.6 x 2.4 x 1.2 in; lid 3.75 x 2.55 x 0.7 in. Print on card stock at 100%. Fold the walls up and glue each corner tab inside the end walls.</w:t>
      </w:r>
    </w:p>
    <w:p>
      <w:pPr>
        <w:spacing w:before="80" w:after="40"/>
        <w:jc w:val="left"/>
      </w:pPr>
      <w:r>
        <w:rPr>
          <w:color w:val="404040"/>
          <w:sz w:val="18"/>
        </w:rPr>
        <w:t xml:space="preserve">━━  </w:t>
      </w:r>
      <w:r>
        <w:rPr>
          <w:color w:val="404040"/>
          <w:sz w:val="17"/>
        </w:rPr>
        <w:t xml:space="preserve">Cut on solid lines     </w:t>
      </w:r>
      <w:r>
        <w:rPr>
          <w:b/>
          <w:color w:val="7F7F7F"/>
          <w:sz w:val="18"/>
        </w:rPr>
        <w:t xml:space="preserve">- - -  </w:t>
      </w:r>
      <w:r>
        <w:rPr>
          <w:color w:val="404040"/>
          <w:sz w:val="17"/>
        </w:rPr>
        <w:t xml:space="preserve">Fold on dashed lines     </w:t>
      </w:r>
      <w:r>
        <w:rPr>
          <w:rFonts w:ascii="Segoe UI Symbol" w:hAnsi="Segoe UI Symbol" w:cs="Segoe UI Symbol" w:eastAsia="Segoe UI Symbol"/>
          <w:color w:val="BFBFBF"/>
          <w:sz w:val="18"/>
        </w:rPr>
        <w:t xml:space="preserve">■  </w:t>
      </w:r>
      <w:r>
        <w:rPr>
          <w:color w:val="404040"/>
          <w:sz w:val="17"/>
        </w:rPr>
        <w:t>Glue on grey tabs</w:t>
      </w:r>
    </w:p>
    <w:tbl>
      <w:tblPr>
        <w:tblW w:w="109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Column="1" w:firstRow="1" w:lastColumn="0" w:lastRow="0" w:noHBand="0" w:noVBand="1" w:val="04A0"/>
      </w:tblPr>
      <w:tblGrid>
        <w:gridCol w:w="2015"/>
        <w:gridCol w:w="8928"/>
      </w:tblGrid>
      <w:tr>
        <w:tc>
          <w:tcPr>
            <w:tcW w:type="dxa" w:w="201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12DA8"/>
                <w:sz w:val="24"/>
              </w:rPr>
              <w:t>1. BASE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17"/>
              </w:rPr>
              <w:t>The coloured side is the outside of the box.</w:t>
            </w:r>
          </w:p>
        </w:tc>
        <w:tc>
          <w:tcPr>
            <w:tcW w:type="dxa" w:w="8928"/>
          </w:tcPr>
          <w:tbl>
            <w:tblPr>
              <w:tblW w:w="864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43" w:type="dxa"/>
                <w:bottom w:w="0" w:type="dxa"/>
                <w:right w:w="43" w:type="dxa"/>
              </w:tblCellMar>
              <w:tblLook w:firstColumn="1" w:firstRow="1" w:lastColumn="0" w:lastRow="0" w:noHBand="0" w:noVBand="1" w:val="04A0"/>
            </w:tblPr>
            <w:tblGrid>
              <w:gridCol w:w="1728"/>
              <w:gridCol w:w="5184"/>
              <w:gridCol w:w="1728"/>
            </w:tblGrid>
            <w:tr>
              <w:trPr>
                <w:trHeight w:val="1728" w:hRule="exact"/>
                <w:cantSplit/>
              </w:trPr>
              <w:tc>
                <w:tcPr>
                  <w:tcW w:type="dxa" w:w="1728"/>
                  <w:tcBorders>
                    <w:top w:val="single" w:sz="12" w:space="0" w:color="404040"/>
                    <w:left w:val="single" w:sz="12" w:space="0" w:color="404040"/>
                    <w:bottom w:val="single" w:sz="12" w:space="0" w:color="404040"/>
                    <w:right w:val="dashed" w:sz="8" w:space="0" w:color="7F7F7F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GLUE</w:t>
                  </w:r>
                </w:p>
              </w:tc>
              <w:tc>
                <w:tcPr>
                  <w:tcW w:type="dxa" w:w="5184"/>
                  <w:tcBorders>
                    <w:top w:val="single" w:sz="12" w:space="0" w:color="404040"/>
                    <w:left w:val="dashed" w:sz="8" w:space="0" w:color="7F7F7F"/>
                    <w:bottom w:val="dashed" w:sz="8" w:space="0" w:color="7F7F7F"/>
                    <w:right w:val="dashed" w:sz="8" w:space="0" w:color="7F7F7F"/>
                  </w:tcBorders>
                  <w:shd w:val="clear" w:color="auto" w:fill="512DA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8"/>
                    </w:rPr>
                    <w:t>SIDE</w:t>
                  </w:r>
                </w:p>
              </w:tc>
              <w:tc>
                <w:tcPr>
                  <w:tcW w:type="dxa" w:w="1728"/>
                  <w:tcBorders>
                    <w:top w:val="single" w:sz="12" w:space="0" w:color="404040"/>
                    <w:left w:val="dashed" w:sz="8" w:space="0" w:color="7F7F7F"/>
                    <w:bottom w:val="single" w:sz="12" w:space="0" w:color="404040"/>
                    <w:right w:val="single" w:sz="12" w:space="0" w:color="404040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GLUE</w:t>
                  </w:r>
                </w:p>
              </w:tc>
            </w:tr>
            <w:tr>
              <w:trPr>
                <w:trHeight w:val="3456" w:hRule="exact"/>
                <w:cantSplit/>
              </w:trPr>
              <w:tc>
                <w:tcPr>
                  <w:tcW w:type="dxa" w:w="1728"/>
                  <w:tcBorders>
                    <w:top w:val="single" w:sz="12" w:space="0" w:color="404040"/>
                    <w:left w:val="single" w:sz="12" w:space="0" w:color="404040"/>
                    <w:bottom w:val="single" w:sz="12" w:space="0" w:color="404040"/>
                    <w:right w:val="dashed" w:sz="8" w:space="0" w:color="7F7F7F"/>
                  </w:tcBorders>
                  <w:shd w:val="clear" w:color="auto" w:fill="7E57C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END</w:t>
                  </w:r>
                </w:p>
              </w:tc>
              <w:tc>
                <w:tcPr>
                  <w:tcW w:type="dxa" w:w="5184"/>
                  <w:tcBorders>
                    <w:top w:val="dashed" w:sz="8" w:space="0" w:color="7F7F7F"/>
                    <w:left w:val="dashed" w:sz="8" w:space="0" w:color="7F7F7F"/>
                    <w:bottom w:val="dashed" w:sz="8" w:space="0" w:color="7F7F7F"/>
                    <w:right w:val="dashed" w:sz="8" w:space="0" w:color="7F7F7F"/>
                  </w:tcBorders>
                  <w:shd w:val="clear" w:color="auto" w:fill="EDE7F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Georgia" w:hAnsi="Georgia" w:cs="Georgia" w:eastAsia="Georgia"/>
                      <w:b/>
                      <w:color w:val="512DA8"/>
                      <w:sz w:val="30"/>
                    </w:rPr>
                    <w:t>BASE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512DA8"/>
                      <w:sz w:val="25"/>
                    </w:rPr>
                    <w:t>(outside bottom)</w:t>
                  </w:r>
                </w:p>
              </w:tc>
              <w:tc>
                <w:tcPr>
                  <w:tcW w:type="dxa" w:w="1728"/>
                  <w:tcBorders>
                    <w:top w:val="single" w:sz="12" w:space="0" w:color="404040"/>
                    <w:left w:val="dashed" w:sz="8" w:space="0" w:color="7F7F7F"/>
                    <w:bottom w:val="single" w:sz="12" w:space="0" w:color="404040"/>
                    <w:right w:val="single" w:sz="12" w:space="0" w:color="404040"/>
                  </w:tcBorders>
                  <w:shd w:val="clear" w:color="auto" w:fill="7E57C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END</w:t>
                  </w:r>
                </w:p>
              </w:tc>
            </w:tr>
            <w:tr>
              <w:trPr>
                <w:trHeight w:val="1728" w:hRule="exact"/>
                <w:cantSplit/>
              </w:trPr>
              <w:tc>
                <w:tcPr>
                  <w:tcW w:type="dxa" w:w="1728"/>
                  <w:tcBorders>
                    <w:top w:val="single" w:sz="12" w:space="0" w:color="404040"/>
                    <w:left w:val="single" w:sz="12" w:space="0" w:color="404040"/>
                    <w:bottom w:val="single" w:sz="12" w:space="0" w:color="404040"/>
                    <w:right w:val="dashed" w:sz="8" w:space="0" w:color="7F7F7F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GLUE</w:t>
                  </w:r>
                </w:p>
              </w:tc>
              <w:tc>
                <w:tcPr>
                  <w:tcW w:type="dxa" w:w="5184"/>
                  <w:tcBorders>
                    <w:top w:val="dashed" w:sz="8" w:space="0" w:color="7F7F7F"/>
                    <w:left w:val="dashed" w:sz="8" w:space="0" w:color="7F7F7F"/>
                    <w:bottom w:val="single" w:sz="12" w:space="0" w:color="404040"/>
                    <w:right w:val="dashed" w:sz="8" w:space="0" w:color="7F7F7F"/>
                  </w:tcBorders>
                  <w:shd w:val="clear" w:color="auto" w:fill="512DA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8"/>
                    </w:rPr>
                    <w:t>SIDE</w:t>
                  </w:r>
                </w:p>
              </w:tc>
              <w:tc>
                <w:tcPr>
                  <w:tcW w:type="dxa" w:w="1728"/>
                  <w:tcBorders>
                    <w:top w:val="single" w:sz="12" w:space="0" w:color="404040"/>
                    <w:left w:val="dashed" w:sz="8" w:space="0" w:color="7F7F7F"/>
                    <w:bottom w:val="single" w:sz="12" w:space="0" w:color="404040"/>
                    <w:right w:val="single" w:sz="12" w:space="0" w:color="404040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GLUE</w:t>
                  </w:r>
                </w:p>
              </w:tc>
            </w:tr>
          </w:tbl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9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Column="1" w:firstRow="1" w:lastColumn="0" w:lastRow="0" w:noHBand="0" w:noVBand="1" w:val="04A0"/>
      </w:tblPr>
      <w:tblGrid>
        <w:gridCol w:w="2015"/>
        <w:gridCol w:w="8928"/>
      </w:tblGrid>
      <w:tr>
        <w:tc>
          <w:tcPr>
            <w:tcW w:type="dxa" w:w="201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12DA8"/>
                <w:sz w:val="24"/>
              </w:rPr>
              <w:t>2. LID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17"/>
              </w:rPr>
              <w:t>Slightly larger so it slides over the base. Tie a ribbon around it for a gift-shop finish.</w:t>
            </w:r>
          </w:p>
        </w:tc>
        <w:tc>
          <w:tcPr>
            <w:tcW w:type="dxa" w:w="8928"/>
          </w:tcPr>
          <w:tbl>
            <w:tblPr>
              <w:tblW w:w="74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43" w:type="dxa"/>
                <w:bottom w:w="0" w:type="dxa"/>
                <w:right w:w="43" w:type="dxa"/>
              </w:tblCellMar>
              <w:tblLook w:firstColumn="1" w:firstRow="1" w:lastColumn="0" w:lastRow="0" w:noHBand="0" w:noVBand="1" w:val="04A0"/>
            </w:tblPr>
            <w:tblGrid>
              <w:gridCol w:w="1007"/>
              <w:gridCol w:w="5400"/>
              <w:gridCol w:w="1007"/>
            </w:tblGrid>
            <w:tr>
              <w:trPr>
                <w:trHeight w:val="1008" w:hRule="exact"/>
                <w:cantSplit/>
              </w:trPr>
              <w:tc>
                <w:tcPr>
                  <w:tcW w:type="dxa" w:w="1008"/>
                  <w:tcBorders>
                    <w:top w:val="single" w:sz="12" w:space="0" w:color="404040"/>
                    <w:left w:val="single" w:sz="12" w:space="0" w:color="404040"/>
                    <w:bottom w:val="single" w:sz="12" w:space="0" w:color="404040"/>
                    <w:right w:val="dashed" w:sz="8" w:space="0" w:color="7F7F7F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GLUE</w:t>
                  </w:r>
                </w:p>
              </w:tc>
              <w:tc>
                <w:tcPr>
                  <w:tcW w:type="dxa" w:w="5400"/>
                  <w:tcBorders>
                    <w:top w:val="single" w:sz="12" w:space="0" w:color="404040"/>
                    <w:left w:val="dashed" w:sz="8" w:space="0" w:color="7F7F7F"/>
                    <w:bottom w:val="dashed" w:sz="8" w:space="0" w:color="7F7F7F"/>
                    <w:right w:val="dashed" w:sz="8" w:space="0" w:color="7F7F7F"/>
                  </w:tcBorders>
                  <w:shd w:val="clear" w:color="auto" w:fill="311B9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8"/>
                    </w:rPr>
                    <w:t>SIDE</w:t>
                  </w:r>
                </w:p>
              </w:tc>
              <w:tc>
                <w:tcPr>
                  <w:tcW w:type="dxa" w:w="1008"/>
                  <w:tcBorders>
                    <w:top w:val="single" w:sz="12" w:space="0" w:color="404040"/>
                    <w:left w:val="dashed" w:sz="8" w:space="0" w:color="7F7F7F"/>
                    <w:bottom w:val="single" w:sz="12" w:space="0" w:color="404040"/>
                    <w:right w:val="single" w:sz="12" w:space="0" w:color="404040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GLUE</w:t>
                  </w:r>
                </w:p>
              </w:tc>
            </w:tr>
            <w:tr>
              <w:trPr>
                <w:trHeight w:val="3672" w:hRule="exact"/>
                <w:cantSplit/>
              </w:trPr>
              <w:tc>
                <w:tcPr>
                  <w:tcW w:type="dxa" w:w="1008"/>
                  <w:tcBorders>
                    <w:top w:val="single" w:sz="12" w:space="0" w:color="404040"/>
                    <w:left w:val="single" w:sz="12" w:space="0" w:color="404040"/>
                    <w:bottom w:val="single" w:sz="12" w:space="0" w:color="404040"/>
                    <w:right w:val="dashed" w:sz="8" w:space="0" w:color="7F7F7F"/>
                  </w:tcBorders>
                  <w:shd w:val="clear" w:color="auto" w:fill="4527A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END</w:t>
                  </w:r>
                </w:p>
              </w:tc>
              <w:tc>
                <w:tcPr>
                  <w:tcW w:type="dxa" w:w="5400"/>
                  <w:tcBorders>
                    <w:top w:val="dashed" w:sz="8" w:space="0" w:color="7F7F7F"/>
                    <w:left w:val="dashed" w:sz="8" w:space="0" w:color="7F7F7F"/>
                    <w:bottom w:val="dashed" w:sz="8" w:space="0" w:color="7F7F7F"/>
                    <w:right w:val="dashed" w:sz="8" w:space="0" w:color="7F7F7F"/>
                  </w:tcBorders>
                  <w:shd w:val="clear" w:color="auto" w:fill="512DA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Georgia" w:hAnsi="Georgia" w:cs="Georgia" w:eastAsia="Georgia"/>
                      <w:b/>
                      <w:color w:val="FFFFFF"/>
                      <w:sz w:val="30"/>
                    </w:rPr>
                    <w:t>A Gift For You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FFFFFF"/>
                      <w:sz w:val="25"/>
                    </w:rPr>
                    <w:t>To: __________  From: __________</w:t>
                  </w:r>
                </w:p>
              </w:tc>
              <w:tc>
                <w:tcPr>
                  <w:tcW w:type="dxa" w:w="1008"/>
                  <w:tcBorders>
                    <w:top w:val="single" w:sz="12" w:space="0" w:color="404040"/>
                    <w:left w:val="dashed" w:sz="8" w:space="0" w:color="7F7F7F"/>
                    <w:bottom w:val="single" w:sz="12" w:space="0" w:color="404040"/>
                    <w:right w:val="single" w:sz="12" w:space="0" w:color="404040"/>
                  </w:tcBorders>
                  <w:shd w:val="clear" w:color="auto" w:fill="4527A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END</w:t>
                  </w:r>
                </w:p>
              </w:tc>
            </w:tr>
            <w:tr>
              <w:trPr>
                <w:trHeight w:val="1008" w:hRule="exact"/>
                <w:cantSplit/>
              </w:trPr>
              <w:tc>
                <w:tcPr>
                  <w:tcW w:type="dxa" w:w="1008"/>
                  <w:tcBorders>
                    <w:top w:val="single" w:sz="12" w:space="0" w:color="404040"/>
                    <w:left w:val="single" w:sz="12" w:space="0" w:color="404040"/>
                    <w:bottom w:val="single" w:sz="12" w:space="0" w:color="404040"/>
                    <w:right w:val="dashed" w:sz="8" w:space="0" w:color="7F7F7F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GLUE</w:t>
                  </w:r>
                </w:p>
              </w:tc>
              <w:tc>
                <w:tcPr>
                  <w:tcW w:type="dxa" w:w="5400"/>
                  <w:tcBorders>
                    <w:top w:val="dashed" w:sz="8" w:space="0" w:color="7F7F7F"/>
                    <w:left w:val="dashed" w:sz="8" w:space="0" w:color="7F7F7F"/>
                    <w:bottom w:val="single" w:sz="12" w:space="0" w:color="404040"/>
                    <w:right w:val="dashed" w:sz="8" w:space="0" w:color="7F7F7F"/>
                  </w:tcBorders>
                  <w:shd w:val="clear" w:color="auto" w:fill="311B9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8"/>
                    </w:rPr>
                    <w:t>SIDE</w:t>
                  </w:r>
                </w:p>
              </w:tc>
              <w:tc>
                <w:tcPr>
                  <w:tcW w:type="dxa" w:w="1008"/>
                  <w:tcBorders>
                    <w:top w:val="single" w:sz="12" w:space="0" w:color="404040"/>
                    <w:left w:val="dashed" w:sz="8" w:space="0" w:color="7F7F7F"/>
                    <w:bottom w:val="single" w:sz="12" w:space="0" w:color="404040"/>
                    <w:right w:val="single" w:sz="12" w:space="0" w:color="404040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GLUE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504" w:right="648" w:bottom="432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Rectangular Gift Box with Lid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