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60"/>
        <w:jc w:val="left"/>
      </w:pPr>
      <w:r>
        <w:rPr>
          <w:b/>
          <w:color w:val="404040"/>
          <w:sz w:val="26"/>
        </w:rPr>
        <w:t>1/4 Inch Graph Paper</w:t>
      </w:r>
      <w:r>
        <w:rPr>
          <w:color w:val="7F7F7F"/>
          <w:sz w:val="18"/>
        </w:rPr>
        <w:t xml:space="preserve">     Name: ____________________   Date: __________</w:t>
      </w:r>
    </w:p>
    <w:tbl>
      <w:tblPr>
        <w:tblW w:w="10800" w:type="dxa"/>
        <w:jc w:val="center"/>
        <w:tblBorders>
          <w:top w:val="single" w:sz="8" w:space="0" w:color="9DC3E6"/>
          <w:left w:val="single" w:sz="8" w:space="0" w:color="9DC3E6"/>
          <w:bottom w:val="single" w:sz="8" w:space="0" w:color="9DC3E6"/>
          <w:right w:val="single" w:sz="8" w:space="0" w:color="9DC3E6"/>
          <w:insideH w:val="single" w:sz="2" w:space="0" w:color="9DC3E6"/>
          <w:insideV w:val="single" w:sz="2" w:space="0" w:color="9DC3E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>
        <w:trPr>
          <w:trHeight w:val="360" w:hRule="exact"/>
          <w:cantSplit/>
        </w:trPr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</w:tr>
      <w:tr>
        <w:trPr>
          <w:trHeight w:val="360" w:hRule="exact"/>
          <w:cantSplit/>
        </w:trPr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</w:tr>
      <w:tr>
        <w:trPr>
          <w:trHeight w:val="360" w:hRule="exact"/>
          <w:cantSplit/>
        </w:trPr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</w:tr>
      <w:tr>
        <w:trPr>
          <w:trHeight w:val="360" w:hRule="exact"/>
          <w:cantSplit/>
        </w:trPr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</w:tr>
      <w:tr>
        <w:trPr>
          <w:trHeight w:val="360" w:hRule="exact"/>
          <w:cantSplit/>
        </w:trPr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</w:tr>
      <w:tr>
        <w:trPr>
          <w:trHeight w:val="360" w:hRule="exact"/>
          <w:cantSplit/>
        </w:trPr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</w:tr>
      <w:tr>
        <w:trPr>
          <w:trHeight w:val="360" w:hRule="exact"/>
          <w:cantSplit/>
        </w:trPr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</w:tr>
      <w:tr>
        <w:trPr>
          <w:trHeight w:val="360" w:hRule="exact"/>
          <w:cantSplit/>
        </w:trPr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</w:tr>
      <w:tr>
        <w:trPr>
          <w:trHeight w:val="360" w:hRule="exact"/>
          <w:cantSplit/>
        </w:trPr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</w:tr>
      <w:tr>
        <w:trPr>
          <w:trHeight w:val="360" w:hRule="exact"/>
          <w:cantSplit/>
        </w:trPr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</w:tr>
      <w:tr>
        <w:trPr>
          <w:trHeight w:val="360" w:hRule="exact"/>
          <w:cantSplit/>
        </w:trPr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</w:tr>
      <w:tr>
        <w:trPr>
          <w:trHeight w:val="360" w:hRule="exact"/>
          <w:cantSplit/>
        </w:trPr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</w:tr>
      <w:tr>
        <w:trPr>
          <w:trHeight w:val="360" w:hRule="exact"/>
          <w:cantSplit/>
        </w:trPr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</w:tr>
      <w:tr>
        <w:trPr>
          <w:trHeight w:val="360" w:hRule="exact"/>
          <w:cantSplit/>
        </w:trPr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</w:tr>
      <w:tr>
        <w:trPr>
          <w:trHeight w:val="360" w:hRule="exact"/>
          <w:cantSplit/>
        </w:trPr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</w:tr>
      <w:tr>
        <w:trPr>
          <w:trHeight w:val="360" w:hRule="exact"/>
          <w:cantSplit/>
        </w:trPr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</w:tr>
      <w:tr>
        <w:trPr>
          <w:trHeight w:val="360" w:hRule="exact"/>
          <w:cantSplit/>
        </w:trPr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</w:tr>
      <w:tr>
        <w:trPr>
          <w:trHeight w:val="360" w:hRule="exact"/>
          <w:cantSplit/>
        </w:trPr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</w:tr>
      <w:tr>
        <w:trPr>
          <w:trHeight w:val="360" w:hRule="exact"/>
          <w:cantSplit/>
        </w:trPr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</w:tr>
      <w:tr>
        <w:trPr>
          <w:trHeight w:val="360" w:hRule="exact"/>
          <w:cantSplit/>
        </w:trPr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</w:tr>
      <w:tr>
        <w:trPr>
          <w:trHeight w:val="360" w:hRule="exact"/>
          <w:cantSplit/>
        </w:trPr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</w:tr>
      <w:tr>
        <w:trPr>
          <w:trHeight w:val="360" w:hRule="exact"/>
          <w:cantSplit/>
        </w:trPr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</w:tr>
      <w:tr>
        <w:trPr>
          <w:trHeight w:val="360" w:hRule="exact"/>
          <w:cantSplit/>
        </w:trPr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</w:tr>
      <w:tr>
        <w:trPr>
          <w:trHeight w:val="360" w:hRule="exact"/>
          <w:cantSplit/>
        </w:trPr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</w:tr>
      <w:tr>
        <w:trPr>
          <w:trHeight w:val="360" w:hRule="exact"/>
          <w:cantSplit/>
        </w:trPr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</w:tr>
      <w:tr>
        <w:trPr>
          <w:trHeight w:val="360" w:hRule="exact"/>
          <w:cantSplit/>
        </w:trPr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</w:tr>
      <w:tr>
        <w:trPr>
          <w:trHeight w:val="360" w:hRule="exact"/>
          <w:cantSplit/>
        </w:trPr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</w:tr>
      <w:tr>
        <w:trPr>
          <w:trHeight w:val="360" w:hRule="exact"/>
          <w:cantSplit/>
        </w:trPr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</w:tr>
      <w:tr>
        <w:trPr>
          <w:trHeight w:val="360" w:hRule="exact"/>
          <w:cantSplit/>
        </w:trPr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</w:tr>
      <w:tr>
        <w:trPr>
          <w:trHeight w:val="360" w:hRule="exact"/>
          <w:cantSplit/>
        </w:trPr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</w:tr>
      <w:tr>
        <w:trPr>
          <w:trHeight w:val="360" w:hRule="exact"/>
          <w:cantSplit/>
        </w:trPr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</w:tr>
      <w:tr>
        <w:trPr>
          <w:trHeight w:val="360" w:hRule="exact"/>
          <w:cantSplit/>
        </w:trPr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</w:tr>
      <w:tr>
        <w:trPr>
          <w:trHeight w:val="360" w:hRule="exact"/>
          <w:cantSplit/>
        </w:trPr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</w:tr>
      <w:tr>
        <w:trPr>
          <w:trHeight w:val="360" w:hRule="exact"/>
          <w:cantSplit/>
        </w:trPr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</w:tr>
      <w:tr>
        <w:trPr>
          <w:trHeight w:val="360" w:hRule="exact"/>
          <w:cantSplit/>
        </w:trPr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</w:tr>
      <w:tr>
        <w:trPr>
          <w:trHeight w:val="360" w:hRule="exact"/>
          <w:cantSplit/>
        </w:trPr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</w:tr>
      <w:tr>
        <w:trPr>
          <w:trHeight w:val="360" w:hRule="exact"/>
          <w:cantSplit/>
        </w:trPr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  <w:tc>
          <w:tcPr>
            <w:tcW w:type="dxa" w:w="360"/>
          </w:tcPr>
          <w:p/>
        </w:tc>
      </w:tr>
    </w:tbl>
    <w:p>
      <w:pPr>
        <w:spacing w:line="20" w:lineRule="exact"/>
        <w:rPr>
          <w:sz w:val="2"/>
        </w:rPr>
      </w:pPr>
    </w:p>
    <w:sectPr w:rsidR="00FC693F" w:rsidRPr="0006063C" w:rsidSect="00034616">
      <w:pgSz w:w="12240" w:h="15840"/>
      <w:pgMar w:top="720" w:right="648" w:bottom="720" w:left="648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Calibri" w:hAnsi="Calibri" w:cs="Calibri" w:eastAsia="Calibr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1/4 Inch Graph Paper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