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623"/>
        <w:gridCol w:w="4176"/>
      </w:tblGrid>
      <w:tr>
        <w:tc>
          <w:tcPr>
            <w:tcW w:type="dxa" w:w="6624"/>
          </w:tcPr>
          <w:p>
            <w:pPr>
              <w:spacing w:before="0" w:after="0" w:line="216" w:lineRule="auto"/>
              <w:jc w:val="left"/>
            </w:pPr>
            <w:r>
              <w:rPr>
                <w:rFonts w:ascii="Alex Brush" w:hAnsi="Alex Brush" w:cs="Alex Brush" w:eastAsia="Alex Brush"/>
                <w:color w:val="264653"/>
                <w:sz w:val="56"/>
              </w:rPr>
              <w:t>Weekly Planner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7F7F7F"/>
                <w:sz w:val="20"/>
              </w:rPr>
              <w:t>Make this week count.</w:t>
            </w:r>
          </w:p>
        </w:tc>
        <w:tc>
          <w:tcPr>
            <w:tcW w:type="dxa" w:w="4176"/>
          </w:tcPr>
          <w:p>
            <w:pPr>
              <w:pBdr>
                <w:bottom w:val="single" w:sz="6" w:space="1" w:color="A6A6A6"/>
              </w:pBdr>
              <w:spacing w:before="280" w:after="0"/>
              <w:jc w:val="right"/>
            </w:pPr>
            <w:r>
              <w:rPr>
                <w:rFonts w:ascii="Arial" w:hAnsi="Arial" w:cs="Arial" w:eastAsia="Arial"/>
                <w:b/>
                <w:color w:val="E9C46A"/>
                <w:sz w:val="18"/>
              </w:rPr>
              <w:t xml:space="preserve">WEEK OF  </w:t>
            </w:r>
            <w:r>
              <w:rPr>
                <w:color w:val="262626"/>
                <w:sz w:val="22"/>
              </w:rPr>
              <w:t>Nov 9 – 15, 2026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72" w:type="dxa"/>
          <w:bottom w:w="57" w:type="dxa"/>
          <w:right w:w="72" w:type="dxa"/>
        </w:tblCellMar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26465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FFFFFF"/>
                      <w:spacing w:val="40"/>
                      <w:sz w:val="19"/>
                    </w:rPr>
                    <w:t>MONDAY</w:t>
                  </w:r>
                </w:p>
              </w:tc>
            </w:tr>
          </w:tbl>
          <w:p/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" w:type="dxa"/>
                <w:left w:w="115" w:type="dxa"/>
                <w:bottom w:w="14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Team meeting 9:30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Send invoices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</w:tbl>
          <w:p/>
        </w:tc>
        <w:tc>
          <w:tcPr>
            <w:tcW w:type="dxa" w:w="5400"/>
          </w:tcPr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26465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FFFFFF"/>
                      <w:spacing w:val="40"/>
                      <w:sz w:val="19"/>
                    </w:rPr>
                    <w:t>TUESDAY</w:t>
                  </w:r>
                </w:p>
              </w:tc>
            </w:tr>
          </w:tbl>
          <w:p/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" w:type="dxa"/>
                <w:left w:w="115" w:type="dxa"/>
                <w:bottom w:w="14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Dentist 3:00 PM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</w:tbl>
          <w:p/>
        </w:tc>
      </w:tr>
      <w:tr>
        <w:tc>
          <w:tcPr>
            <w:tcW w:type="dxa" w:w="5400"/>
          </w:tcPr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26465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FFFFFF"/>
                      <w:spacing w:val="40"/>
                      <w:sz w:val="19"/>
                    </w:rPr>
                    <w:t>WEDNESDAY</w:t>
                  </w:r>
                </w:p>
              </w:tc>
            </w:tr>
          </w:tbl>
          <w:p/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" w:type="dxa"/>
                <w:left w:w="115" w:type="dxa"/>
                <w:bottom w:w="14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Gym 6 PM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Call Mom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</w:tbl>
          <w:p/>
        </w:tc>
        <w:tc>
          <w:tcPr>
            <w:tcW w:type="dxa" w:w="5400"/>
          </w:tcPr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26465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FFFFFF"/>
                      <w:spacing w:val="40"/>
                      <w:sz w:val="19"/>
                    </w:rPr>
                    <w:t>THURSDAY</w:t>
                  </w:r>
                </w:p>
              </w:tc>
            </w:tr>
          </w:tbl>
          <w:p/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" w:type="dxa"/>
                <w:left w:w="115" w:type="dxa"/>
                <w:bottom w:w="14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Project deadline!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</w:tbl>
          <w:p/>
        </w:tc>
      </w:tr>
      <w:tr>
        <w:tc>
          <w:tcPr>
            <w:tcW w:type="dxa" w:w="5400"/>
          </w:tcPr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26465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FFFFFF"/>
                      <w:spacing w:val="40"/>
                      <w:sz w:val="19"/>
                    </w:rPr>
                    <w:t>FRIDAY</w:t>
                  </w:r>
                </w:p>
              </w:tc>
            </w:tr>
          </w:tbl>
          <w:p/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" w:type="dxa"/>
                <w:left w:w="115" w:type="dxa"/>
                <w:bottom w:w="14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Pizza night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</w:tbl>
          <w:p/>
        </w:tc>
        <w:tc>
          <w:tcPr>
            <w:tcW w:type="dxa" w:w="5400"/>
          </w:tcPr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2A9D8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FFFFFF"/>
                      <w:spacing w:val="40"/>
                      <w:sz w:val="19"/>
                    </w:rPr>
                    <w:t>SATURDAY</w:t>
                  </w:r>
                </w:p>
              </w:tc>
            </w:tr>
          </w:tbl>
          <w:p/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" w:type="dxa"/>
                <w:left w:w="115" w:type="dxa"/>
                <w:bottom w:w="14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Farmers market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Clean garage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</w:tbl>
          <w:p/>
        </w:tc>
      </w:tr>
      <w:tr>
        <w:tc>
          <w:tcPr>
            <w:tcW w:type="dxa" w:w="5400"/>
          </w:tcPr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2A9D8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FFFFFF"/>
                      <w:spacing w:val="40"/>
                      <w:sz w:val="19"/>
                    </w:rPr>
                    <w:t>SUNDAY</w:t>
                  </w:r>
                </w:p>
              </w:tc>
            </w:tr>
          </w:tbl>
          <w:p/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" w:type="dxa"/>
                <w:left w:w="115" w:type="dxa"/>
                <w:bottom w:w="14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Meal prep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Plan next week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/>
              </w:tc>
            </w:tr>
          </w:tbl>
          <w:p/>
        </w:tc>
        <w:tc>
          <w:tcPr>
            <w:tcW w:type="dxa" w:w="5400"/>
          </w:tcPr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E9C46A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3D3D3D"/>
                      <w:spacing w:val="40"/>
                      <w:sz w:val="19"/>
                    </w:rPr>
                    <w:t>TO DO</w:t>
                  </w:r>
                </w:p>
              </w:tc>
            </w:tr>
          </w:tbl>
          <w:p/>
          <w:tbl>
            <w:tblPr>
              <w:tblW w:w="52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" w:type="dxa"/>
                <w:left w:w="115" w:type="dxa"/>
                <w:bottom w:w="14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64653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9"/>
                    </w:rPr>
                    <w:t xml:space="preserve">  Renew car insurance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64653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9"/>
                    </w:rPr>
                    <w:t xml:space="preserve">  Book flights for December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64653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9"/>
                    </w:rPr>
                    <w:t xml:space="preserve">  Order birthday gift</w:t>
                  </w:r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64653"/>
                          <w:sz w:val="20"/>
                        </w:rPr>
                        <w:t>☐</w:t>
                      </w:r>
                    </w:sdtContent>
                  </w:sdt>
                </w:p>
              </w:tc>
            </w:tr>
            <w:tr>
              <w:trPr>
                <w:trHeight w:val="432" w:hRule="exact"/>
                <w:cantSplit/>
              </w:trPr>
              <w:tc>
                <w:tcPr>
                  <w:tcW w:type="dxa" w:w="5256"/>
                  <w:tcBorders>
                    <w:bottom w:val="single" w:sz="4" w:space="0" w:color="C9C9C9"/>
                  </w:tcBorders>
                  <w:vAlign w:val="bottom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64653"/>
                          <w:sz w:val="20"/>
                        </w:rPr>
                        <w:t>☐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single" w:sz="24" w:space="0" w:color="FFFFFF"/>
          <w:insideV w:val="single" w:sz="24" w:space="0" w:color="FFFFFF"/>
        </w:tblBorders>
        <w:tblLayout w:type="fixed"/>
        <w:tblCellMar>
          <w:top w:w="115" w:type="dxa"/>
          <w:left w:w="144" w:type="dxa"/>
          <w:bottom w:w="115" w:type="dxa"/>
          <w:right w:w="144" w:type="dxa"/>
        </w:tblCellMar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val="clear" w:color="auto" w:fill="F4F7F7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color w:val="264653"/>
                <w:spacing w:val="30"/>
                <w:sz w:val="18"/>
              </w:rPr>
              <w:t>TOP GOALS</w:t>
            </w:r>
          </w:p>
          <w:p>
            <w:pPr>
              <w:spacing w:before="0" w:after="40"/>
              <w:jc w:val="left"/>
            </w:pPr>
            <w:r>
              <w:rPr>
                <w:color w:val="404040"/>
                <w:sz w:val="19"/>
              </w:rPr>
              <w:t>1. Finish Q4 report</w:t>
            </w:r>
          </w:p>
          <w:p>
            <w:pPr>
              <w:spacing w:before="0" w:after="40"/>
              <w:jc w:val="left"/>
            </w:pPr>
            <w:r>
              <w:rPr>
                <w:color w:val="404040"/>
                <w:sz w:val="19"/>
              </w:rPr>
              <w:t>2. Exercise 3 times</w:t>
            </w:r>
          </w:p>
          <w:p>
            <w:pPr>
              <w:spacing w:before="0" w:after="40"/>
              <w:jc w:val="left"/>
            </w:pPr>
            <w:r>
              <w:rPr>
                <w:color w:val="404040"/>
                <w:sz w:val="19"/>
              </w:rPr>
              <w:t>3. Read 50 pages</w:t>
            </w:r>
          </w:p>
        </w:tc>
        <w:tc>
          <w:tcPr>
            <w:tcW w:type="dxa" w:w="3600"/>
            <w:shd w:val="clear" w:color="auto" w:fill="F4F7F7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color w:val="264653"/>
                <w:spacing w:val="30"/>
                <w:sz w:val="18"/>
              </w:rPr>
              <w:t>HABIT TRACKER</w:t>
            </w:r>
          </w:p>
          <w:p>
            <w:pPr>
              <w:spacing w:before="0" w:after="40"/>
              <w:jc w:val="left"/>
            </w:pPr>
            <w:r>
              <w:rPr>
                <w:color w:val="404040"/>
                <w:sz w:val="19"/>
              </w:rPr>
              <w:t>Water  ○ ○ ○ ○ ○ ○ ○</w:t>
            </w:r>
          </w:p>
          <w:p>
            <w:pPr>
              <w:spacing w:before="0" w:after="40"/>
              <w:jc w:val="left"/>
            </w:pPr>
            <w:r>
              <w:rPr>
                <w:color w:val="404040"/>
                <w:sz w:val="19"/>
              </w:rPr>
              <w:t>Steps   ○ ○ ○ ○ ○ ○ ○</w:t>
            </w:r>
          </w:p>
          <w:p>
            <w:pPr>
              <w:spacing w:before="0" w:after="40"/>
              <w:jc w:val="left"/>
            </w:pPr>
            <w:r>
              <w:rPr>
                <w:color w:val="404040"/>
                <w:sz w:val="19"/>
              </w:rPr>
              <w:t>Sleep   ○ ○ ○ ○ ○ ○ ○</w:t>
            </w:r>
          </w:p>
        </w:tc>
        <w:tc>
          <w:tcPr>
            <w:tcW w:type="dxa" w:w="3600"/>
            <w:shd w:val="clear" w:color="auto" w:fill="F4F7F7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color w:val="264653"/>
                <w:spacing w:val="30"/>
                <w:sz w:val="18"/>
              </w:rPr>
              <w:t>NOTES</w:t>
            </w:r>
          </w:p>
          <w:p>
            <w:pPr>
              <w:spacing w:before="0" w:after="40"/>
              <w:jc w:val="left"/>
            </w:pPr>
            <w:r>
              <w:rPr>
                <w:color w:val="404040"/>
                <w:sz w:val="19"/>
              </w:rPr>
            </w:r>
          </w:p>
          <w:p>
            <w:pPr>
              <w:spacing w:before="0" w:after="0" w:line="800" w:lineRule="exact"/>
              <w:jc w:val="left"/>
              <w:rPr>
                <w:sz w:val="64"/>
              </w:rPr>
            </w:pPr>
            <w:r>
              <w:rPr>
                <w:sz w:val="64"/>
              </w:rPr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Printable Weekly Planner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