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left"/>
      </w:pPr>
      <w:r>
        <w:rPr>
          <w:b/>
          <w:color w:val="A569BD"/>
          <w:spacing w:val="60"/>
          <w:sz w:val="20"/>
        </w:rPr>
        <w:t>PERSONAL FAX</w:t>
      </w:r>
    </w:p>
    <w:p>
      <w:pPr>
        <w:spacing w:before="0" w:after="0" w:line="240" w:lineRule="auto"/>
        <w:jc w:val="left"/>
      </w:pPr>
      <w:r>
        <w:rPr>
          <w:b/>
          <w:color w:val="5B2C6F"/>
          <w:sz w:val="68"/>
        </w:rPr>
        <w:t>Fax Cover Sheet</w:t>
      </w:r>
    </w:p>
    <w:p>
      <w:pPr>
        <w:pBdr>
          <w:bottom w:val="single" w:sz="18" w:space="1" w:color="A569BD"/>
        </w:pBdr>
        <w:spacing w:before="80" w:after="160"/>
        <w:jc w:val="left"/>
      </w:pPr>
    </w:p>
    <w:p>
      <w:pPr>
        <w:spacing w:before="0" w:after="0"/>
        <w:jc w:val="left"/>
      </w:pPr>
      <w:r>
        <w:rPr>
          <w:b/>
          <w:color w:val="404040"/>
          <w:sz w:val="22"/>
        </w:rPr>
        <w:t>Your Name</w:t>
      </w:r>
    </w:p>
    <w:p>
      <w:pPr>
        <w:spacing w:before="0" w:after="80"/>
        <w:jc w:val="left"/>
      </w:pPr>
      <w:r>
        <w:rPr>
          <w:color w:val="7F7F7F"/>
          <w:sz w:val="18"/>
        </w:rPr>
        <w:t>Home address, City, State 00000  •  Phone (000) 000-0000</w:t>
      </w:r>
    </w:p>
    <w:p>
      <w:pPr>
        <w:spacing w:before="0" w:after="0" w:line="240" w:lineRule="exact"/>
        <w:jc w:val="left"/>
        <w:rPr>
          <w:sz w:val="19"/>
        </w:rPr>
      </w:pPr>
      <w:r>
        <w:rPr>
          <w:sz w:val="19"/>
        </w:rPr>
      </w:r>
    </w:p>
    <w:tbl>
      <w:tblPr>
        <w:tblW w:w="993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7" w:type="dxa"/>
          <w:left w:w="86" w:type="dxa"/>
          <w:bottom w:w="57" w:type="dxa"/>
          <w:right w:w="86" w:type="dxa"/>
        </w:tblCellMar>
        <w:tblLook w:firstColumn="1" w:firstRow="1" w:lastColumn="0" w:lastRow="0" w:noHBand="0" w:noVBand="1" w:val="04A0"/>
      </w:tblPr>
      <w:tblGrid>
        <w:gridCol w:w="1440"/>
        <w:gridCol w:w="3528"/>
        <w:gridCol w:w="1800"/>
        <w:gridCol w:w="3168"/>
      </w:tblGrid>
      <w:tr>
        <w:trPr>
          <w:trHeight w:val="547" w:hRule="atLeast"/>
          <w:cantSplit/>
        </w:trPr>
        <w:tc>
          <w:tcPr>
            <w:tcW w:type="dxa" w:w="1440"/>
            <w:vAlign w:val="bottom"/>
          </w:tcPr>
          <w:p>
            <w:pPr>
              <w:spacing w:before="0" w:after="0"/>
              <w:jc w:val="left"/>
            </w:pPr>
            <w:r>
              <w:rPr>
                <w:b/>
                <w:color w:val="5B2C6F"/>
                <w:sz w:val="20"/>
              </w:rPr>
              <w:t>To:</w:t>
            </w:r>
          </w:p>
        </w:tc>
        <w:tc>
          <w:tcPr>
            <w:tcW w:type="dxa" w:w="3528"/>
            <w:tcBorders>
              <w:bottom w:val="single" w:sz="6" w:space="0" w:color="A6A6A6"/>
            </w:tcBorders>
            <w:vAlign w:val="bottom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0"/>
              </w:rPr>
              <w:t>Recipient Name</w:t>
            </w:r>
          </w:p>
        </w:tc>
        <w:tc>
          <w:tcPr>
            <w:tcW w:type="dxa" w:w="1800"/>
            <w:vAlign w:val="bottom"/>
          </w:tcPr>
          <w:p>
            <w:pPr>
              <w:spacing w:before="0" w:after="0"/>
              <w:jc w:val="left"/>
            </w:pPr>
            <w:r>
              <w:rPr>
                <w:b/>
                <w:color w:val="5B2C6F"/>
                <w:sz w:val="20"/>
              </w:rPr>
              <w:t>From:</w:t>
            </w:r>
          </w:p>
        </w:tc>
        <w:tc>
          <w:tcPr>
            <w:tcW w:type="dxa" w:w="3168"/>
            <w:tcBorders>
              <w:bottom w:val="single" w:sz="6" w:space="0" w:color="A6A6A6"/>
            </w:tcBorders>
            <w:vAlign w:val="bottom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0"/>
              </w:rPr>
              <w:t>Your Name</w:t>
            </w:r>
          </w:p>
        </w:tc>
      </w:tr>
      <w:tr>
        <w:trPr>
          <w:trHeight w:val="547" w:hRule="atLeast"/>
          <w:cantSplit/>
        </w:trPr>
        <w:tc>
          <w:tcPr>
            <w:tcW w:type="dxa" w:w="1440"/>
            <w:vAlign w:val="bottom"/>
          </w:tcPr>
          <w:p>
            <w:pPr>
              <w:spacing w:before="0" w:after="0"/>
              <w:jc w:val="left"/>
            </w:pPr>
            <w:r>
              <w:rPr>
                <w:b/>
                <w:color w:val="5B2C6F"/>
                <w:sz w:val="20"/>
              </w:rPr>
              <w:t>Fax:</w:t>
            </w:r>
          </w:p>
        </w:tc>
        <w:tc>
          <w:tcPr>
            <w:tcW w:type="dxa" w:w="3528"/>
            <w:tcBorders>
              <w:bottom w:val="single" w:sz="6" w:space="0" w:color="A6A6A6"/>
            </w:tcBorders>
            <w:vAlign w:val="bottom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0"/>
              </w:rPr>
              <w:t>(000) 000-0000</w:t>
            </w:r>
          </w:p>
        </w:tc>
        <w:tc>
          <w:tcPr>
            <w:tcW w:type="dxa" w:w="1800"/>
            <w:vAlign w:val="bottom"/>
          </w:tcPr>
          <w:p>
            <w:pPr>
              <w:spacing w:before="0" w:after="0"/>
              <w:jc w:val="left"/>
            </w:pPr>
            <w:r>
              <w:rPr>
                <w:b/>
                <w:color w:val="5B2C6F"/>
                <w:sz w:val="20"/>
              </w:rPr>
              <w:t>Fax:</w:t>
            </w:r>
          </w:p>
        </w:tc>
        <w:tc>
          <w:tcPr>
            <w:tcW w:type="dxa" w:w="3168"/>
            <w:tcBorders>
              <w:bottom w:val="single" w:sz="6" w:space="0" w:color="A6A6A6"/>
            </w:tcBorders>
            <w:vAlign w:val="bottom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0"/>
              </w:rPr>
              <w:t>(000) 000-0001</w:t>
            </w:r>
          </w:p>
        </w:tc>
      </w:tr>
      <w:tr>
        <w:trPr>
          <w:trHeight w:val="547" w:hRule="atLeast"/>
          <w:cantSplit/>
        </w:trPr>
        <w:tc>
          <w:tcPr>
            <w:tcW w:type="dxa" w:w="1440"/>
            <w:vAlign w:val="bottom"/>
          </w:tcPr>
          <w:p>
            <w:pPr>
              <w:spacing w:before="0" w:after="0"/>
              <w:jc w:val="left"/>
            </w:pPr>
            <w:r>
              <w:rPr>
                <w:b/>
                <w:color w:val="5B2C6F"/>
                <w:sz w:val="20"/>
              </w:rPr>
              <w:t>Phone:</w:t>
            </w:r>
          </w:p>
        </w:tc>
        <w:tc>
          <w:tcPr>
            <w:tcW w:type="dxa" w:w="3528"/>
            <w:tcBorders>
              <w:bottom w:val="single" w:sz="6" w:space="0" w:color="A6A6A6"/>
            </w:tcBorders>
            <w:vAlign w:val="bottom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0"/>
              </w:rPr>
              <w:t>(000) 000-0000</w:t>
            </w:r>
          </w:p>
        </w:tc>
        <w:tc>
          <w:tcPr>
            <w:tcW w:type="dxa" w:w="1800"/>
            <w:vAlign w:val="bottom"/>
          </w:tcPr>
          <w:p>
            <w:pPr>
              <w:spacing w:before="0" w:after="0"/>
              <w:jc w:val="left"/>
            </w:pPr>
            <w:r>
              <w:rPr>
                <w:b/>
                <w:color w:val="5B2C6F"/>
                <w:sz w:val="20"/>
              </w:rPr>
              <w:t>Phone:</w:t>
            </w:r>
          </w:p>
        </w:tc>
        <w:tc>
          <w:tcPr>
            <w:tcW w:type="dxa" w:w="3168"/>
            <w:tcBorders>
              <w:bottom w:val="single" w:sz="6" w:space="0" w:color="A6A6A6"/>
            </w:tcBorders>
            <w:vAlign w:val="bottom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0"/>
              </w:rPr>
              <w:t>(000) 000-0000</w:t>
            </w:r>
          </w:p>
        </w:tc>
      </w:tr>
      <w:tr>
        <w:trPr>
          <w:trHeight w:val="547" w:hRule="atLeast"/>
          <w:cantSplit/>
        </w:trPr>
        <w:tc>
          <w:tcPr>
            <w:tcW w:type="dxa" w:w="1440"/>
            <w:vAlign w:val="bottom"/>
          </w:tcPr>
          <w:p>
            <w:pPr>
              <w:spacing w:before="0" w:after="0"/>
              <w:jc w:val="left"/>
            </w:pPr>
            <w:r>
              <w:rPr>
                <w:b/>
                <w:color w:val="5B2C6F"/>
                <w:sz w:val="20"/>
              </w:rPr>
              <w:t>Date:</w:t>
            </w:r>
          </w:p>
        </w:tc>
        <w:tc>
          <w:tcPr>
            <w:tcW w:type="dxa" w:w="3528"/>
            <w:tcBorders>
              <w:bottom w:val="single" w:sz="6" w:space="0" w:color="A6A6A6"/>
            </w:tcBorders>
            <w:vAlign w:val="bottom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0"/>
              </w:rPr>
              <w:t>November 10, 2026</w:t>
            </w:r>
          </w:p>
        </w:tc>
        <w:tc>
          <w:tcPr>
            <w:tcW w:type="dxa" w:w="1800"/>
            <w:vAlign w:val="bottom"/>
          </w:tcPr>
          <w:p>
            <w:pPr>
              <w:spacing w:before="0" w:after="0"/>
              <w:jc w:val="left"/>
            </w:pPr>
            <w:r>
              <w:rPr>
                <w:b/>
                <w:color w:val="5B2C6F"/>
                <w:sz w:val="20"/>
              </w:rPr>
              <w:t>Pages:</w:t>
            </w:r>
          </w:p>
        </w:tc>
        <w:tc>
          <w:tcPr>
            <w:tcW w:type="dxa" w:w="3168"/>
            <w:tcBorders>
              <w:bottom w:val="single" w:sz="6" w:space="0" w:color="A6A6A6"/>
            </w:tcBorders>
            <w:vAlign w:val="bottom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0"/>
              </w:rPr>
              <w:t>3 (including cover)</w:t>
            </w:r>
          </w:p>
        </w:tc>
      </w:tr>
      <w:tr>
        <w:trPr>
          <w:trHeight w:val="547" w:hRule="atLeast"/>
          <w:cantSplit/>
        </w:trPr>
        <w:tc>
          <w:tcPr>
            <w:tcW w:type="dxa" w:w="1440"/>
            <w:vAlign w:val="bottom"/>
          </w:tcPr>
          <w:p>
            <w:pPr>
              <w:spacing w:before="0" w:after="0"/>
              <w:jc w:val="left"/>
            </w:pPr>
            <w:r>
              <w:rPr>
                <w:b/>
                <w:color w:val="5B2C6F"/>
                <w:sz w:val="20"/>
              </w:rPr>
              <w:t>Re:</w:t>
            </w:r>
          </w:p>
        </w:tc>
        <w:tc>
          <w:tcPr>
            <w:tcW w:type="dxa" w:w="3528"/>
            <w:tcBorders>
              <w:bottom w:val="single" w:sz="6" w:space="0" w:color="A6A6A6"/>
            </w:tcBorders>
            <w:vAlign w:val="bottom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0"/>
              </w:rPr>
              <w:t>Signed rental application</w:t>
            </w:r>
          </w:p>
        </w:tc>
        <w:tc>
          <w:tcPr>
            <w:tcW w:type="dxa" w:w="1800"/>
            <w:vAlign w:val="bottom"/>
          </w:tcPr>
          <w:p>
            <w:pPr>
              <w:spacing w:before="0" w:after="0"/>
              <w:jc w:val="left"/>
            </w:pPr>
            <w:r>
              <w:rPr>
                <w:b/>
                <w:color w:val="5B2C6F"/>
                <w:sz w:val="20"/>
              </w:rPr>
            </w:r>
          </w:p>
        </w:tc>
        <w:tc>
          <w:tcPr>
            <w:tcW w:type="dxa" w:w="3168"/>
            <w:tcBorders>
              <w:bottom w:val="single" w:sz="6" w:space="0" w:color="A6A6A6"/>
            </w:tcBorders>
            <w:vAlign w:val="bottom"/>
          </w:tcPr>
          <w:p/>
        </w:tc>
      </w:tr>
    </w:tbl>
    <w:p>
      <w:pPr>
        <w:spacing w:before="0" w:after="0" w:line="280" w:lineRule="exact"/>
        <w:jc w:val="left"/>
        <w:rPr>
          <w:sz w:val="22"/>
        </w:rPr>
      </w:pPr>
      <w:r>
        <w:rPr>
          <w:sz w:val="22"/>
        </w:rPr>
      </w:r>
    </w:p>
    <w:p>
      <w:pPr>
        <w:spacing w:before="0" w:after="80"/>
        <w:jc w:val="left"/>
      </w:pPr>
      <w:sdt>
        <w:sdtPr>
          <w:rPr>
            <w:rFonts w:ascii="MS Gothic" w:eastAsia="MS Gothic" w:hAnsi="MS Gothic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cs="MS Gothic" w:eastAsia="MS Gothic"/>
              <w:color w:val="5B2C6F"/>
              <w:sz w:val="22"/>
            </w:rPr>
            <w:t>☐</w:t>
          </w:r>
        </w:sdtContent>
      </w:sdt>
      <w:r>
        <w:rPr>
          <w:color w:val="262626"/>
          <w:sz w:val="20"/>
        </w:rPr>
        <w:t xml:space="preserve"> Urgent     </w:t>
      </w:r>
      <w:sdt>
        <w:sdtPr>
          <w:rPr>
            <w:rFonts w:ascii="MS Gothic" w:eastAsia="MS Gothic" w:hAnsi="MS Gothic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cs="MS Gothic" w:eastAsia="MS Gothic"/>
              <w:color w:val="5B2C6F"/>
              <w:sz w:val="22"/>
            </w:rPr>
            <w:t>☐</w:t>
          </w:r>
        </w:sdtContent>
      </w:sdt>
      <w:r>
        <w:rPr>
          <w:color w:val="262626"/>
          <w:sz w:val="20"/>
        </w:rPr>
        <w:t xml:space="preserve"> Please Reply     </w:t>
      </w:r>
      <w:sdt>
        <w:sdtPr>
          <w:rPr>
            <w:rFonts w:ascii="MS Gothic" w:eastAsia="MS Gothic" w:hAnsi="MS Gothic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cs="MS Gothic" w:eastAsia="MS Gothic"/>
              <w:color w:val="5B2C6F"/>
              <w:sz w:val="22"/>
            </w:rPr>
            <w:t>☐</w:t>
          </w:r>
        </w:sdtContent>
      </w:sdt>
      <w:r>
        <w:rPr>
          <w:color w:val="262626"/>
          <w:sz w:val="20"/>
        </w:rPr>
        <w:t xml:space="preserve"> Please Sign     </w:t>
      </w:r>
      <w:sdt>
        <w:sdtPr>
          <w:rPr>
            <w:rFonts w:ascii="MS Gothic" w:eastAsia="MS Gothic" w:hAnsi="MS Gothic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cs="MS Gothic" w:eastAsia="MS Gothic"/>
              <w:color w:val="5B2C6F"/>
              <w:sz w:val="22"/>
            </w:rPr>
            <w:t>☐</w:t>
          </w:r>
        </w:sdtContent>
      </w:sdt>
      <w:r>
        <w:rPr>
          <w:color w:val="262626"/>
          <w:sz w:val="20"/>
        </w:rPr>
        <w:t xml:space="preserve"> For Your Information     </w:t>
      </w:r>
    </w:p>
    <w:p>
      <w:pPr>
        <w:spacing w:before="0" w:after="0" w:line="160" w:lineRule="exact"/>
        <w:jc w:val="left"/>
        <w:rPr>
          <w:sz w:val="12"/>
        </w:rPr>
      </w:pPr>
      <w:r>
        <w:rPr>
          <w:sz w:val="12"/>
        </w:rPr>
      </w:r>
    </w:p>
    <w:tbl>
      <w:tblPr>
        <w:tblW w:w="9936" w:type="dxa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nil"/>
          <w:insideV w:val="nil"/>
        </w:tblBorders>
        <w:tblLayout w:type="fixed"/>
        <w:tblCellMar>
          <w:top w:w="172" w:type="dxa"/>
          <w:left w:w="259" w:type="dxa"/>
          <w:bottom w:w="172" w:type="dxa"/>
          <w:right w:w="259" w:type="dxa"/>
        </w:tblCellMar>
        <w:tblLook w:firstColumn="1" w:firstRow="1" w:lastColumn="0" w:lastRow="0" w:noHBand="0" w:noVBand="1" w:val="04A0"/>
      </w:tblPr>
      <w:tblGrid>
        <w:gridCol w:w="9936"/>
      </w:tblGrid>
      <w:tr>
        <w:trPr>
          <w:trHeight w:val="4320" w:hRule="exact"/>
          <w:cantSplit/>
        </w:trPr>
        <w:tc>
          <w:tcPr>
            <w:tcW w:type="dxa" w:w="9936"/>
            <w:shd w:val="clear" w:color="auto" w:fill="F7F2FA"/>
          </w:tcPr>
          <w:p>
            <w:pPr>
              <w:spacing w:before="0" w:after="120"/>
              <w:jc w:val="left"/>
            </w:pPr>
            <w:r>
              <w:rPr>
                <w:b/>
                <w:color w:val="5B2C6F"/>
                <w:sz w:val="21"/>
              </w:rPr>
              <w:t>Comments / Message</w:t>
            </w:r>
          </w:p>
          <w:p>
            <w:pPr>
              <w:spacing w:before="0" w:after="120" w:line="300" w:lineRule="auto"/>
              <w:jc w:val="left"/>
            </w:pPr>
            <w:r>
              <w:rPr>
                <w:color w:val="333333"/>
                <w:sz w:val="21"/>
              </w:rPr>
              <w:t>Hi,</w:t>
            </w:r>
          </w:p>
          <w:p>
            <w:pPr>
              <w:spacing w:before="0" w:after="120" w:line="300" w:lineRule="auto"/>
              <w:jc w:val="left"/>
            </w:pPr>
            <w:r>
              <w:rPr>
                <w:color w:val="333333"/>
                <w:sz w:val="21"/>
              </w:rPr>
              <w:t>Attached is my signed rental application with a copy of my ID and proof of income. Please let me know if you need anything else.</w:t>
            </w:r>
          </w:p>
          <w:p>
            <w:pPr>
              <w:spacing w:before="0" w:after="120" w:line="300" w:lineRule="auto"/>
              <w:jc w:val="left"/>
            </w:pPr>
            <w:r>
              <w:rPr>
                <w:color w:val="333333"/>
                <w:sz w:val="21"/>
              </w:rPr>
              <w:t>Thank you,</w:t>
              <w:br/>
              <w:t>Your Name</w:t>
            </w:r>
          </w:p>
        </w:tc>
      </w:tr>
    </w:tbl>
    <w:p>
      <w:pPr>
        <w:spacing w:before="0" w:after="0" w:line="200" w:lineRule="exact"/>
        <w:jc w:val="left"/>
        <w:rPr>
          <w:sz w:val="16"/>
        </w:rPr>
      </w:pPr>
      <w:r>
        <w:rPr>
          <w:sz w:val="16"/>
        </w:rPr>
      </w:r>
    </w:p>
    <w:p>
      <w:pPr>
        <w:spacing w:before="120" w:after="0" w:line="264" w:lineRule="auto"/>
        <w:jc w:val="left"/>
      </w:pPr>
      <w:r>
        <w:rPr>
          <w:i/>
          <w:color w:val="8C8C8C"/>
          <w:sz w:val="17"/>
        </w:rPr>
        <w:t>If you did not receive all pages or the transmission is unclear, please call (000) 000-0000 as soon as possible.</w:t>
      </w:r>
    </w:p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864" w:right="1152" w:bottom="864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Fax Cover Sheet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