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16" w:type="dxa"/>
          <w:left w:w="432" w:type="dxa"/>
          <w:bottom w:w="316" w:type="dxa"/>
          <w:right w:w="432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5D4037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pacing w:val="50"/>
                <w:sz w:val="19"/>
              </w:rPr>
              <w:t>HUMAN RESOURCES / PAYROLL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38"/>
              </w:rPr>
              <w:t>Payroll Deduction Authorization Form</w:t>
            </w:r>
          </w:p>
          <w:p>
            <w:pPr>
              <w:spacing w:before="60" w:after="0" w:line="276" w:lineRule="auto"/>
              <w:jc w:val="left"/>
            </w:pPr>
            <w:r>
              <w:rPr>
                <w:color w:val="E8E8E8"/>
                <w:sz w:val="19"/>
              </w:rPr>
              <w:t>Use this form to authorize a voluntary deduction from your pay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5D4037"/>
        </w:pBdr>
        <w:spacing w:before="200" w:after="80"/>
        <w:jc w:val="left"/>
      </w:pPr>
      <w:r>
        <w:rPr>
          <w:b/>
          <w:color w:val="5D4037"/>
          <w:spacing w:val="20"/>
          <w:sz w:val="23"/>
        </w:rPr>
        <w:t>EMPLOYEE INFORMATION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3384"/>
        <w:gridCol w:w="1944"/>
        <w:gridCol w:w="33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EFEB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D4037"/>
                <w:sz w:val="18"/>
              </w:rPr>
              <w:t>Employee Name</w:t>
            </w:r>
          </w:p>
        </w:tc>
        <w:tc>
          <w:tcPr>
            <w:tcW w:type="dxa" w:w="3384"/>
            <w:vAlign w:val="center"/>
          </w:tcPr>
          <w:p/>
        </w:tc>
        <w:tc>
          <w:tcPr>
            <w:tcW w:type="dxa" w:w="1944"/>
            <w:shd w:val="clear" w:color="auto" w:fill="EFEB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D4037"/>
                <w:sz w:val="18"/>
              </w:rPr>
              <w:t>Employee ID</w:t>
            </w:r>
          </w:p>
        </w:tc>
        <w:tc>
          <w:tcPr>
            <w:tcW w:type="dxa" w:w="3384"/>
            <w:vAlign w:val="center"/>
          </w:tcPr>
          <w:p/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EFEB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D4037"/>
                <w:sz w:val="18"/>
              </w:rPr>
              <w:t>Department</w:t>
            </w:r>
          </w:p>
        </w:tc>
        <w:tc>
          <w:tcPr>
            <w:tcW w:type="dxa" w:w="3384"/>
            <w:vAlign w:val="center"/>
          </w:tcPr>
          <w:p/>
        </w:tc>
        <w:tc>
          <w:tcPr>
            <w:tcW w:type="dxa" w:w="1944"/>
            <w:shd w:val="clear" w:color="auto" w:fill="EFEB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D4037"/>
                <w:sz w:val="18"/>
              </w:rPr>
              <w:t>Job Title</w:t>
            </w:r>
          </w:p>
        </w:tc>
        <w:tc>
          <w:tcPr>
            <w:tcW w:type="dxa" w:w="3384"/>
            <w:vAlign w:val="center"/>
          </w:tcPr>
          <w:p/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EFEB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D4037"/>
                <w:sz w:val="18"/>
              </w:rPr>
              <w:t>Phone</w:t>
            </w:r>
          </w:p>
        </w:tc>
        <w:tc>
          <w:tcPr>
            <w:tcW w:type="dxa" w:w="3384"/>
            <w:vAlign w:val="center"/>
          </w:tcPr>
          <w:p/>
        </w:tc>
        <w:tc>
          <w:tcPr>
            <w:tcW w:type="dxa" w:w="1944"/>
            <w:shd w:val="clear" w:color="auto" w:fill="EFEB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D4037"/>
                <w:sz w:val="18"/>
              </w:rPr>
              <w:t>Email</w:t>
            </w:r>
          </w:p>
        </w:tc>
        <w:tc>
          <w:tcPr>
            <w:tcW w:type="dxa" w:w="3384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5D4037"/>
        </w:pBdr>
        <w:spacing w:before="200" w:after="80"/>
        <w:jc w:val="left"/>
      </w:pPr>
      <w:r>
        <w:rPr>
          <w:b/>
          <w:color w:val="5D4037"/>
          <w:spacing w:val="20"/>
          <w:sz w:val="23"/>
        </w:rPr>
        <w:t>DEDUCTION DETAILS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86" w:type="dxa"/>
          <w:bottom w:w="43" w:type="dxa"/>
          <w:right w:w="86" w:type="dxa"/>
        </w:tblCellMar>
        <w:tblLook w:firstColumn="1" w:firstRow="1" w:lastColumn="0" w:lastRow="0" w:noHBand="0" w:noVBand="1" w:val="04A0"/>
      </w:tblPr>
      <w:tblGrid>
        <w:gridCol w:w="3795"/>
        <w:gridCol w:w="2043"/>
        <w:gridCol w:w="2919"/>
        <w:gridCol w:w="1897"/>
      </w:tblGrid>
      <w:tr>
        <w:tc>
          <w:tcPr>
            <w:tcW w:type="dxa" w:w="3795"/>
            <w:shd w:val="clear" w:color="auto" w:fill="5D4037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8"/>
              </w:rPr>
              <w:t>Deduction Type</w:t>
            </w:r>
          </w:p>
        </w:tc>
        <w:tc>
          <w:tcPr>
            <w:tcW w:type="dxa" w:w="2044"/>
            <w:shd w:val="clear" w:color="auto" w:fill="5D403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Amount or %</w:t>
            </w:r>
          </w:p>
        </w:tc>
        <w:tc>
          <w:tcPr>
            <w:tcW w:type="dxa" w:w="2919"/>
            <w:shd w:val="clear" w:color="auto" w:fill="5D403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Per Pay Period / One-Time</w:t>
            </w:r>
          </w:p>
        </w:tc>
        <w:tc>
          <w:tcPr>
            <w:tcW w:type="dxa" w:w="1898"/>
            <w:shd w:val="clear" w:color="auto" w:fill="5D4037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18"/>
              </w:rPr>
              <w:t>Start Date</w:t>
            </w:r>
          </w:p>
        </w:tc>
      </w:tr>
      <w:tr>
        <w:trPr>
          <w:trHeight w:val="403" w:hRule="atLeast"/>
          <w:cantSplit/>
        </w:trPr>
        <w:tc>
          <w:tcPr>
            <w:tcW w:type="dxa" w:w="379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Retirement plan (401k)</w:t>
            </w:r>
          </w:p>
        </w:tc>
        <w:tc>
          <w:tcPr>
            <w:tcW w:type="dxa" w:w="2044"/>
            <w:vAlign w:val="center"/>
          </w:tcPr>
          <w:p/>
        </w:tc>
        <w:tc>
          <w:tcPr>
            <w:tcW w:type="dxa" w:w="2919"/>
            <w:vAlign w:val="center"/>
          </w:tcPr>
          <w:p/>
        </w:tc>
        <w:tc>
          <w:tcPr>
            <w:tcW w:type="dxa" w:w="1898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3795"/>
            <w:shd w:val="clear" w:color="auto" w:fill="EFEBE9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Health savings account</w:t>
            </w:r>
          </w:p>
        </w:tc>
        <w:tc>
          <w:tcPr>
            <w:tcW w:type="dxa" w:w="2044"/>
            <w:shd w:val="clear" w:color="auto" w:fill="EFEBE9"/>
            <w:vAlign w:val="center"/>
          </w:tcPr>
          <w:p/>
        </w:tc>
        <w:tc>
          <w:tcPr>
            <w:tcW w:type="dxa" w:w="2919"/>
            <w:shd w:val="clear" w:color="auto" w:fill="EFEBE9"/>
            <w:vAlign w:val="center"/>
          </w:tcPr>
          <w:p/>
        </w:tc>
        <w:tc>
          <w:tcPr>
            <w:tcW w:type="dxa" w:w="1898"/>
            <w:shd w:val="clear" w:color="auto" w:fill="EFEBE9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379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8"/>
              </w:rPr>
              <w:t>Charitable donation</w:t>
            </w:r>
          </w:p>
        </w:tc>
        <w:tc>
          <w:tcPr>
            <w:tcW w:type="dxa" w:w="2044"/>
            <w:vAlign w:val="center"/>
          </w:tcPr>
          <w:p/>
        </w:tc>
        <w:tc>
          <w:tcPr>
            <w:tcW w:type="dxa" w:w="2919"/>
            <w:vAlign w:val="center"/>
          </w:tcPr>
          <w:p/>
        </w:tc>
        <w:tc>
          <w:tcPr>
            <w:tcW w:type="dxa" w:w="1898"/>
            <w:vAlign w:val="center"/>
          </w:tcPr>
          <w:p/>
        </w:tc>
      </w:tr>
      <w:tr>
        <w:trPr>
          <w:trHeight w:val="403" w:hRule="atLeast"/>
          <w:cantSplit/>
        </w:trPr>
        <w:tc>
          <w:tcPr>
            <w:tcW w:type="dxa" w:w="3795"/>
            <w:shd w:val="clear" w:color="auto" w:fill="EFEBE9"/>
            <w:vAlign w:val="center"/>
          </w:tcPr>
          <w:p/>
        </w:tc>
        <w:tc>
          <w:tcPr>
            <w:tcW w:type="dxa" w:w="2044"/>
            <w:shd w:val="clear" w:color="auto" w:fill="EFEBE9"/>
            <w:vAlign w:val="center"/>
          </w:tcPr>
          <w:p/>
        </w:tc>
        <w:tc>
          <w:tcPr>
            <w:tcW w:type="dxa" w:w="2919"/>
            <w:shd w:val="clear" w:color="auto" w:fill="EFEBE9"/>
            <w:vAlign w:val="center"/>
          </w:tcPr>
          <w:p/>
        </w:tc>
        <w:tc>
          <w:tcPr>
            <w:tcW w:type="dxa" w:w="1898"/>
            <w:shd w:val="clear" w:color="auto" w:fill="EFEBE9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5D4037"/>
        </w:pBdr>
        <w:spacing w:before="200" w:after="80"/>
        <w:jc w:val="left"/>
      </w:pPr>
      <w:r>
        <w:rPr>
          <w:b/>
          <w:color w:val="5D4037"/>
          <w:spacing w:val="20"/>
          <w:sz w:val="23"/>
        </w:rPr>
        <w:t>REASON / NOTES</w:t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rPr>
          <w:trHeight w:val="432" w:hRule="exact"/>
          <w:cantSplit/>
        </w:trPr>
        <w:tc>
          <w:tcPr>
            <w:tcW w:type="dxa" w:w="10656"/>
            <w:tcBorders>
              <w:bottom w:val="single" w:sz="4" w:space="0" w:color="BFBFBF"/>
            </w:tcBorders>
          </w:tcPr>
          <w:p/>
        </w:tc>
      </w:tr>
      <w:tr>
        <w:trPr>
          <w:trHeight w:val="432" w:hRule="exact"/>
          <w:cantSplit/>
        </w:trPr>
        <w:tc>
          <w:tcPr>
            <w:tcW w:type="dxa" w:w="10656"/>
            <w:tcBorders>
              <w:bottom w:val="single" w:sz="4" w:space="0" w:color="BFBFBF"/>
            </w:tcBorders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before="0" w:after="80" w:line="276" w:lineRule="auto"/>
        <w:jc w:val="left"/>
      </w:pPr>
      <w:r>
        <w:rPr>
          <w:color w:val="262626"/>
          <w:sz w:val="20"/>
        </w:rPr>
        <w:t>I authorize my employer to deduct the amounts above from my wages. This authorization stays in effect until I cancel it in writing. I understand that deductions will not reduce my pay below the legal minimum wage.</w:t>
      </w:r>
    </w:p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1065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Employee Signature</w:t>
            </w:r>
          </w:p>
        </w:tc>
        <w:tc>
          <w:tcPr>
            <w:tcW w:type="dxa" w:w="5328"/>
          </w:tcPr>
          <w:p>
            <w:pPr>
              <w:spacing w:before="0" w:after="0" w:line="520" w:lineRule="exact"/>
              <w:jc w:val="left"/>
              <w:rPr>
                <w:sz w:val="41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Date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pBdr>
          <w:bottom w:val="single" w:sz="6" w:space="2" w:color="5D4037"/>
        </w:pBdr>
        <w:spacing w:before="200" w:after="80"/>
        <w:jc w:val="left"/>
      </w:pPr>
      <w:r>
        <w:rPr>
          <w:b/>
          <w:color w:val="5D4037"/>
          <w:spacing w:val="20"/>
          <w:sz w:val="23"/>
        </w:rPr>
        <w:t>FOR PAYROLL USE ONLY</w:t>
      </w:r>
    </w:p>
    <w:tbl>
      <w:tblPr>
        <w:tblW w:w="10656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4" w:space="0" w:color="A6A6A6"/>
          <w:insideV w:val="single" w:sz="4" w:space="0" w:color="A6A6A6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1944"/>
        <w:gridCol w:w="3384"/>
        <w:gridCol w:w="1944"/>
        <w:gridCol w:w="3384"/>
      </w:tblGrid>
      <w:tr>
        <w:trPr>
          <w:trHeight w:val="432" w:hRule="atLeast"/>
          <w:cantSplit/>
        </w:trPr>
        <w:tc>
          <w:tcPr>
            <w:tcW w:type="dxa" w:w="1944"/>
            <w:shd w:val="clear" w:color="auto" w:fill="EFEB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D4037"/>
                <w:sz w:val="18"/>
              </w:rPr>
              <w:t>Received By</w:t>
            </w:r>
          </w:p>
        </w:tc>
        <w:tc>
          <w:tcPr>
            <w:tcW w:type="dxa" w:w="3384"/>
            <w:vAlign w:val="center"/>
          </w:tcPr>
          <w:p/>
        </w:tc>
        <w:tc>
          <w:tcPr>
            <w:tcW w:type="dxa" w:w="1944"/>
            <w:shd w:val="clear" w:color="auto" w:fill="EFEB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D4037"/>
                <w:sz w:val="18"/>
              </w:rPr>
              <w:t>Date Entered</w:t>
            </w:r>
          </w:p>
        </w:tc>
        <w:tc>
          <w:tcPr>
            <w:tcW w:type="dxa" w:w="3384"/>
            <w:vAlign w:val="center"/>
          </w:tcPr>
          <w:p/>
        </w:tc>
      </w:tr>
      <w:tr>
        <w:trPr>
          <w:trHeight w:val="432" w:hRule="atLeast"/>
          <w:cantSplit/>
        </w:trPr>
        <w:tc>
          <w:tcPr>
            <w:tcW w:type="dxa" w:w="1944"/>
            <w:shd w:val="clear" w:color="auto" w:fill="EFEB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D4037"/>
                <w:sz w:val="18"/>
              </w:rPr>
              <w:t>Approved By</w:t>
            </w:r>
          </w:p>
        </w:tc>
        <w:tc>
          <w:tcPr>
            <w:tcW w:type="dxa" w:w="3384"/>
            <w:vAlign w:val="center"/>
          </w:tcPr>
          <w:p/>
        </w:tc>
        <w:tc>
          <w:tcPr>
            <w:tcW w:type="dxa" w:w="1944"/>
            <w:shd w:val="clear" w:color="auto" w:fill="EFEBE9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5D4037"/>
                <w:sz w:val="18"/>
              </w:rPr>
              <w:t>First Pay Date</w:t>
            </w:r>
          </w:p>
        </w:tc>
        <w:tc>
          <w:tcPr>
            <w:tcW w:type="dxa" w:w="3384"/>
            <w:vAlign w:val="center"/>
          </w:tcPr>
          <w:p/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864" w:right="792" w:bottom="864" w:left="79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Deduction Authorization Form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