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>
        <w:rPr>
          <w:b/>
          <w:color w:val="C55A11"/>
          <w:sz w:val="26"/>
        </w:rPr>
        <w:t>1 cm Graph Paper</w:t>
      </w:r>
      <w:r>
        <w:rPr>
          <w:color w:val="7F7F7F"/>
          <w:sz w:val="18"/>
        </w:rPr>
        <w:t xml:space="preserve">     Name: ____________________   Date: __________</w:t>
      </w:r>
    </w:p>
    <w:tbl>
      <w:tblPr>
        <w:tblW w:w="10771" w:type="dxa"/>
        <w:jc w:val="center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2" w:space="0" w:color="F4B183"/>
          <w:insideV w:val="single" w:sz="2" w:space="0" w:color="F4B18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  <w:tr>
        <w:trPr>
          <w:trHeight w:val="567" w:hRule="exact"/>
          <w:cantSplit/>
        </w:trPr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cm Graph Paper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