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192"/>
        <w:gridCol w:w="3456"/>
      </w:tblGrid>
      <w:tr>
        <w:tc>
          <w:tcPr>
            <w:tcW w:type="dxa" w:w="6192"/>
          </w:tcPr>
          <w:p>
            <w:pPr>
              <w:spacing w:before="0" w:after="0"/>
              <w:jc w:val="left"/>
            </w:pPr>
            <w:r>
              <w:rPr>
                <w:b/>
                <w:color w:val="5B2A86"/>
                <w:sz w:val="40"/>
              </w:rPr>
              <w:t>Your Nonprofit Name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7F7F7F"/>
                <w:sz w:val="19"/>
              </w:rPr>
              <w:t>Mission or tagline goes here</w:t>
            </w:r>
          </w:p>
        </w:tc>
        <w:tc>
          <w:tcPr>
            <w:tcW w:type="dxa" w:w="3456"/>
          </w:tcPr>
          <w:p>
            <w:pPr>
              <w:spacing w:before="0" w:after="0"/>
              <w:jc w:val="right"/>
            </w:pPr>
            <w:r>
              <w:rPr>
                <w:color w:val="595959"/>
                <w:sz w:val="18"/>
              </w:rPr>
              <w:t>123 Main Street</w:t>
            </w:r>
          </w:p>
          <w:p>
            <w:pPr>
              <w:spacing w:before="0" w:after="0"/>
              <w:jc w:val="right"/>
            </w:pPr>
            <w:r>
              <w:rPr>
                <w:color w:val="595959"/>
                <w:sz w:val="18"/>
              </w:rPr>
              <w:t>City, State 00000</w:t>
            </w:r>
          </w:p>
          <w:p>
            <w:pPr>
              <w:spacing w:before="0" w:after="0"/>
              <w:jc w:val="right"/>
            </w:pPr>
            <w:r>
              <w:rPr>
                <w:color w:val="595959"/>
                <w:sz w:val="18"/>
              </w:rPr>
              <w:t>(000) 000-0000</w:t>
            </w:r>
          </w:p>
          <w:p>
            <w:pPr>
              <w:spacing w:before="0" w:after="0"/>
              <w:jc w:val="right"/>
            </w:pPr>
            <w:r>
              <w:rPr>
                <w:color w:val="595959"/>
                <w:sz w:val="18"/>
              </w:rPr>
              <w:t>www.yourwebsite.org</w:t>
            </w:r>
          </w:p>
        </w:tc>
      </w:tr>
    </w:tbl>
    <w:p>
      <w:pPr>
        <w:pBdr>
          <w:bottom w:val="single" w:sz="12" w:space="1" w:color="2A9D8F"/>
        </w:pBdr>
        <w:spacing w:before="120" w:after="280"/>
        <w:jc w:val="left"/>
      </w:pPr>
    </w:p>
    <w:p>
      <w:pPr>
        <w:spacing w:before="0" w:after="240"/>
        <w:jc w:val="left"/>
      </w:pPr>
      <w:r>
        <w:t>[Month DD, 2026]</w:t>
      </w:r>
    </w:p>
    <w:p>
      <w:pPr>
        <w:spacing w:before="0" w:after="0"/>
        <w:jc w:val="left"/>
      </w:pPr>
      <w:r>
        <w:t>[Contact Name]</w:t>
      </w:r>
    </w:p>
    <w:p>
      <w:pPr>
        <w:spacing w:before="0" w:after="0"/>
        <w:jc w:val="left"/>
      </w:pPr>
      <w:r>
        <w:t>[Title]</w:t>
      </w:r>
    </w:p>
    <w:p>
      <w:pPr>
        <w:spacing w:before="0" w:after="0"/>
        <w:jc w:val="left"/>
      </w:pPr>
      <w:r>
        <w:t>[Company Name]</w:t>
      </w:r>
    </w:p>
    <w:p>
      <w:pPr>
        <w:spacing w:before="0" w:after="0"/>
        <w:jc w:val="left"/>
      </w:pPr>
      <w:r>
        <w:t>[Street Address]</w:t>
      </w:r>
    </w:p>
    <w:p>
      <w:pPr>
        <w:spacing w:before="0" w:after="0"/>
        <w:jc w:val="left"/>
      </w:pPr>
      <w:r>
        <w:t>[City, State ZIP]</w:t>
      </w:r>
    </w:p>
    <w:p>
      <w:pPr>
        <w:spacing w:before="240" w:after="200"/>
        <w:jc w:val="left"/>
      </w:pPr>
      <w:r>
        <w:rPr>
          <w:b/>
        </w:rPr>
        <w:t>Subject: Charity Fundraiser Sponsorship Proposal</w:t>
      </w:r>
    </w:p>
    <w:p>
      <w:pPr>
        <w:spacing w:before="0" w:after="160"/>
        <w:jc w:val="left"/>
      </w:pPr>
      <w:r>
        <w:t>Dear [Contact Name],</w:t>
      </w:r>
    </w:p>
    <w:p>
      <w:pPr>
        <w:spacing w:before="0" w:after="160" w:line="288" w:lineRule="auto"/>
        <w:jc w:val="both"/>
      </w:pPr>
      <w:r>
        <w:t>On [date], Your Nonprofit Name will host [Event Name], our annual fundraiser supporting [cause]. Last year the event raised $[amount], which helped [impact, e.g. provide 2,000 meals to local families]. This year our goal is $[goal].</w:t>
      </w:r>
    </w:p>
    <w:p>
      <w:pPr>
        <w:spacing w:before="0" w:after="160" w:line="288" w:lineRule="auto"/>
        <w:jc w:val="both"/>
      </w:pPr>
      <w:r>
        <w:t>We would be honored to have [Company Name] join us as a sponsor. Sponsors are recognized in front of [number] guests, in local media coverage and across our newsletter, which reaches more than [number] supporters.</w:t>
      </w:r>
    </w:p>
    <w:tbl>
      <w:tblPr>
        <w:tblW w:w="964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4" w:type="dxa"/>
          <w:left w:w="288" w:type="dxa"/>
          <w:bottom w:w="144" w:type="dxa"/>
          <w:right w:w="288" w:type="dxa"/>
        </w:tblCellMar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tcBorders>
              <w:left w:val="single" w:sz="24" w:space="0" w:color="2A9D8F"/>
            </w:tcBorders>
            <w:shd w:val="clear" w:color="auto" w:fill="F5F7FA"/>
          </w:tcPr>
          <w:p>
            <w:pPr>
              <w:spacing w:before="0" w:after="60"/>
              <w:jc w:val="left"/>
            </w:pPr>
            <w:r>
              <w:rPr>
                <w:b/>
                <w:color w:val="5B2A86"/>
                <w:spacing w:val="40"/>
                <w:sz w:val="18"/>
              </w:rPr>
              <w:t>OUR REQUEST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A9D8F"/>
              </w:rPr>
              <w:t xml:space="preserve">•  </w:t>
            </w:r>
            <w:r>
              <w:rPr>
                <w:sz w:val="21"/>
              </w:rPr>
              <w:t>Presenting Sponsor – $5,000: naming rights, table for 10, stage recognition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A9D8F"/>
              </w:rPr>
              <w:t xml:space="preserve">•  </w:t>
            </w:r>
            <w:r>
              <w:rPr>
                <w:sz w:val="21"/>
              </w:rPr>
              <w:t>Community Sponsor – $2,500: table for 6, logo on signage and program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A9D8F"/>
              </w:rPr>
              <w:t xml:space="preserve">•  </w:t>
            </w:r>
            <w:r>
              <w:rPr>
                <w:sz w:val="21"/>
              </w:rPr>
              <w:t>Friend Sponsor – $1,000: 2 tickets, name in program and on website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</w:p>
    <w:p>
      <w:pPr>
        <w:spacing w:before="0" w:after="160" w:line="288" w:lineRule="auto"/>
        <w:jc w:val="left"/>
      </w:pPr>
      <w:r>
        <w:t>Thank you for considering this opportunity. I will follow up next week, and I am happy to answer any questions in the meantime.</w:t>
      </w:r>
    </w:p>
    <w:p>
      <w:pPr>
        <w:spacing w:before="0" w:after="600"/>
        <w:jc w:val="left"/>
      </w:pPr>
      <w:r>
        <w:t>Sincerely,</w:t>
      </w:r>
    </w:p>
    <w:p>
      <w:pPr>
        <w:spacing w:before="0" w:after="0"/>
        <w:jc w:val="left"/>
      </w:pPr>
      <w:r>
        <w:rPr>
          <w:b/>
        </w:rPr>
        <w:t>Your Name, Development Director</w:t>
      </w:r>
    </w:p>
    <w:p>
      <w:pPr>
        <w:spacing w:before="0" w:after="0"/>
        <w:jc w:val="left"/>
      </w:pPr>
      <w:r>
        <w:rPr>
          <w:color w:val="595959"/>
        </w:rPr>
        <w:t>Your Nonprofit Name</w:t>
      </w:r>
    </w:p>
    <w:sectPr w:rsidR="00FC693F" w:rsidRPr="0006063C" w:rsidSect="00034616">
      <w:pgSz w:w="12240" w:h="15840"/>
      <w:pgMar w:top="1296" w:right="1296" w:bottom="1296" w:left="129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Charity Fundraiser Sponsorship Proposal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