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single" w:sz="8" w:space="0" w:color="7F0000"/>
          <w:left w:val="single" w:sz="8" w:space="0" w:color="7F0000"/>
          <w:bottom w:val="single" w:sz="8" w:space="0" w:color="7F0000"/>
          <w:right w:val="single" w:sz="8" w:space="0" w:color="7F000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4392" w:hRule="exact"/>
          <w:cantSplit/>
        </w:trPr>
        <w:tc>
          <w:tcPr>
            <w:tcW w:type="dxa" w:w="7992"/>
            <w:tcBorders>
              <w:right w:val="dashed" w:sz="12" w:space="0" w:color="FFC107"/>
            </w:tcBorders>
            <w:shd w:val="clear" w:color="auto" w:fill="B71C1C"/>
            <w:tcMar>
              <w:top w:w="172" w:type="dxa"/>
              <w:left w:w="432" w:type="dxa"/>
              <w:bottom w:w="172" w:type="dxa"/>
              <w:right w:w="36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C107"/>
                <w:spacing w:val="40"/>
                <w:sz w:val="17"/>
              </w:rPr>
              <w:t>★ ★ ★  NOW SHOWING  ★ ★ ★</w:t>
            </w:r>
          </w:p>
          <w:p>
            <w:pPr>
              <w:spacing w:before="40" w:after="0" w:line="228" w:lineRule="auto"/>
              <w:jc w:val="left"/>
            </w:pPr>
            <w:r>
              <w:rPr>
                <w:b/>
                <w:color w:val="FFFFFF"/>
                <w:sz w:val="68"/>
              </w:rPr>
              <w:t>MOVIE NIGHT</w:t>
            </w:r>
          </w:p>
          <w:p>
            <w:pPr>
              <w:spacing w:before="0" w:after="160"/>
              <w:jc w:val="left"/>
            </w:pPr>
            <w:r>
              <w:rPr>
                <w:i/>
                <w:color w:val="FFE0E0"/>
                <w:sz w:val="21"/>
              </w:rPr>
              <w:t>Popcorn, snacks and a backyard big-screen classic</w:t>
            </w:r>
          </w:p>
          <w:tbl>
            <w:tblPr>
              <w:tblW w:w="7272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2304"/>
              <w:gridCol w:w="2520"/>
              <w:gridCol w:w="2448"/>
            </w:tblGrid>
            <w:tr>
              <w:tc>
                <w:tcPr>
                  <w:tcW w:type="dxa" w:w="230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C107"/>
                      <w:spacing w:val="30"/>
                      <w:sz w:val="15"/>
                    </w:rPr>
                    <w:t>DATE</w:t>
                  </w:r>
                </w:p>
              </w:tc>
              <w:tc>
                <w:tcPr>
                  <w:tcW w:type="dxa" w:w="252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C107"/>
                      <w:spacing w:val="30"/>
                      <w:sz w:val="15"/>
                    </w:rPr>
                    <w:t>SHOWTIME</w:t>
                  </w:r>
                </w:p>
              </w:tc>
              <w:tc>
                <w:tcPr>
                  <w:tcW w:type="dxa" w:w="244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C107"/>
                      <w:spacing w:val="30"/>
                      <w:sz w:val="15"/>
                    </w:rPr>
                    <w:t>FEATURE</w:t>
                  </w:r>
                </w:p>
              </w:tc>
            </w:tr>
            <w:tr>
              <w:tc>
                <w:tcPr>
                  <w:tcW w:type="dxa" w:w="230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Fri, Nov 20, 2026</w:t>
                  </w:r>
                </w:p>
              </w:tc>
              <w:tc>
                <w:tcPr>
                  <w:tcW w:type="dxa" w:w="252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7:30 PM</w:t>
                  </w:r>
                </w:p>
              </w:tc>
              <w:tc>
                <w:tcPr>
                  <w:tcW w:type="dxa" w:w="244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Family Favorite</w:t>
                  </w:r>
                </w:p>
              </w:tc>
            </w:tr>
          </w:tbl>
          <w:p>
            <w:pPr>
              <w:spacing w:before="160" w:after="0"/>
              <w:jc w:val="left"/>
            </w:pPr>
            <w:r>
              <w:rPr>
                <w:color w:val="FFE0E0"/>
                <w:sz w:val="18"/>
              </w:rPr>
              <w:t>The Miller Backyard  •  42 Oak Lane, City  •  Bring a blanket!</w:t>
            </w:r>
          </w:p>
          <w:p>
            <w:pPr>
              <w:spacing w:before="60" w:after="0"/>
              <w:jc w:val="left"/>
            </w:pPr>
            <w:r>
              <w:rPr>
                <w:color w:val="FFC107"/>
                <w:sz w:val="17"/>
              </w:rPr>
              <w:t>RSVP to Kate by Nov 16  •  (000) 000-0000</w:t>
            </w:r>
          </w:p>
        </w:tc>
        <w:tc>
          <w:tcPr>
            <w:tcW w:type="dxa" w:w="2808"/>
            <w:shd w:val="clear" w:color="auto" w:fill="FFF8E1"/>
            <w:tcMar>
              <w:top w:w="172" w:type="dxa"/>
              <w:left w:w="259" w:type="dxa"/>
              <w:bottom w:w="172" w:type="dxa"/>
              <w:right w:w="259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B71C1C"/>
                <w:spacing w:val="60"/>
                <w:sz w:val="20"/>
              </w:rPr>
              <w:t>ADMIT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B71C1C"/>
                <w:sz w:val="60"/>
              </w:rPr>
              <w:t>ONE</w:t>
            </w:r>
          </w:p>
          <w:p>
            <w:pPr>
              <w:pBdr>
                <w:bottom w:val="single" w:sz="6" w:space="1" w:color="B71C1C"/>
              </w:pBdr>
              <w:spacing w:before="80" w:after="8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b/>
                <w:color w:val="333333"/>
                <w:sz w:val="20"/>
              </w:rPr>
              <w:t>Movie Night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8"/>
              </w:rPr>
              <w:t>Nov 20  •  7:30 PM</w:t>
            </w:r>
          </w:p>
          <w:p>
            <w:pPr>
              <w:spacing w:before="120" w:after="0"/>
              <w:jc w:val="center"/>
            </w:pPr>
            <w:r>
              <w:rPr>
                <w:color w:val="595959"/>
                <w:sz w:val="18"/>
              </w:rPr>
              <w:t>Seat ____</w:t>
            </w:r>
          </w:p>
          <w:p>
            <w:pPr>
              <w:spacing w:before="80" w:after="0"/>
              <w:jc w:val="center"/>
            </w:pPr>
            <w:r>
              <w:rPr>
                <w:b/>
                <w:color w:val="B71C1C"/>
                <w:sz w:val="18"/>
              </w:rPr>
              <w:t>No. 0001</w:t>
            </w:r>
          </w:p>
        </w:tc>
      </w:tr>
    </w:tbl>
    <w:p>
      <w:pPr>
        <w:spacing w:before="120" w:after="120"/>
        <w:jc w:val="center"/>
      </w:pPr>
      <w:r>
        <w:rPr>
          <w:i/>
          <w:color w:val="A6A6A6"/>
          <w:sz w:val="15"/>
        </w:rPr>
        <w:t>✂  cut along the outer edge</w:t>
      </w:r>
    </w:p>
    <w:tbl>
      <w:tblPr>
        <w:tblW w:w="10800" w:type="dxa"/>
        <w:jc w:val="center"/>
        <w:tblBorders>
          <w:top w:val="single" w:sz="8" w:space="0" w:color="7F0000"/>
          <w:left w:val="single" w:sz="8" w:space="0" w:color="7F0000"/>
          <w:bottom w:val="single" w:sz="8" w:space="0" w:color="7F0000"/>
          <w:right w:val="single" w:sz="8" w:space="0" w:color="7F000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4392" w:hRule="exact"/>
          <w:cantSplit/>
        </w:trPr>
        <w:tc>
          <w:tcPr>
            <w:tcW w:type="dxa" w:w="7992"/>
            <w:tcBorders>
              <w:right w:val="dashed" w:sz="12" w:space="0" w:color="FFC107"/>
            </w:tcBorders>
            <w:shd w:val="clear" w:color="auto" w:fill="B71C1C"/>
            <w:tcMar>
              <w:top w:w="172" w:type="dxa"/>
              <w:left w:w="432" w:type="dxa"/>
              <w:bottom w:w="172" w:type="dxa"/>
              <w:right w:w="36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C107"/>
                <w:spacing w:val="40"/>
                <w:sz w:val="17"/>
              </w:rPr>
              <w:t>★ ★ ★  NOW SHOWING  ★ ★ ★</w:t>
            </w:r>
          </w:p>
          <w:p>
            <w:pPr>
              <w:spacing w:before="40" w:after="0" w:line="228" w:lineRule="auto"/>
              <w:jc w:val="left"/>
            </w:pPr>
            <w:r>
              <w:rPr>
                <w:b/>
                <w:color w:val="FFFFFF"/>
                <w:sz w:val="68"/>
              </w:rPr>
              <w:t>MOVIE NIGHT</w:t>
            </w:r>
          </w:p>
          <w:p>
            <w:pPr>
              <w:spacing w:before="0" w:after="160"/>
              <w:jc w:val="left"/>
            </w:pPr>
            <w:r>
              <w:rPr>
                <w:i/>
                <w:color w:val="FFE0E0"/>
                <w:sz w:val="21"/>
              </w:rPr>
              <w:t>Popcorn, snacks and a backyard big-screen classic</w:t>
            </w:r>
          </w:p>
          <w:tbl>
            <w:tblPr>
              <w:tblW w:w="7272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2304"/>
              <w:gridCol w:w="2520"/>
              <w:gridCol w:w="2448"/>
            </w:tblGrid>
            <w:tr>
              <w:tc>
                <w:tcPr>
                  <w:tcW w:type="dxa" w:w="230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C107"/>
                      <w:spacing w:val="30"/>
                      <w:sz w:val="15"/>
                    </w:rPr>
                    <w:t>DATE</w:t>
                  </w:r>
                </w:p>
              </w:tc>
              <w:tc>
                <w:tcPr>
                  <w:tcW w:type="dxa" w:w="252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C107"/>
                      <w:spacing w:val="30"/>
                      <w:sz w:val="15"/>
                    </w:rPr>
                    <w:t>SHOWTIME</w:t>
                  </w:r>
                </w:p>
              </w:tc>
              <w:tc>
                <w:tcPr>
                  <w:tcW w:type="dxa" w:w="244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C107"/>
                      <w:spacing w:val="30"/>
                      <w:sz w:val="15"/>
                    </w:rPr>
                    <w:t>FEATURE</w:t>
                  </w:r>
                </w:p>
              </w:tc>
            </w:tr>
            <w:tr>
              <w:tc>
                <w:tcPr>
                  <w:tcW w:type="dxa" w:w="230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Fri, Nov 20, 2026</w:t>
                  </w:r>
                </w:p>
              </w:tc>
              <w:tc>
                <w:tcPr>
                  <w:tcW w:type="dxa" w:w="252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7:30 PM</w:t>
                  </w:r>
                </w:p>
              </w:tc>
              <w:tc>
                <w:tcPr>
                  <w:tcW w:type="dxa" w:w="244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Family Favorite</w:t>
                  </w:r>
                </w:p>
              </w:tc>
            </w:tr>
          </w:tbl>
          <w:p>
            <w:pPr>
              <w:spacing w:before="160" w:after="0"/>
              <w:jc w:val="left"/>
            </w:pPr>
            <w:r>
              <w:rPr>
                <w:color w:val="FFE0E0"/>
                <w:sz w:val="18"/>
              </w:rPr>
              <w:t>The Miller Backyard  •  42 Oak Lane, City  •  Bring a blanket!</w:t>
            </w:r>
          </w:p>
          <w:p>
            <w:pPr>
              <w:spacing w:before="60" w:after="0"/>
              <w:jc w:val="left"/>
            </w:pPr>
            <w:r>
              <w:rPr>
                <w:color w:val="FFC107"/>
                <w:sz w:val="17"/>
              </w:rPr>
              <w:t>RSVP to Kate by Nov 16  •  (000) 000-0000</w:t>
            </w:r>
          </w:p>
        </w:tc>
        <w:tc>
          <w:tcPr>
            <w:tcW w:type="dxa" w:w="2808"/>
            <w:shd w:val="clear" w:color="auto" w:fill="FFF8E1"/>
            <w:tcMar>
              <w:top w:w="172" w:type="dxa"/>
              <w:left w:w="259" w:type="dxa"/>
              <w:bottom w:w="172" w:type="dxa"/>
              <w:right w:w="259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B71C1C"/>
                <w:spacing w:val="60"/>
                <w:sz w:val="20"/>
              </w:rPr>
              <w:t>ADMIT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B71C1C"/>
                <w:sz w:val="60"/>
              </w:rPr>
              <w:t>ONE</w:t>
            </w:r>
          </w:p>
          <w:p>
            <w:pPr>
              <w:pBdr>
                <w:bottom w:val="single" w:sz="6" w:space="1" w:color="B71C1C"/>
              </w:pBdr>
              <w:spacing w:before="80" w:after="8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b/>
                <w:color w:val="333333"/>
                <w:sz w:val="20"/>
              </w:rPr>
              <w:t>Movie Night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8"/>
              </w:rPr>
              <w:t>Nov 20  •  7:30 PM</w:t>
            </w:r>
          </w:p>
          <w:p>
            <w:pPr>
              <w:spacing w:before="120" w:after="0"/>
              <w:jc w:val="center"/>
            </w:pPr>
            <w:r>
              <w:rPr>
                <w:color w:val="595959"/>
                <w:sz w:val="18"/>
              </w:rPr>
              <w:t>Seat ____</w:t>
            </w:r>
          </w:p>
          <w:p>
            <w:pPr>
              <w:spacing w:before="80" w:after="0"/>
              <w:jc w:val="center"/>
            </w:pPr>
            <w:r>
              <w:rPr>
                <w:b/>
                <w:color w:val="B71C1C"/>
                <w:sz w:val="18"/>
              </w:rPr>
              <w:t>No. 0001</w:t>
            </w:r>
          </w:p>
        </w:tc>
      </w:tr>
    </w:tbl>
    <w:p>
      <w:pPr>
        <w:spacing w:before="120" w:after="120"/>
        <w:jc w:val="center"/>
      </w:pPr>
      <w:r>
        <w:rPr>
          <w:i/>
          <w:color w:val="A6A6A6"/>
          <w:sz w:val="15"/>
        </w:rPr>
        <w:t>✂  cut along the outer edge</w:t>
      </w:r>
    </w:p>
    <w:tbl>
      <w:tblPr>
        <w:tblW w:w="10800" w:type="dxa"/>
        <w:jc w:val="center"/>
        <w:tblBorders>
          <w:top w:val="single" w:sz="8" w:space="0" w:color="7F0000"/>
          <w:left w:val="single" w:sz="8" w:space="0" w:color="7F0000"/>
          <w:bottom w:val="single" w:sz="8" w:space="0" w:color="7F0000"/>
          <w:right w:val="single" w:sz="8" w:space="0" w:color="7F000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4392" w:hRule="exact"/>
          <w:cantSplit/>
        </w:trPr>
        <w:tc>
          <w:tcPr>
            <w:tcW w:type="dxa" w:w="7992"/>
            <w:tcBorders>
              <w:right w:val="dashed" w:sz="12" w:space="0" w:color="FFC107"/>
            </w:tcBorders>
            <w:shd w:val="clear" w:color="auto" w:fill="B71C1C"/>
            <w:tcMar>
              <w:top w:w="172" w:type="dxa"/>
              <w:left w:w="432" w:type="dxa"/>
              <w:bottom w:w="172" w:type="dxa"/>
              <w:right w:w="36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C107"/>
                <w:spacing w:val="40"/>
                <w:sz w:val="17"/>
              </w:rPr>
              <w:t>★ ★ ★  NOW SHOWING  ★ ★ ★</w:t>
            </w:r>
          </w:p>
          <w:p>
            <w:pPr>
              <w:spacing w:before="40" w:after="0" w:line="228" w:lineRule="auto"/>
              <w:jc w:val="left"/>
            </w:pPr>
            <w:r>
              <w:rPr>
                <w:b/>
                <w:color w:val="FFFFFF"/>
                <w:sz w:val="68"/>
              </w:rPr>
              <w:t>MOVIE NIGHT</w:t>
            </w:r>
          </w:p>
          <w:p>
            <w:pPr>
              <w:spacing w:before="0" w:after="160"/>
              <w:jc w:val="left"/>
            </w:pPr>
            <w:r>
              <w:rPr>
                <w:i/>
                <w:color w:val="FFE0E0"/>
                <w:sz w:val="21"/>
              </w:rPr>
              <w:t>Popcorn, snacks and a backyard big-screen classic</w:t>
            </w:r>
          </w:p>
          <w:tbl>
            <w:tblPr>
              <w:tblW w:w="7272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2304"/>
              <w:gridCol w:w="2520"/>
              <w:gridCol w:w="2448"/>
            </w:tblGrid>
            <w:tr>
              <w:tc>
                <w:tcPr>
                  <w:tcW w:type="dxa" w:w="230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C107"/>
                      <w:spacing w:val="30"/>
                      <w:sz w:val="15"/>
                    </w:rPr>
                    <w:t>DATE</w:t>
                  </w:r>
                </w:p>
              </w:tc>
              <w:tc>
                <w:tcPr>
                  <w:tcW w:type="dxa" w:w="252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C107"/>
                      <w:spacing w:val="30"/>
                      <w:sz w:val="15"/>
                    </w:rPr>
                    <w:t>SHOWTIME</w:t>
                  </w:r>
                </w:p>
              </w:tc>
              <w:tc>
                <w:tcPr>
                  <w:tcW w:type="dxa" w:w="244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C107"/>
                      <w:spacing w:val="30"/>
                      <w:sz w:val="15"/>
                    </w:rPr>
                    <w:t>FEATURE</w:t>
                  </w:r>
                </w:p>
              </w:tc>
            </w:tr>
            <w:tr>
              <w:tc>
                <w:tcPr>
                  <w:tcW w:type="dxa" w:w="230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Fri, Nov 20, 2026</w:t>
                  </w:r>
                </w:p>
              </w:tc>
              <w:tc>
                <w:tcPr>
                  <w:tcW w:type="dxa" w:w="252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7:30 PM</w:t>
                  </w:r>
                </w:p>
              </w:tc>
              <w:tc>
                <w:tcPr>
                  <w:tcW w:type="dxa" w:w="244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Family Favorite</w:t>
                  </w:r>
                </w:p>
              </w:tc>
            </w:tr>
          </w:tbl>
          <w:p>
            <w:pPr>
              <w:spacing w:before="160" w:after="0"/>
              <w:jc w:val="left"/>
            </w:pPr>
            <w:r>
              <w:rPr>
                <w:color w:val="FFE0E0"/>
                <w:sz w:val="18"/>
              </w:rPr>
              <w:t>The Miller Backyard  •  42 Oak Lane, City  •  Bring a blanket!</w:t>
            </w:r>
          </w:p>
          <w:p>
            <w:pPr>
              <w:spacing w:before="60" w:after="0"/>
              <w:jc w:val="left"/>
            </w:pPr>
            <w:r>
              <w:rPr>
                <w:color w:val="FFC107"/>
                <w:sz w:val="17"/>
              </w:rPr>
              <w:t>RSVP to Kate by Nov 16  •  (000) 000-0000</w:t>
            </w:r>
          </w:p>
        </w:tc>
        <w:tc>
          <w:tcPr>
            <w:tcW w:type="dxa" w:w="2808"/>
            <w:shd w:val="clear" w:color="auto" w:fill="FFF8E1"/>
            <w:tcMar>
              <w:top w:w="172" w:type="dxa"/>
              <w:left w:w="259" w:type="dxa"/>
              <w:bottom w:w="172" w:type="dxa"/>
              <w:right w:w="259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B71C1C"/>
                <w:spacing w:val="60"/>
                <w:sz w:val="20"/>
              </w:rPr>
              <w:t>ADMIT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B71C1C"/>
                <w:sz w:val="60"/>
              </w:rPr>
              <w:t>ONE</w:t>
            </w:r>
          </w:p>
          <w:p>
            <w:pPr>
              <w:pBdr>
                <w:bottom w:val="single" w:sz="6" w:space="1" w:color="B71C1C"/>
              </w:pBdr>
              <w:spacing w:before="80" w:after="8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b/>
                <w:color w:val="333333"/>
                <w:sz w:val="20"/>
              </w:rPr>
              <w:t>Movie Night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8"/>
              </w:rPr>
              <w:t>Nov 20  •  7:30 PM</w:t>
            </w:r>
          </w:p>
          <w:p>
            <w:pPr>
              <w:spacing w:before="120" w:after="0"/>
              <w:jc w:val="center"/>
            </w:pPr>
            <w:r>
              <w:rPr>
                <w:color w:val="595959"/>
                <w:sz w:val="18"/>
              </w:rPr>
              <w:t>Seat ____</w:t>
            </w:r>
          </w:p>
          <w:p>
            <w:pPr>
              <w:spacing w:before="80" w:after="0"/>
              <w:jc w:val="center"/>
            </w:pPr>
            <w:r>
              <w:rPr>
                <w:b/>
                <w:color w:val="B71C1C"/>
                <w:sz w:val="18"/>
              </w:rPr>
              <w:t>No. 0001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648" w:right="720" w:bottom="648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Movie Night Ticket Invitation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