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200"/>
        <w:gridCol w:w="3600"/>
      </w:tblGrid>
      <w:tr>
        <w:tc>
          <w:tcPr>
            <w:tcW w:type="dxa" w:w="7200"/>
          </w:tcPr>
          <w:p>
            <w:pPr>
              <w:spacing w:before="0" w:after="0"/>
              <w:jc w:val="left"/>
            </w:pPr>
            <w:r>
              <w:rPr>
                <w:b/>
                <w:color w:val="F4B183"/>
                <w:spacing w:val="60"/>
                <w:sz w:val="22"/>
              </w:rPr>
              <w:t>MONTHLY PLANNER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60"/>
              </w:rPr>
              <w:t>March 2027</w:t>
            </w:r>
          </w:p>
        </w:tc>
        <w:tc>
          <w:tcPr>
            <w:tcW w:type="dxa" w:w="3600"/>
            <w:vAlign w:val="bottom"/>
          </w:tcPr>
          <w:p>
            <w:pPr>
              <w:spacing w:before="0" w:after="0"/>
              <w:jc w:val="right"/>
            </w:pPr>
            <w:r>
              <w:rPr>
                <w:color w:val="595959"/>
                <w:sz w:val="20"/>
              </w:rPr>
              <w:t>Name: ____________________</w:t>
            </w:r>
          </w:p>
        </w:tc>
      </w:tr>
    </w:tbl>
    <w:p>
      <w:pPr>
        <w:pBdr>
          <w:bottom w:val="single" w:sz="12" w:space="1" w:color="C0504D"/>
        </w:pBdr>
        <w:spacing w:before="40" w:after="120"/>
        <w:jc w:val="left"/>
      </w:pPr>
    </w:p>
    <w:tbl>
      <w:tblPr>
        <w:tblW w:w="10795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542"/>
        <w:gridCol w:w="1542"/>
        <w:gridCol w:w="1542"/>
        <w:gridCol w:w="1542"/>
        <w:gridCol w:w="1542"/>
        <w:gridCol w:w="1542"/>
        <w:gridCol w:w="1542"/>
      </w:tblGrid>
      <w:tr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SUN</w:t>
            </w:r>
          </w:p>
        </w:tc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MON</w:t>
            </w:r>
          </w:p>
        </w:tc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TUE</w:t>
            </w:r>
          </w:p>
        </w:tc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WED</w:t>
            </w:r>
          </w:p>
        </w:tc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THU</w:t>
            </w:r>
          </w:p>
        </w:tc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FRI</w:t>
            </w:r>
          </w:p>
        </w:tc>
        <w:tc>
          <w:tcPr>
            <w:tcW w:type="dxa" w:w="1542"/>
            <w:shd w:val="clear" w:color="auto" w:fill="C0504D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325" w:hRule="exact"/>
          <w:cantSplit/>
        </w:trPr>
        <w:tc>
          <w:tcPr>
            <w:tcW w:type="dxa" w:w="1542"/>
            <w:shd w:val="clear" w:color="auto" w:fill="F7F7F7"/>
          </w:tcPr>
          <w:p/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3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4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5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6</w:t>
            </w:r>
          </w:p>
        </w:tc>
      </w:tr>
      <w:tr>
        <w:trPr>
          <w:trHeight w:val="1325" w:hRule="exact"/>
          <w:cantSplit/>
        </w:trPr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7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8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9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10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11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12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13</w:t>
            </w:r>
          </w:p>
        </w:tc>
      </w:tr>
      <w:tr>
        <w:trPr>
          <w:trHeight w:val="1325" w:hRule="exact"/>
          <w:cantSplit/>
        </w:trPr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14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15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16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17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18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19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20</w:t>
            </w:r>
          </w:p>
        </w:tc>
      </w:tr>
      <w:tr>
        <w:trPr>
          <w:trHeight w:val="1325" w:hRule="exact"/>
          <w:cantSplit/>
        </w:trPr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21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22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23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24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25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26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27</w:t>
            </w:r>
          </w:p>
        </w:tc>
      </w:tr>
      <w:tr>
        <w:trPr>
          <w:trHeight w:val="1325" w:hRule="exact"/>
          <w:cantSplit/>
        </w:trPr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C0504D"/>
                <w:sz w:val="22"/>
              </w:rPr>
              <w:t>28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29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30</w:t>
            </w:r>
          </w:p>
        </w:tc>
        <w:tc>
          <w:tcPr>
            <w:tcW w:type="dxa" w:w="1542"/>
          </w:tcPr>
          <w:p>
            <w:pPr>
              <w:spacing w:before="0" w:after="0"/>
              <w:jc w:val="left"/>
            </w:pPr>
            <w:r>
              <w:rPr>
                <w:b/>
                <w:color w:val="404040"/>
                <w:sz w:val="22"/>
              </w:rPr>
              <w:t>31</w:t>
            </w:r>
          </w:p>
        </w:tc>
        <w:tc>
          <w:tcPr>
            <w:tcW w:type="dxa" w:w="1542"/>
            <w:shd w:val="clear" w:color="auto" w:fill="F7F7F7"/>
          </w:tcPr>
          <w:p/>
        </w:tc>
        <w:tc>
          <w:tcPr>
            <w:tcW w:type="dxa" w:w="1542"/>
            <w:shd w:val="clear" w:color="auto" w:fill="F7F7F7"/>
          </w:tcPr>
          <w:p/>
        </w:tc>
        <w:tc>
          <w:tcPr>
            <w:tcW w:type="dxa" w:w="1542"/>
            <w:shd w:val="clear" w:color="auto" w:fill="F7F7F7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5" w:type="dxa"/>
          <w:left w:w="144" w:type="dxa"/>
          <w:bottom w:w="115" w:type="dxa"/>
          <w:right w:w="144" w:type="dxa"/>
        </w:tblCellMar>
        <w:tblLook w:firstColumn="1" w:firstRow="1" w:lastColumn="0" w:lastRow="0" w:noHBand="0" w:noVBand="1" w:val="04A0"/>
      </w:tblPr>
      <w:tblGrid>
        <w:gridCol w:w="3528"/>
        <w:gridCol w:w="3744"/>
        <w:gridCol w:w="3528"/>
      </w:tblGrid>
      <w:tr>
        <w:tc>
          <w:tcPr>
            <w:tcW w:type="dxa" w:w="3528"/>
            <w:shd w:val="clear" w:color="auto" w:fill="FBEDEC"/>
          </w:tcPr>
          <w:p>
            <w:pPr>
              <w:spacing w:before="0" w:after="80"/>
              <w:jc w:val="left"/>
            </w:pPr>
            <w:r>
              <w:rPr>
                <w:b/>
                <w:color w:val="C0504D"/>
                <w:spacing w:val="20"/>
                <w:sz w:val="19"/>
              </w:rPr>
              <w:t>MONTHLY GOALS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1. </w:t>
            </w:r>
            <w:r>
              <w:rPr>
                <w:color w:val="BFBFBF"/>
                <w:sz w:val="20"/>
              </w:rPr>
              <w:t>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2. </w:t>
            </w:r>
            <w:r>
              <w:rPr>
                <w:color w:val="BFBFBF"/>
                <w:sz w:val="20"/>
              </w:rPr>
              <w:t>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3. </w:t>
            </w:r>
            <w:r>
              <w:rPr>
                <w:color w:val="BFBFBF"/>
                <w:sz w:val="20"/>
              </w:rPr>
              <w:t>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4. </w:t>
            </w:r>
            <w:r>
              <w:rPr>
                <w:color w:val="BFBFBF"/>
                <w:sz w:val="20"/>
              </w:rPr>
              <w:t>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5. </w:t>
            </w:r>
            <w:r>
              <w:rPr>
                <w:color w:val="BFBFBF"/>
                <w:sz w:val="20"/>
              </w:rPr>
              <w:t>____________________________</w:t>
            </w:r>
          </w:p>
        </w:tc>
        <w:tc>
          <w:tcPr>
            <w:tcW w:type="dxa" w:w="3744"/>
            <w:shd w:val="clear" w:color="auto" w:fill="FBEDEC"/>
          </w:tcPr>
          <w:p>
            <w:pPr>
              <w:spacing w:before="0" w:after="80"/>
              <w:jc w:val="left"/>
            </w:pPr>
            <w:r>
              <w:rPr>
                <w:b/>
                <w:color w:val="C0504D"/>
                <w:spacing w:val="20"/>
                <w:sz w:val="19"/>
              </w:rPr>
              <w:t>TOP PRIORITIES</w:t>
            </w:r>
          </w:p>
          <w:p>
            <w:pPr>
              <w:spacing w:before="0" w:after="6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2"/>
                  </w:rPr>
                  <w:t>☐</w:t>
                </w:r>
              </w:sdtContent>
            </w:sdt>
            <w:r>
              <w:rPr>
                <w:color w:val="BFBFBF"/>
                <w:sz w:val="20"/>
              </w:rPr>
              <w:t xml:space="preserve"> __________________________</w:t>
            </w:r>
          </w:p>
          <w:p>
            <w:pPr>
              <w:spacing w:before="0" w:after="6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2"/>
                  </w:rPr>
                  <w:t>☐</w:t>
                </w:r>
              </w:sdtContent>
            </w:sdt>
            <w:r>
              <w:rPr>
                <w:color w:val="BFBFBF"/>
                <w:sz w:val="20"/>
              </w:rPr>
              <w:t xml:space="preserve"> __________________________</w:t>
            </w:r>
          </w:p>
          <w:p>
            <w:pPr>
              <w:spacing w:before="0" w:after="6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2"/>
                  </w:rPr>
                  <w:t>☐</w:t>
                </w:r>
              </w:sdtContent>
            </w:sdt>
            <w:r>
              <w:rPr>
                <w:color w:val="BFBFBF"/>
                <w:sz w:val="20"/>
              </w:rPr>
              <w:t xml:space="preserve"> __________________________</w:t>
            </w:r>
          </w:p>
          <w:p>
            <w:pPr>
              <w:spacing w:before="0" w:after="6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2"/>
                  </w:rPr>
                  <w:t>☐</w:t>
                </w:r>
              </w:sdtContent>
            </w:sdt>
            <w:r>
              <w:rPr>
                <w:color w:val="BFBFBF"/>
                <w:sz w:val="20"/>
              </w:rPr>
              <w:t xml:space="preserve"> __________________________</w:t>
            </w:r>
          </w:p>
          <w:p>
            <w:pPr>
              <w:spacing w:before="0" w:after="6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2"/>
                  </w:rPr>
                  <w:t>☐</w:t>
                </w:r>
              </w:sdtContent>
            </w:sdt>
            <w:r>
              <w:rPr>
                <w:color w:val="BFBFBF"/>
                <w:sz w:val="20"/>
              </w:rPr>
              <w:t xml:space="preserve"> __________________________</w:t>
            </w:r>
          </w:p>
        </w:tc>
        <w:tc>
          <w:tcPr>
            <w:tcW w:type="dxa" w:w="3528"/>
            <w:shd w:val="clear" w:color="auto" w:fill="FBEDEC"/>
          </w:tcPr>
          <w:p>
            <w:pPr>
              <w:spacing w:before="0" w:after="80"/>
              <w:jc w:val="left"/>
            </w:pPr>
            <w:r>
              <w:rPr>
                <w:b/>
                <w:color w:val="C0504D"/>
                <w:spacing w:val="20"/>
                <w:sz w:val="19"/>
              </w:rPr>
              <w:t>IMPORTANT DATES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__/__  </w:t>
            </w:r>
            <w:r>
              <w:rPr>
                <w:color w:val="BFBFBF"/>
                <w:sz w:val="20"/>
              </w:rPr>
              <w:t>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__/__  </w:t>
            </w:r>
            <w:r>
              <w:rPr>
                <w:color w:val="BFBFBF"/>
                <w:sz w:val="20"/>
              </w:rPr>
              <w:t>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__/__  </w:t>
            </w:r>
            <w:r>
              <w:rPr>
                <w:color w:val="BFBFBF"/>
                <w:sz w:val="20"/>
              </w:rPr>
              <w:t>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__/__  </w:t>
            </w:r>
            <w:r>
              <w:rPr>
                <w:color w:val="BFBFBF"/>
                <w:sz w:val="20"/>
              </w:rPr>
              <w:t>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7F7F7F"/>
                <w:sz w:val="20"/>
              </w:rPr>
              <w:t xml:space="preserve">__/__  </w:t>
            </w:r>
            <w:r>
              <w:rPr>
                <w:color w:val="BFBFBF"/>
                <w:sz w:val="20"/>
              </w:rPr>
              <w:t>__________________________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5" w:type="dxa"/>
          <w:left w:w="144" w:type="dxa"/>
          <w:bottom w:w="115" w:type="dxa"/>
          <w:right w:w="144" w:type="dxa"/>
        </w:tblCellMar>
        <w:tblLook w:firstColumn="1" w:firstRow="1" w:lastColumn="0" w:lastRow="0" w:noHBand="0" w:noVBand="1" w:val="04A0"/>
      </w:tblPr>
      <w:tblGrid>
        <w:gridCol w:w="6623"/>
        <w:gridCol w:w="4176"/>
      </w:tblGrid>
      <w:tr>
        <w:tc>
          <w:tcPr>
            <w:tcW w:type="dxa" w:w="6624"/>
          </w:tcPr>
          <w:p>
            <w:pPr>
              <w:spacing w:before="0" w:after="80"/>
              <w:jc w:val="left"/>
            </w:pPr>
            <w:r>
              <w:rPr>
                <w:b/>
                <w:color w:val="C0504D"/>
                <w:spacing w:val="20"/>
                <w:sz w:val="19"/>
              </w:rPr>
              <w:t>NOTES</w:t>
            </w:r>
          </w:p>
          <w:p>
            <w:pPr>
              <w:spacing w:before="0" w:after="60"/>
              <w:jc w:val="left"/>
            </w:pPr>
            <w:r>
              <w:rPr>
                <w:color w:val="BFBFBF"/>
                <w:sz w:val="20"/>
              </w:rPr>
              <w:t>__________________________________________________________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BFBFBF"/>
                <w:sz w:val="20"/>
              </w:rPr>
              <w:t>__________________________________________________________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BFBFBF"/>
                <w:sz w:val="20"/>
              </w:rPr>
              <w:t>__________________________________________________________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BFBFBF"/>
                <w:sz w:val="20"/>
              </w:rPr>
              <w:t>__________________________________________________________</w:t>
            </w:r>
          </w:p>
          <w:p>
            <w:pPr>
              <w:spacing w:before="0" w:after="60"/>
              <w:jc w:val="left"/>
            </w:pPr>
            <w:r>
              <w:rPr>
                <w:color w:val="BFBFBF"/>
                <w:sz w:val="20"/>
              </w:rPr>
              <w:t>__________________________________________________________</w:t>
            </w:r>
          </w:p>
        </w:tc>
        <w:tc>
          <w:tcPr>
            <w:tcW w:type="dxa" w:w="4176"/>
            <w:shd w:val="clear" w:color="auto" w:fill="FBEDEC"/>
          </w:tcPr>
          <w:p>
            <w:pPr>
              <w:spacing w:before="0" w:after="80"/>
              <w:jc w:val="left"/>
            </w:pPr>
            <w:r>
              <w:rPr>
                <w:b/>
                <w:color w:val="C0504D"/>
                <w:spacing w:val="20"/>
                <w:sz w:val="19"/>
              </w:rPr>
              <w:t>HABIT TRACKER</w:t>
            </w:r>
          </w:p>
          <w:p>
            <w:pPr>
              <w:spacing w:before="0" w:after="60"/>
              <w:jc w:val="left"/>
            </w:pPr>
            <w:r>
              <w:rPr>
                <w:color w:val="404040"/>
                <w:sz w:val="19"/>
              </w:rPr>
              <w:t xml:space="preserve">Exercise  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</w:p>
          <w:p>
            <w:pPr>
              <w:spacing w:before="0" w:after="60"/>
              <w:jc w:val="left"/>
            </w:pPr>
            <w:r>
              <w:rPr>
                <w:color w:val="404040"/>
                <w:sz w:val="19"/>
              </w:rPr>
              <w:t xml:space="preserve">Read 20 min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</w:p>
          <w:p>
            <w:pPr>
              <w:spacing w:before="0" w:after="60"/>
              <w:jc w:val="left"/>
            </w:pPr>
            <w:r>
              <w:rPr>
                <w:color w:val="404040"/>
                <w:sz w:val="19"/>
              </w:rPr>
              <w:t xml:space="preserve">Drink water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</w:p>
          <w:p>
            <w:pPr>
              <w:spacing w:before="0" w:after="60"/>
              <w:jc w:val="left"/>
            </w:pPr>
            <w:r>
              <w:rPr>
                <w:color w:val="404040"/>
                <w:sz w:val="19"/>
              </w:rPr>
              <w:t xml:space="preserve">Sleep 8 hrs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C0504D"/>
                    <w:sz w:val="20"/>
                  </w:rPr>
                  <w:t>☐</w:t>
                </w:r>
              </w:sdtContent>
            </w:sdt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Planner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