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640"/>
        <w:gridCol w:w="5903"/>
      </w:tblGrid>
      <w:tr>
        <w:tc>
          <w:tcPr>
            <w:tcW w:type="dxa" w:w="8640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pacing w:val="40"/>
                <w:sz w:val="68"/>
              </w:rPr>
              <w:t>JANUARY</w:t>
            </w:r>
          </w:p>
        </w:tc>
        <w:tc>
          <w:tcPr>
            <w:tcW w:type="dxa" w:w="5904"/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  <w:color w:val="E9A23B"/>
                <w:sz w:val="68"/>
              </w:rPr>
              <w:t>2027</w:t>
            </w:r>
          </w:p>
        </w:tc>
      </w:tr>
    </w:tbl>
    <w:p>
      <w:pPr>
        <w:pBdr>
          <w:bottom w:val="single" w:sz="12" w:space="1" w:color="0F6B5C"/>
        </w:pBdr>
        <w:spacing w:before="0" w:after="120"/>
        <w:jc w:val="left"/>
      </w:pPr>
    </w:p>
    <w:tbl>
      <w:tblPr>
        <w:tblW w:w="14545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2077"/>
        <w:gridCol w:w="2077"/>
        <w:gridCol w:w="2077"/>
        <w:gridCol w:w="2077"/>
        <w:gridCol w:w="2077"/>
        <w:gridCol w:w="2077"/>
        <w:gridCol w:w="2077"/>
      </w:tblGrid>
      <w:tr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SUN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MON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TUE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WED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THU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FRI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SAT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</w:t>
            </w:r>
          </w:p>
          <w:p>
            <w:pPr>
              <w:spacing w:before="0" w:after="0"/>
              <w:jc w:val="left"/>
            </w:pPr>
            <w:r>
              <w:rPr>
                <w:i/>
                <w:color w:val="E9A23B"/>
                <w:sz w:val="15"/>
              </w:rPr>
              <w:t>New Year’s Day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8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9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15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16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22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23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29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30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31</w:t>
            </w:r>
          </w:p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  <w:shd w:val="clear" w:color="auto" w:fill="F1F7F5"/>
          </w:tcPr>
          <w:p/>
        </w:tc>
      </w:tr>
    </w:tbl>
    <w:p>
      <w:pPr>
        <w:spacing w:before="120" w:after="0"/>
        <w:jc w:val="left"/>
      </w:pPr>
      <w:r>
        <w:rPr>
          <w:b/>
          <w:color w:val="0F6B5C"/>
          <w:sz w:val="18"/>
        </w:rPr>
        <w:t xml:space="preserve">NOTES  </w:t>
      </w:r>
      <w:r>
        <w:rPr>
          <w:color w:val="BFBFBF"/>
          <w:sz w:val="18"/>
        </w:rPr>
        <w:t>________________________________________________________________________________________________________________________</w:t>
      </w:r>
    </w:p>
    <w:p>
      <w:r>
        <w:br w:type="page"/>
      </w:r>
    </w:p>
    <w:tbl>
      <w:tblPr>
        <w:tblW w:w="145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640"/>
        <w:gridCol w:w="5903"/>
      </w:tblGrid>
      <w:tr>
        <w:tc>
          <w:tcPr>
            <w:tcW w:type="dxa" w:w="8640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pacing w:val="40"/>
                <w:sz w:val="68"/>
              </w:rPr>
              <w:t>FEBRUARY</w:t>
            </w:r>
          </w:p>
        </w:tc>
        <w:tc>
          <w:tcPr>
            <w:tcW w:type="dxa" w:w="5904"/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  <w:color w:val="E9A23B"/>
                <w:sz w:val="68"/>
              </w:rPr>
              <w:t>2027</w:t>
            </w:r>
          </w:p>
        </w:tc>
      </w:tr>
    </w:tbl>
    <w:p>
      <w:pPr>
        <w:pBdr>
          <w:bottom w:val="single" w:sz="12" w:space="1" w:color="0F6B5C"/>
        </w:pBdr>
        <w:spacing w:before="0" w:after="120"/>
        <w:jc w:val="left"/>
      </w:pPr>
    </w:p>
    <w:tbl>
      <w:tblPr>
        <w:tblW w:w="14545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2077"/>
        <w:gridCol w:w="2077"/>
        <w:gridCol w:w="2077"/>
        <w:gridCol w:w="2077"/>
        <w:gridCol w:w="2077"/>
        <w:gridCol w:w="2077"/>
        <w:gridCol w:w="2077"/>
      </w:tblGrid>
      <w:tr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SUN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MON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TUE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WED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THU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FRI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SAT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/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5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6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12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13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14</w:t>
            </w:r>
          </w:p>
          <w:p>
            <w:pPr>
              <w:spacing w:before="0" w:after="0"/>
              <w:jc w:val="left"/>
            </w:pPr>
            <w:r>
              <w:rPr>
                <w:i/>
                <w:color w:val="E9A23B"/>
                <w:sz w:val="15"/>
              </w:rPr>
              <w:t>Valentine’s Day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19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20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26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27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28</w:t>
            </w:r>
          </w:p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  <w:shd w:val="clear" w:color="auto" w:fill="F1F7F5"/>
          </w:tcPr>
          <w:p/>
        </w:tc>
      </w:tr>
    </w:tbl>
    <w:p>
      <w:pPr>
        <w:spacing w:before="120" w:after="0"/>
        <w:jc w:val="left"/>
      </w:pPr>
      <w:r>
        <w:rPr>
          <w:b/>
          <w:color w:val="0F6B5C"/>
          <w:sz w:val="18"/>
        </w:rPr>
        <w:t xml:space="preserve">NOTES  </w:t>
      </w:r>
      <w:r>
        <w:rPr>
          <w:color w:val="BFBFBF"/>
          <w:sz w:val="18"/>
        </w:rPr>
        <w:t>________________________________________________________________________________________________________________________</w:t>
      </w:r>
    </w:p>
    <w:p>
      <w:r>
        <w:br w:type="page"/>
      </w:r>
    </w:p>
    <w:tbl>
      <w:tblPr>
        <w:tblW w:w="145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640"/>
        <w:gridCol w:w="5903"/>
      </w:tblGrid>
      <w:tr>
        <w:tc>
          <w:tcPr>
            <w:tcW w:type="dxa" w:w="8640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pacing w:val="40"/>
                <w:sz w:val="68"/>
              </w:rPr>
              <w:t>MARCH</w:t>
            </w:r>
          </w:p>
        </w:tc>
        <w:tc>
          <w:tcPr>
            <w:tcW w:type="dxa" w:w="5904"/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  <w:color w:val="E9A23B"/>
                <w:sz w:val="68"/>
              </w:rPr>
              <w:t>2027</w:t>
            </w:r>
          </w:p>
        </w:tc>
      </w:tr>
    </w:tbl>
    <w:p>
      <w:pPr>
        <w:pBdr>
          <w:bottom w:val="single" w:sz="12" w:space="1" w:color="0F6B5C"/>
        </w:pBdr>
        <w:spacing w:before="0" w:after="120"/>
        <w:jc w:val="left"/>
      </w:pPr>
    </w:p>
    <w:tbl>
      <w:tblPr>
        <w:tblW w:w="14545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2077"/>
        <w:gridCol w:w="2077"/>
        <w:gridCol w:w="2077"/>
        <w:gridCol w:w="2077"/>
        <w:gridCol w:w="2077"/>
        <w:gridCol w:w="2077"/>
        <w:gridCol w:w="2077"/>
      </w:tblGrid>
      <w:tr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SUN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MON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TUE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WED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THU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FRI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SAT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/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5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6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12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13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19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20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26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27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31</w:t>
            </w:r>
          </w:p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  <w:shd w:val="clear" w:color="auto" w:fill="F1F7F5"/>
          </w:tcPr>
          <w:p/>
        </w:tc>
      </w:tr>
    </w:tbl>
    <w:p>
      <w:pPr>
        <w:spacing w:before="120" w:after="0"/>
        <w:jc w:val="left"/>
      </w:pPr>
      <w:r>
        <w:rPr>
          <w:b/>
          <w:color w:val="0F6B5C"/>
          <w:sz w:val="18"/>
        </w:rPr>
        <w:t xml:space="preserve">NOTES  </w:t>
      </w:r>
      <w:r>
        <w:rPr>
          <w:color w:val="BFBFBF"/>
          <w:sz w:val="18"/>
        </w:rPr>
        <w:t>________________________________________________________________________________________________________________________</w:t>
      </w:r>
    </w:p>
    <w:p>
      <w:r>
        <w:br w:type="page"/>
      </w:r>
    </w:p>
    <w:tbl>
      <w:tblPr>
        <w:tblW w:w="145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640"/>
        <w:gridCol w:w="5903"/>
      </w:tblGrid>
      <w:tr>
        <w:tc>
          <w:tcPr>
            <w:tcW w:type="dxa" w:w="8640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pacing w:val="40"/>
                <w:sz w:val="68"/>
              </w:rPr>
              <w:t>APRIL</w:t>
            </w:r>
          </w:p>
        </w:tc>
        <w:tc>
          <w:tcPr>
            <w:tcW w:type="dxa" w:w="5904"/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  <w:color w:val="E9A23B"/>
                <w:sz w:val="68"/>
              </w:rPr>
              <w:t>2027</w:t>
            </w:r>
          </w:p>
        </w:tc>
      </w:tr>
    </w:tbl>
    <w:p>
      <w:pPr>
        <w:pBdr>
          <w:bottom w:val="single" w:sz="12" w:space="1" w:color="0F6B5C"/>
        </w:pBdr>
        <w:spacing w:before="0" w:after="120"/>
        <w:jc w:val="left"/>
      </w:pPr>
    </w:p>
    <w:tbl>
      <w:tblPr>
        <w:tblW w:w="14545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2077"/>
        <w:gridCol w:w="2077"/>
        <w:gridCol w:w="2077"/>
        <w:gridCol w:w="2077"/>
        <w:gridCol w:w="2077"/>
        <w:gridCol w:w="2077"/>
        <w:gridCol w:w="2077"/>
      </w:tblGrid>
      <w:tr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SUN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MON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TUE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WED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THU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FRI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SAT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3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9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10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16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17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23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24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30</w:t>
            </w:r>
          </w:p>
        </w:tc>
        <w:tc>
          <w:tcPr>
            <w:tcW w:type="dxa" w:w="2078"/>
            <w:shd w:val="clear" w:color="auto" w:fill="F1F7F5"/>
          </w:tcPr>
          <w:p/>
        </w:tc>
      </w:tr>
    </w:tbl>
    <w:p>
      <w:pPr>
        <w:spacing w:before="120" w:after="0"/>
        <w:jc w:val="left"/>
      </w:pPr>
      <w:r>
        <w:rPr>
          <w:b/>
          <w:color w:val="0F6B5C"/>
          <w:sz w:val="18"/>
        </w:rPr>
        <w:t xml:space="preserve">NOTES  </w:t>
      </w:r>
      <w:r>
        <w:rPr>
          <w:color w:val="BFBFBF"/>
          <w:sz w:val="18"/>
        </w:rPr>
        <w:t>________________________________________________________________________________________________________________________</w:t>
      </w:r>
    </w:p>
    <w:p>
      <w:r>
        <w:br w:type="page"/>
      </w:r>
    </w:p>
    <w:tbl>
      <w:tblPr>
        <w:tblW w:w="145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640"/>
        <w:gridCol w:w="5903"/>
      </w:tblGrid>
      <w:tr>
        <w:tc>
          <w:tcPr>
            <w:tcW w:type="dxa" w:w="8640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pacing w:val="40"/>
                <w:sz w:val="68"/>
              </w:rPr>
              <w:t>MAY</w:t>
            </w:r>
          </w:p>
        </w:tc>
        <w:tc>
          <w:tcPr>
            <w:tcW w:type="dxa" w:w="5904"/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  <w:color w:val="E9A23B"/>
                <w:sz w:val="68"/>
              </w:rPr>
              <w:t>2027</w:t>
            </w:r>
          </w:p>
        </w:tc>
      </w:tr>
    </w:tbl>
    <w:p>
      <w:pPr>
        <w:pBdr>
          <w:bottom w:val="single" w:sz="12" w:space="1" w:color="0F6B5C"/>
        </w:pBdr>
        <w:spacing w:before="0" w:after="120"/>
        <w:jc w:val="left"/>
      </w:pPr>
    </w:p>
    <w:tbl>
      <w:tblPr>
        <w:tblW w:w="14545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2077"/>
        <w:gridCol w:w="2077"/>
        <w:gridCol w:w="2077"/>
        <w:gridCol w:w="2077"/>
        <w:gridCol w:w="2077"/>
        <w:gridCol w:w="2077"/>
        <w:gridCol w:w="2077"/>
      </w:tblGrid>
      <w:tr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SUN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MON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TUE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WED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THU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FRI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SAT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7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8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14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15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21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22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28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29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30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31</w:t>
            </w:r>
          </w:p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  <w:shd w:val="clear" w:color="auto" w:fill="F1F7F5"/>
          </w:tcPr>
          <w:p/>
        </w:tc>
      </w:tr>
    </w:tbl>
    <w:p>
      <w:pPr>
        <w:spacing w:before="120" w:after="0"/>
        <w:jc w:val="left"/>
      </w:pPr>
      <w:r>
        <w:rPr>
          <w:b/>
          <w:color w:val="0F6B5C"/>
          <w:sz w:val="18"/>
        </w:rPr>
        <w:t xml:space="preserve">NOTES  </w:t>
      </w:r>
      <w:r>
        <w:rPr>
          <w:color w:val="BFBFBF"/>
          <w:sz w:val="18"/>
        </w:rPr>
        <w:t>________________________________________________________________________________________________________________________</w:t>
      </w:r>
    </w:p>
    <w:p>
      <w:r>
        <w:br w:type="page"/>
      </w:r>
    </w:p>
    <w:tbl>
      <w:tblPr>
        <w:tblW w:w="145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640"/>
        <w:gridCol w:w="5903"/>
      </w:tblGrid>
      <w:tr>
        <w:tc>
          <w:tcPr>
            <w:tcW w:type="dxa" w:w="8640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pacing w:val="40"/>
                <w:sz w:val="68"/>
              </w:rPr>
              <w:t>JUNE</w:t>
            </w:r>
          </w:p>
        </w:tc>
        <w:tc>
          <w:tcPr>
            <w:tcW w:type="dxa" w:w="5904"/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  <w:color w:val="E9A23B"/>
                <w:sz w:val="68"/>
              </w:rPr>
              <w:t>2027</w:t>
            </w:r>
          </w:p>
        </w:tc>
      </w:tr>
    </w:tbl>
    <w:p>
      <w:pPr>
        <w:pBdr>
          <w:bottom w:val="single" w:sz="12" w:space="1" w:color="0F6B5C"/>
        </w:pBdr>
        <w:spacing w:before="0" w:after="120"/>
        <w:jc w:val="left"/>
      </w:pPr>
    </w:p>
    <w:tbl>
      <w:tblPr>
        <w:tblW w:w="14545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2077"/>
        <w:gridCol w:w="2077"/>
        <w:gridCol w:w="2077"/>
        <w:gridCol w:w="2077"/>
        <w:gridCol w:w="2077"/>
        <w:gridCol w:w="2077"/>
        <w:gridCol w:w="2077"/>
      </w:tblGrid>
      <w:tr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SUN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MON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TUE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WED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THU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FRI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SAT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4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5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11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12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18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19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25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26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30</w:t>
            </w:r>
          </w:p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  <w:shd w:val="clear" w:color="auto" w:fill="F1F7F5"/>
          </w:tcPr>
          <w:p/>
        </w:tc>
      </w:tr>
    </w:tbl>
    <w:p>
      <w:pPr>
        <w:spacing w:before="120" w:after="0"/>
        <w:jc w:val="left"/>
      </w:pPr>
      <w:r>
        <w:rPr>
          <w:b/>
          <w:color w:val="0F6B5C"/>
          <w:sz w:val="18"/>
        </w:rPr>
        <w:t xml:space="preserve">NOTES  </w:t>
      </w:r>
      <w:r>
        <w:rPr>
          <w:color w:val="BFBFBF"/>
          <w:sz w:val="18"/>
        </w:rPr>
        <w:t>________________________________________________________________________________________________________________________</w:t>
      </w:r>
    </w:p>
    <w:p>
      <w:r>
        <w:br w:type="page"/>
      </w:r>
    </w:p>
    <w:tbl>
      <w:tblPr>
        <w:tblW w:w="145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640"/>
        <w:gridCol w:w="5903"/>
      </w:tblGrid>
      <w:tr>
        <w:tc>
          <w:tcPr>
            <w:tcW w:type="dxa" w:w="8640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pacing w:val="40"/>
                <w:sz w:val="68"/>
              </w:rPr>
              <w:t>JULY</w:t>
            </w:r>
          </w:p>
        </w:tc>
        <w:tc>
          <w:tcPr>
            <w:tcW w:type="dxa" w:w="5904"/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  <w:color w:val="E9A23B"/>
                <w:sz w:val="68"/>
              </w:rPr>
              <w:t>2027</w:t>
            </w:r>
          </w:p>
        </w:tc>
      </w:tr>
    </w:tbl>
    <w:p>
      <w:pPr>
        <w:pBdr>
          <w:bottom w:val="single" w:sz="12" w:space="1" w:color="0F6B5C"/>
        </w:pBdr>
        <w:spacing w:before="0" w:after="120"/>
        <w:jc w:val="left"/>
      </w:pPr>
    </w:p>
    <w:tbl>
      <w:tblPr>
        <w:tblW w:w="14545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2077"/>
        <w:gridCol w:w="2077"/>
        <w:gridCol w:w="2077"/>
        <w:gridCol w:w="2077"/>
        <w:gridCol w:w="2077"/>
        <w:gridCol w:w="2077"/>
        <w:gridCol w:w="2077"/>
      </w:tblGrid>
      <w:tr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SUN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MON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TUE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WED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THU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FRI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SAT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3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4</w:t>
            </w:r>
          </w:p>
          <w:p>
            <w:pPr>
              <w:spacing w:before="0" w:after="0"/>
              <w:jc w:val="left"/>
            </w:pPr>
            <w:r>
              <w:rPr>
                <w:i/>
                <w:color w:val="E9A23B"/>
                <w:sz w:val="15"/>
              </w:rPr>
              <w:t>Independence Day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9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10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16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17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23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24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30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31</w:t>
            </w:r>
          </w:p>
        </w:tc>
      </w:tr>
    </w:tbl>
    <w:p>
      <w:pPr>
        <w:spacing w:before="120" w:after="0"/>
        <w:jc w:val="left"/>
      </w:pPr>
      <w:r>
        <w:rPr>
          <w:b/>
          <w:color w:val="0F6B5C"/>
          <w:sz w:val="18"/>
        </w:rPr>
        <w:t xml:space="preserve">NOTES  </w:t>
      </w:r>
      <w:r>
        <w:rPr>
          <w:color w:val="BFBFBF"/>
          <w:sz w:val="18"/>
        </w:rPr>
        <w:t>________________________________________________________________________________________________________________________</w:t>
      </w:r>
    </w:p>
    <w:p>
      <w:r>
        <w:br w:type="page"/>
      </w:r>
    </w:p>
    <w:tbl>
      <w:tblPr>
        <w:tblW w:w="145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640"/>
        <w:gridCol w:w="5903"/>
      </w:tblGrid>
      <w:tr>
        <w:tc>
          <w:tcPr>
            <w:tcW w:type="dxa" w:w="8640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pacing w:val="40"/>
                <w:sz w:val="68"/>
              </w:rPr>
              <w:t>AUGUST</w:t>
            </w:r>
          </w:p>
        </w:tc>
        <w:tc>
          <w:tcPr>
            <w:tcW w:type="dxa" w:w="5904"/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  <w:color w:val="E9A23B"/>
                <w:sz w:val="68"/>
              </w:rPr>
              <w:t>2027</w:t>
            </w:r>
          </w:p>
        </w:tc>
      </w:tr>
    </w:tbl>
    <w:p>
      <w:pPr>
        <w:pBdr>
          <w:bottom w:val="single" w:sz="12" w:space="1" w:color="0F6B5C"/>
        </w:pBdr>
        <w:spacing w:before="0" w:after="120"/>
        <w:jc w:val="left"/>
      </w:pPr>
    </w:p>
    <w:tbl>
      <w:tblPr>
        <w:tblW w:w="14545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2077"/>
        <w:gridCol w:w="2077"/>
        <w:gridCol w:w="2077"/>
        <w:gridCol w:w="2077"/>
        <w:gridCol w:w="2077"/>
        <w:gridCol w:w="2077"/>
        <w:gridCol w:w="2077"/>
      </w:tblGrid>
      <w:tr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SUN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MON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TUE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WED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THU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FRI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SAT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6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7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13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14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20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21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27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28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31</w:t>
            </w:r>
          </w:p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  <w:shd w:val="clear" w:color="auto" w:fill="F1F7F5"/>
          </w:tcPr>
          <w:p/>
        </w:tc>
      </w:tr>
    </w:tbl>
    <w:p>
      <w:pPr>
        <w:spacing w:before="120" w:after="0"/>
        <w:jc w:val="left"/>
      </w:pPr>
      <w:r>
        <w:rPr>
          <w:b/>
          <w:color w:val="0F6B5C"/>
          <w:sz w:val="18"/>
        </w:rPr>
        <w:t xml:space="preserve">NOTES  </w:t>
      </w:r>
      <w:r>
        <w:rPr>
          <w:color w:val="BFBFBF"/>
          <w:sz w:val="18"/>
        </w:rPr>
        <w:t>________________________________________________________________________________________________________________________</w:t>
      </w:r>
    </w:p>
    <w:p>
      <w:r>
        <w:br w:type="page"/>
      </w:r>
    </w:p>
    <w:tbl>
      <w:tblPr>
        <w:tblW w:w="145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640"/>
        <w:gridCol w:w="5903"/>
      </w:tblGrid>
      <w:tr>
        <w:tc>
          <w:tcPr>
            <w:tcW w:type="dxa" w:w="8640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pacing w:val="40"/>
                <w:sz w:val="68"/>
              </w:rPr>
              <w:t>SEPTEMBER</w:t>
            </w:r>
          </w:p>
        </w:tc>
        <w:tc>
          <w:tcPr>
            <w:tcW w:type="dxa" w:w="5904"/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  <w:color w:val="E9A23B"/>
                <w:sz w:val="68"/>
              </w:rPr>
              <w:t>2027</w:t>
            </w:r>
          </w:p>
        </w:tc>
      </w:tr>
    </w:tbl>
    <w:p>
      <w:pPr>
        <w:pBdr>
          <w:bottom w:val="single" w:sz="12" w:space="1" w:color="0F6B5C"/>
        </w:pBdr>
        <w:spacing w:before="0" w:after="120"/>
        <w:jc w:val="left"/>
      </w:pPr>
    </w:p>
    <w:tbl>
      <w:tblPr>
        <w:tblW w:w="14545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2077"/>
        <w:gridCol w:w="2077"/>
        <w:gridCol w:w="2077"/>
        <w:gridCol w:w="2077"/>
        <w:gridCol w:w="2077"/>
        <w:gridCol w:w="2077"/>
        <w:gridCol w:w="2077"/>
      </w:tblGrid>
      <w:tr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SUN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MON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TUE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WED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THU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FRI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SAT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4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10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11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17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18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24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25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30</w:t>
            </w:r>
          </w:p>
        </w:tc>
        <w:tc>
          <w:tcPr>
            <w:tcW w:type="dxa" w:w="2078"/>
          </w:tcPr>
          <w:p/>
        </w:tc>
        <w:tc>
          <w:tcPr>
            <w:tcW w:type="dxa" w:w="2078"/>
            <w:shd w:val="clear" w:color="auto" w:fill="F1F7F5"/>
          </w:tcPr>
          <w:p/>
        </w:tc>
      </w:tr>
    </w:tbl>
    <w:p>
      <w:pPr>
        <w:spacing w:before="120" w:after="0"/>
        <w:jc w:val="left"/>
      </w:pPr>
      <w:r>
        <w:rPr>
          <w:b/>
          <w:color w:val="0F6B5C"/>
          <w:sz w:val="18"/>
        </w:rPr>
        <w:t xml:space="preserve">NOTES  </w:t>
      </w:r>
      <w:r>
        <w:rPr>
          <w:color w:val="BFBFBF"/>
          <w:sz w:val="18"/>
        </w:rPr>
        <w:t>________________________________________________________________________________________________________________________</w:t>
      </w:r>
    </w:p>
    <w:p>
      <w:r>
        <w:br w:type="page"/>
      </w:r>
    </w:p>
    <w:tbl>
      <w:tblPr>
        <w:tblW w:w="145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640"/>
        <w:gridCol w:w="5903"/>
      </w:tblGrid>
      <w:tr>
        <w:tc>
          <w:tcPr>
            <w:tcW w:type="dxa" w:w="8640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pacing w:val="40"/>
                <w:sz w:val="68"/>
              </w:rPr>
              <w:t>OCTOBER</w:t>
            </w:r>
          </w:p>
        </w:tc>
        <w:tc>
          <w:tcPr>
            <w:tcW w:type="dxa" w:w="5904"/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  <w:color w:val="E9A23B"/>
                <w:sz w:val="68"/>
              </w:rPr>
              <w:t>2027</w:t>
            </w:r>
          </w:p>
        </w:tc>
      </w:tr>
    </w:tbl>
    <w:p>
      <w:pPr>
        <w:pBdr>
          <w:bottom w:val="single" w:sz="12" w:space="1" w:color="0F6B5C"/>
        </w:pBdr>
        <w:spacing w:before="0" w:after="120"/>
        <w:jc w:val="left"/>
      </w:pPr>
    </w:p>
    <w:tbl>
      <w:tblPr>
        <w:tblW w:w="14545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2077"/>
        <w:gridCol w:w="2077"/>
        <w:gridCol w:w="2077"/>
        <w:gridCol w:w="2077"/>
        <w:gridCol w:w="2077"/>
        <w:gridCol w:w="2077"/>
        <w:gridCol w:w="2077"/>
      </w:tblGrid>
      <w:tr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SUN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MON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TUE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WED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THU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FRI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SAT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8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9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15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16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22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23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29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30</w:t>
            </w:r>
          </w:p>
        </w:tc>
      </w:tr>
      <w:tr>
        <w:trPr>
          <w:trHeight w:val="1428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31</w:t>
            </w:r>
          </w:p>
          <w:p>
            <w:pPr>
              <w:spacing w:before="0" w:after="0"/>
              <w:jc w:val="left"/>
            </w:pPr>
            <w:r>
              <w:rPr>
                <w:i/>
                <w:color w:val="E9A23B"/>
                <w:sz w:val="15"/>
              </w:rPr>
              <w:t>Halloween</w:t>
            </w:r>
          </w:p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  <w:shd w:val="clear" w:color="auto" w:fill="F1F7F5"/>
          </w:tcPr>
          <w:p/>
        </w:tc>
      </w:tr>
    </w:tbl>
    <w:p>
      <w:pPr>
        <w:spacing w:before="120" w:after="0"/>
        <w:jc w:val="left"/>
      </w:pPr>
      <w:r>
        <w:rPr>
          <w:b/>
          <w:color w:val="0F6B5C"/>
          <w:sz w:val="18"/>
        </w:rPr>
        <w:t xml:space="preserve">NOTES  </w:t>
      </w:r>
      <w:r>
        <w:rPr>
          <w:color w:val="BFBFBF"/>
          <w:sz w:val="18"/>
        </w:rPr>
        <w:t>________________________________________________________________________________________________________________________</w:t>
      </w:r>
    </w:p>
    <w:p>
      <w:r>
        <w:br w:type="page"/>
      </w:r>
    </w:p>
    <w:tbl>
      <w:tblPr>
        <w:tblW w:w="145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640"/>
        <w:gridCol w:w="5903"/>
      </w:tblGrid>
      <w:tr>
        <w:tc>
          <w:tcPr>
            <w:tcW w:type="dxa" w:w="8640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pacing w:val="40"/>
                <w:sz w:val="68"/>
              </w:rPr>
              <w:t>NOVEMBER</w:t>
            </w:r>
          </w:p>
        </w:tc>
        <w:tc>
          <w:tcPr>
            <w:tcW w:type="dxa" w:w="5904"/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  <w:color w:val="E9A23B"/>
                <w:sz w:val="68"/>
              </w:rPr>
              <w:t>2027</w:t>
            </w:r>
          </w:p>
        </w:tc>
      </w:tr>
    </w:tbl>
    <w:p>
      <w:pPr>
        <w:pBdr>
          <w:bottom w:val="single" w:sz="12" w:space="1" w:color="0F6B5C"/>
        </w:pBdr>
        <w:spacing w:before="0" w:after="120"/>
        <w:jc w:val="left"/>
      </w:pPr>
    </w:p>
    <w:tbl>
      <w:tblPr>
        <w:tblW w:w="14545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2077"/>
        <w:gridCol w:w="2077"/>
        <w:gridCol w:w="2077"/>
        <w:gridCol w:w="2077"/>
        <w:gridCol w:w="2077"/>
        <w:gridCol w:w="2077"/>
        <w:gridCol w:w="2077"/>
      </w:tblGrid>
      <w:tr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SUN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MON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TUE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WED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THU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FRI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SAT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/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5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6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12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13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19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20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26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27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30</w:t>
            </w:r>
          </w:p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  <w:shd w:val="clear" w:color="auto" w:fill="F1F7F5"/>
          </w:tcPr>
          <w:p/>
        </w:tc>
      </w:tr>
    </w:tbl>
    <w:p>
      <w:pPr>
        <w:spacing w:before="120" w:after="0"/>
        <w:jc w:val="left"/>
      </w:pPr>
      <w:r>
        <w:rPr>
          <w:b/>
          <w:color w:val="0F6B5C"/>
          <w:sz w:val="18"/>
        </w:rPr>
        <w:t xml:space="preserve">NOTES  </w:t>
      </w:r>
      <w:r>
        <w:rPr>
          <w:color w:val="BFBFBF"/>
          <w:sz w:val="18"/>
        </w:rPr>
        <w:t>________________________________________________________________________________________________________________________</w:t>
      </w:r>
    </w:p>
    <w:p>
      <w:r>
        <w:br w:type="page"/>
      </w:r>
    </w:p>
    <w:tbl>
      <w:tblPr>
        <w:tblW w:w="145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640"/>
        <w:gridCol w:w="5903"/>
      </w:tblGrid>
      <w:tr>
        <w:tc>
          <w:tcPr>
            <w:tcW w:type="dxa" w:w="8640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pacing w:val="40"/>
                <w:sz w:val="68"/>
              </w:rPr>
              <w:t>DECEMBER</w:t>
            </w:r>
          </w:p>
        </w:tc>
        <w:tc>
          <w:tcPr>
            <w:tcW w:type="dxa" w:w="5904"/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  <w:color w:val="E9A23B"/>
                <w:sz w:val="68"/>
              </w:rPr>
              <w:t>2027</w:t>
            </w:r>
          </w:p>
        </w:tc>
      </w:tr>
    </w:tbl>
    <w:p>
      <w:pPr>
        <w:pBdr>
          <w:bottom w:val="single" w:sz="12" w:space="1" w:color="0F6B5C"/>
        </w:pBdr>
        <w:spacing w:before="0" w:after="120"/>
        <w:jc w:val="left"/>
      </w:pPr>
    </w:p>
    <w:tbl>
      <w:tblPr>
        <w:tblW w:w="14545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2077"/>
        <w:gridCol w:w="2077"/>
        <w:gridCol w:w="2077"/>
        <w:gridCol w:w="2077"/>
        <w:gridCol w:w="2077"/>
        <w:gridCol w:w="2077"/>
        <w:gridCol w:w="2077"/>
      </w:tblGrid>
      <w:tr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SUN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MON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TUE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WED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THU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FRI</w:t>
            </w:r>
          </w:p>
        </w:tc>
        <w:tc>
          <w:tcPr>
            <w:tcW w:type="dxa" w:w="2078"/>
            <w:shd w:val="clear" w:color="auto" w:fill="0F6B5C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20"/>
              </w:rPr>
              <w:t>SAT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/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4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10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11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14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15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17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18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19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21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22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23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24</w:t>
            </w:r>
          </w:p>
        </w:tc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25</w:t>
            </w:r>
          </w:p>
          <w:p>
            <w:pPr>
              <w:spacing w:before="0" w:after="0"/>
              <w:jc w:val="left"/>
            </w:pPr>
            <w:r>
              <w:rPr>
                <w:i/>
                <w:color w:val="E9A23B"/>
                <w:sz w:val="15"/>
              </w:rPr>
              <w:t>Christmas Day</w:t>
            </w:r>
          </w:p>
        </w:tc>
      </w:tr>
      <w:tr>
        <w:trPr>
          <w:trHeight w:val="1555" w:hRule="exact"/>
          <w:cantSplit/>
        </w:trPr>
        <w:tc>
          <w:tcPr>
            <w:tcW w:type="dxa" w:w="2078"/>
            <w:shd w:val="clear" w:color="auto" w:fill="F1F7F5"/>
          </w:tcPr>
          <w:p>
            <w:pPr>
              <w:spacing w:before="0" w:after="0"/>
              <w:jc w:val="left"/>
            </w:pPr>
            <w:r>
              <w:rPr>
                <w:b/>
                <w:color w:val="0F6B5C"/>
                <w:sz w:val="26"/>
              </w:rPr>
              <w:t>26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27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28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29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30</w:t>
            </w:r>
          </w:p>
        </w:tc>
        <w:tc>
          <w:tcPr>
            <w:tcW w:type="dxa" w:w="2078"/>
          </w:tcPr>
          <w:p>
            <w:pPr>
              <w:spacing w:before="0" w:after="0"/>
              <w:jc w:val="left"/>
            </w:pPr>
            <w:r>
              <w:rPr>
                <w:b/>
                <w:color w:val="333333"/>
                <w:sz w:val="26"/>
              </w:rPr>
              <w:t>31</w:t>
            </w:r>
          </w:p>
          <w:p>
            <w:pPr>
              <w:spacing w:before="0" w:after="0"/>
              <w:jc w:val="left"/>
            </w:pPr>
            <w:r>
              <w:rPr>
                <w:i/>
                <w:color w:val="E9A23B"/>
                <w:sz w:val="15"/>
              </w:rPr>
              <w:t>New Year’s Eve</w:t>
            </w:r>
          </w:p>
        </w:tc>
        <w:tc>
          <w:tcPr>
            <w:tcW w:type="dxa" w:w="2078"/>
            <w:shd w:val="clear" w:color="auto" w:fill="F1F7F5"/>
          </w:tcPr>
          <w:p/>
        </w:tc>
      </w:tr>
    </w:tbl>
    <w:p>
      <w:pPr>
        <w:spacing w:before="120" w:after="0"/>
        <w:jc w:val="left"/>
      </w:pPr>
      <w:r>
        <w:rPr>
          <w:b/>
          <w:color w:val="0F6B5C"/>
          <w:sz w:val="18"/>
        </w:rPr>
        <w:t xml:space="preserve">NOTES  </w:t>
      </w:r>
      <w:r>
        <w:rPr>
          <w:color w:val="BFBFBF"/>
          <w:sz w:val="18"/>
        </w:rPr>
        <w:t>________________________________________________________________________________________________________________________</w:t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648" w:right="648" w:bottom="648" w:left="64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Monthly Calendar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