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4752"/>
        <w:gridCol w:w="216"/>
        <w:gridCol w:w="9432"/>
      </w:tblGrid>
      <w:tr>
        <w:trPr>
          <w:trHeight w:val="10728" w:hRule="exact"/>
          <w:cantSplit/>
        </w:trPr>
        <w:tc>
          <w:tcPr>
            <w:tcW w:type="dxa" w:w="4752"/>
            <w:shd w:val="clear" w:color="auto" w:fill="1E293B"/>
            <w:tcMar>
              <w:top w:w="432" w:type="dxa"/>
              <w:left w:w="576" w:type="dxa"/>
              <w:bottom w:w="432" w:type="dxa"/>
              <w:right w:w="432" w:type="dxa"/>
            </w:tcMar>
            <w:vAlign w:val="center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cs="Arial" w:eastAsia="Arial"/>
                <w:b/>
                <w:color w:val="FFFFFF"/>
                <w:spacing w:val="120"/>
                <w:sz w:val="108"/>
              </w:rPr>
              <w:t>GIFT</w:t>
            </w:r>
          </w:p>
          <w:p>
            <w:pPr>
              <w:spacing w:before="0" w:after="720"/>
              <w:jc w:val="left"/>
            </w:pPr>
            <w:r>
              <w:rPr>
                <w:rFonts w:ascii="Arial" w:hAnsi="Arial" w:cs="Arial" w:eastAsia="Arial"/>
                <w:color w:val="0FA3A3"/>
                <w:spacing w:val="100"/>
                <w:sz w:val="30"/>
              </w:rPr>
              <w:t>CERTIFICATE</w:t>
            </w:r>
          </w:p>
          <w:p>
            <w:pPr>
              <w:spacing w:before="0" w:after="40"/>
              <w:jc w:val="left"/>
            </w:pPr>
            <w:r>
              <w:rPr>
                <w:rFonts w:ascii="Arial" w:hAnsi="Arial" w:cs="Arial" w:eastAsia="Arial"/>
                <w:color w:val="94A3B8"/>
                <w:spacing w:val="60"/>
                <w:sz w:val="17"/>
              </w:rPr>
              <w:t>VALUE</w:t>
            </w:r>
          </w:p>
          <w:p>
            <w:pPr>
              <w:spacing w:before="0" w:after="0"/>
              <w:jc w:val="left"/>
            </w:pPr>
            <w:sdt>
              <w:sdtPr>
                <w:alias w:val="Amount"/>
                <w:tag w:val="Amount"/>
                <w:text/>
              </w:sdtPr>
              <w:sdtContent>
                <w:r>
                  <w:rPr>
                    <w:rFonts w:ascii="Arial" w:hAnsi="Arial" w:cs="Arial" w:eastAsia="Arial"/>
                    <w:b/>
                    <w:color w:val="FFFFFF"/>
                    <w:sz w:val="88"/>
                  </w:rPr>
                  <w:t>$150</w:t>
                </w:r>
              </w:sdtContent>
            </w:sdt>
          </w:p>
          <w:p>
            <w:pPr>
              <w:spacing w:before="0" w:after="0" w:line="1200" w:lineRule="exact"/>
              <w:jc w:val="left"/>
              <w:rPr>
                <w:sz w:val="96"/>
              </w:rPr>
            </w:pPr>
          </w:p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color w:val="FFFFFF"/>
                <w:sz w:val="24"/>
              </w:rPr>
              <w:t>Your Company Name</w:t>
            </w:r>
          </w:p>
          <w:p>
            <w:pPr>
              <w:spacing w:before="40" w:after="0"/>
              <w:jc w:val="left"/>
            </w:pPr>
            <w:r>
              <w:rPr>
                <w:rFonts w:ascii="Arial" w:hAnsi="Arial" w:cs="Arial" w:eastAsia="Arial"/>
                <w:color w:val="94A3B8"/>
                <w:sz w:val="18"/>
              </w:rPr>
              <w:t>www.yourcompany.com</w:t>
            </w:r>
          </w:p>
        </w:tc>
        <w:tc>
          <w:tcPr>
            <w:tcW w:type="dxa" w:w="216"/>
            <w:shd w:val="clear" w:color="auto" w:fill="0FA3A3"/>
          </w:tcPr>
          <w:p/>
        </w:tc>
        <w:tc>
          <w:tcPr>
            <w:tcW w:type="dxa" w:w="9432"/>
            <w:tcMar>
              <w:top w:w="432" w:type="dxa"/>
              <w:left w:w="864" w:type="dxa"/>
              <w:bottom w:w="432" w:type="dxa"/>
              <w:right w:w="72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color w:val="94A3B8"/>
                <w:spacing w:val="40"/>
                <w:sz w:val="17"/>
              </w:rPr>
              <w:t xml:space="preserve">NO. </w:t>
            </w:r>
            <w:sdt>
              <w:sdtPr>
                <w:alias w:val="CertificateNo"/>
                <w:tag w:val="CertificateNo"/>
                <w:text/>
              </w:sdtPr>
              <w:sdtContent>
                <w:r>
                  <w:rPr>
                    <w:rFonts w:ascii="Arial" w:hAnsi="Arial" w:cs="Arial" w:eastAsia="Arial"/>
                    <w:b/>
                    <w:color w:val="1E293B"/>
                    <w:sz w:val="20"/>
                  </w:rPr>
                  <w:t>000123</w:t>
                </w:r>
              </w:sdtContent>
            </w:sdt>
          </w:p>
          <w:p>
            <w:pPr>
              <w:spacing w:before="0" w:after="0" w:line="600" w:lineRule="exact"/>
              <w:jc w:val="left"/>
              <w:rPr>
                <w:sz w:val="48"/>
              </w:rPr>
            </w:pPr>
          </w:p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 w:eastAsia="Arial"/>
                <w:color w:val="1E293B"/>
                <w:sz w:val="60"/>
              </w:rPr>
              <w:t>A little something</w:t>
            </w:r>
          </w:p>
          <w:p>
            <w:pPr>
              <w:spacing w:before="0" w:after="200"/>
              <w:jc w:val="left"/>
            </w:pPr>
            <w:r>
              <w:rPr>
                <w:rFonts w:ascii="Arial" w:hAnsi="Arial" w:cs="Arial" w:eastAsia="Arial"/>
                <w:b/>
                <w:color w:val="0FA3A3"/>
                <w:sz w:val="60"/>
              </w:rPr>
              <w:t>just for you.</w:t>
            </w:r>
          </w:p>
          <w:p>
            <w:pPr>
              <w:spacing w:before="0" w:after="520" w:line="300" w:lineRule="auto"/>
              <w:ind w:left="0" w:right="1728"/>
              <w:jc w:val="left"/>
            </w:pPr>
            <w:r>
              <w:rPr>
                <w:rFonts w:ascii="Arial" w:hAnsi="Arial" w:cs="Arial" w:eastAsia="Arial"/>
                <w:color w:val="64748B"/>
                <w:sz w:val="21"/>
              </w:rPr>
              <w:t>Treat yourself to something you love. This certificate can be redeemed for products or services at any of our locations.</w:t>
            </w:r>
          </w:p>
          <w:tbl>
            <w:tblPr>
              <w:tblW w:w="7776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360" w:type="dxa"/>
                <w:bottom w:w="28" w:type="dxa"/>
                <w:right w:w="360" w:type="dxa"/>
              </w:tblCellMar>
              <w:tblLook w:firstColumn="1" w:firstRow="1" w:lastColumn="0" w:lastRow="0" w:noHBand="0" w:noVBand="1" w:val="04A0"/>
            </w:tblPr>
            <w:tblGrid>
              <w:gridCol w:w="3888"/>
              <w:gridCol w:w="3888"/>
            </w:tblGrid>
            <w:tr>
              <w:tc>
                <w:tcPr>
                  <w:tcW w:type="dxa" w:w="3888"/>
                </w:tcPr>
                <w:p>
                  <w:pPr>
                    <w:spacing w:before="280" w:after="2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94A3B8"/>
                      <w:spacing w:val="50"/>
                      <w:sz w:val="16"/>
                    </w:rPr>
                    <w:t>TO</w:t>
                  </w:r>
                </w:p>
                <w:p>
                  <w:pPr>
                    <w:pBdr>
                      <w:bottom w:val="single" w:sz="6" w:space="1" w:color="CBD5E1"/>
                    </w:pBdr>
                    <w:spacing w:before="0" w:after="0"/>
                    <w:jc w:val="left"/>
                  </w:pPr>
                  <w:sdt>
                    <w:sdtPr>
                      <w:alias w:val="Recipient"/>
                      <w:tag w:val="Recipient"/>
                      <w:text/>
                    </w:sdtPr>
                    <w:sdtContent>
                      <w:r>
                        <w:rPr>
                          <w:rFonts w:ascii="Arial" w:hAnsi="Arial" w:cs="Arial" w:eastAsia="Arial"/>
                          <w:color w:val="1E293B"/>
                          <w:sz w:val="26"/>
                        </w:rPr>
                        <w:t>Recipient Name</w:t>
                      </w:r>
                    </w:sdtContent>
                  </w:sdt>
                </w:p>
              </w:tc>
              <w:tc>
                <w:tcPr>
                  <w:tcW w:type="dxa" w:w="3888"/>
                </w:tcPr>
                <w:p>
                  <w:pPr>
                    <w:spacing w:before="280" w:after="2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94A3B8"/>
                      <w:spacing w:val="50"/>
                      <w:sz w:val="16"/>
                    </w:rPr>
                    <w:t>FROM</w:t>
                  </w:r>
                </w:p>
                <w:p>
                  <w:pPr>
                    <w:pBdr>
                      <w:bottom w:val="single" w:sz="6" w:space="1" w:color="CBD5E1"/>
                    </w:pBdr>
                    <w:spacing w:before="0" w:after="0"/>
                    <w:jc w:val="left"/>
                  </w:pPr>
                  <w:sdt>
                    <w:sdtPr>
                      <w:alias w:val="From"/>
                      <w:tag w:val="From"/>
                      <w:text/>
                    </w:sdtPr>
                    <w:sdtContent>
                      <w:r>
                        <w:rPr>
                          <w:rFonts w:ascii="Arial" w:hAnsi="Arial" w:cs="Arial" w:eastAsia="Arial"/>
                          <w:color w:val="1E293B"/>
                          <w:sz w:val="26"/>
                        </w:rPr>
                        <w:t>Gift Giver Name</w:t>
                      </w:r>
                    </w:sdtContent>
                  </w:sdt>
                </w:p>
              </w:tc>
            </w:tr>
            <w:tr>
              <w:tc>
                <w:tcPr>
                  <w:tcW w:type="dxa" w:w="3888"/>
                </w:tcPr>
                <w:p>
                  <w:pPr>
                    <w:spacing w:before="280" w:after="2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94A3B8"/>
                      <w:spacing w:val="50"/>
                      <w:sz w:val="16"/>
                    </w:rPr>
                    <w:t>DATE ISSUED</w:t>
                  </w:r>
                </w:p>
                <w:p>
                  <w:pPr>
                    <w:pBdr>
                      <w:bottom w:val="single" w:sz="6" w:space="1" w:color="CBD5E1"/>
                    </w:pBdr>
                    <w:spacing w:before="0" w:after="0"/>
                    <w:jc w:val="left"/>
                  </w:pPr>
                  <w:sdt>
                    <w:sdtPr>
                      <w:alias w:val="IssueDate"/>
                      <w:tag w:val="IssueDate"/>
                      <w:text/>
                    </w:sdtPr>
                    <w:sdtContent>
                      <w:r>
                        <w:rPr>
                          <w:rFonts w:ascii="Arial" w:hAnsi="Arial" w:cs="Arial" w:eastAsia="Arial"/>
                          <w:color w:val="1E293B"/>
                          <w:sz w:val="26"/>
                        </w:rPr>
                        <w:t>June 1, 2026</w:t>
                      </w:r>
                    </w:sdtContent>
                  </w:sdt>
                </w:p>
              </w:tc>
              <w:tc>
                <w:tcPr>
                  <w:tcW w:type="dxa" w:w="3888"/>
                </w:tcPr>
                <w:p>
                  <w:pPr>
                    <w:spacing w:before="280" w:after="20"/>
                    <w:jc w:val="left"/>
                  </w:pPr>
                  <w:r>
                    <w:rPr>
                      <w:rFonts w:ascii="Arial" w:hAnsi="Arial" w:cs="Arial" w:eastAsia="Arial"/>
                      <w:b/>
                      <w:color w:val="94A3B8"/>
                      <w:spacing w:val="50"/>
                      <w:sz w:val="16"/>
                    </w:rPr>
                    <w:t>VALID UNTIL</w:t>
                  </w:r>
                </w:p>
                <w:p>
                  <w:pPr>
                    <w:pBdr>
                      <w:bottom w:val="single" w:sz="6" w:space="1" w:color="CBD5E1"/>
                    </w:pBdr>
                    <w:spacing w:before="0" w:after="0"/>
                    <w:jc w:val="left"/>
                  </w:pPr>
                  <w:sdt>
                    <w:sdtPr>
                      <w:alias w:val="Expiry"/>
                      <w:tag w:val="Expiry"/>
                      <w:text/>
                    </w:sdtPr>
                    <w:sdtContent>
                      <w:r>
                        <w:rPr>
                          <w:rFonts w:ascii="Arial" w:hAnsi="Arial" w:cs="Arial" w:eastAsia="Arial"/>
                          <w:color w:val="1E293B"/>
                          <w:sz w:val="26"/>
                        </w:rPr>
                        <w:t>June 1, 2027</w:t>
                      </w:r>
                    </w:sdtContent>
                  </w:sdt>
                </w:p>
              </w:tc>
            </w:tr>
          </w:tbl>
          <w:p>
            <w:pPr>
              <w:pBdr>
                <w:top w:val="single" w:sz="6" w:space="6" w:color="0FA3A3"/>
              </w:pBdr>
              <w:spacing w:before="0" w:after="0" w:line="720" w:lineRule="exact"/>
              <w:jc w:val="left"/>
              <w:rPr>
                <w:sz w:val="57"/>
              </w:rPr>
            </w:pPr>
            <w:r>
              <w:rPr>
                <w:rFonts w:ascii="Arial" w:hAnsi="Arial" w:cs="Arial" w:eastAsia="Arial"/>
                <w:color w:val="94A3B8"/>
                <w:sz w:val="16"/>
              </w:rPr>
              <w:t>Redeemable in-store or online. Not exchangeable for cash. Present this certificate at the time of purchase.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 Gift Certificate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