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C1121F"/>
          </w:tcPr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pacing w:val="80"/>
                <w:sz w:val="176"/>
              </w:rPr>
              <w:t>MISSING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E5E5"/>
                <w:spacing w:val="60"/>
                <w:sz w:val="30"/>
              </w:rPr>
              <w:t>PLEASE HELP US FIND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72" w:type="dxa"/>
        </w:tblCellMar>
        <w:tblLook w:firstColumn="1" w:firstRow="1" w:lastColumn="0" w:lastRow="0" w:noHBand="0" w:noVBand="1" w:val="04A0"/>
      </w:tblPr>
      <w:tblGrid>
        <w:gridCol w:w="5616"/>
        <w:gridCol w:w="5184"/>
      </w:tblGrid>
      <w:tr>
        <w:tc>
          <w:tcPr>
            <w:tcW w:type="dxa" w:w="5616"/>
          </w:tcPr>
          <w:tbl>
            <w:tblPr>
              <w:tblW w:w="54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00"/>
            </w:tblGrid>
            <w:tr>
              <w:trPr>
                <w:trHeight w:val="6768" w:hRule="exact"/>
                <w:cantSplit/>
              </w:trPr>
              <w:tc>
                <w:tcPr>
                  <w:tcW w:type="dxa" w:w="5400"/>
                  <w:shd w:val="clear" w:color="auto" w:fill="EFEFEF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Insert a recent, clear photo</w:t>
                  </w:r>
                </w:p>
              </w:tc>
            </w:tr>
          </w:tbl>
          <w:p/>
        </w:tc>
        <w:tc>
          <w:tcPr>
            <w:tcW w:type="dxa" w:w="5184"/>
          </w:tcPr>
          <w:p>
            <w:pPr>
              <w:spacing w:before="0" w:after="40"/>
              <w:jc w:val="left"/>
            </w:pPr>
            <w:r>
              <w:rPr>
                <w:b/>
                <w:color w:val="1B1B1B"/>
                <w:sz w:val="48"/>
              </w:rPr>
              <w:t>Daniel R. Hughes</w:t>
            </w:r>
          </w:p>
          <w:p>
            <w:pPr>
              <w:spacing w:before="0" w:after="120" w:line="288" w:lineRule="auto"/>
              <w:jc w:val="left"/>
            </w:pPr>
            <w:r>
              <w:rPr>
                <w:b/>
                <w:color w:val="C1121F"/>
                <w:sz w:val="22"/>
              </w:rPr>
              <w:t>Last seen: Sunday, November 8, 2026, around 6:30 PM</w:t>
            </w:r>
          </w:p>
          <w:p>
            <w:pPr>
              <w:spacing w:before="0" w:after="160" w:line="288" w:lineRule="auto"/>
              <w:jc w:val="left"/>
            </w:pPr>
            <w:r>
              <w:rPr>
                <w:color w:val="404040"/>
                <w:sz w:val="21"/>
              </w:rPr>
              <w:t>Near Riverside Park, Main Street entrance, City, State</w:t>
            </w:r>
          </w:p>
          <w:tbl>
            <w:tblPr>
              <w:tblW w:w="4968" w:type="dxa"/>
              <w:jc w:val="center"/>
              <w:tblBorders>
                <w:top w:val="nil"/>
                <w:left w:val="nil"/>
                <w:bottom w:val="nil"/>
                <w:right w:val="nil"/>
                <w:insideH w:val="single" w:sz="4" w:space="0" w:color="D9D9D9"/>
                <w:insideV w:val="single" w:sz="4" w:space="0" w:color="D9D9D9"/>
              </w:tblBorders>
              <w:tblLayout w:type="fixed"/>
              <w:tblCellMar>
                <w:top w:w="57" w:type="dxa"/>
                <w:left w:w="72" w:type="dxa"/>
                <w:bottom w:w="57" w:type="dxa"/>
                <w:right w:w="72" w:type="dxa"/>
              </w:tblCellMar>
              <w:tblLook w:firstColumn="1" w:firstRow="1" w:lastColumn="0" w:lastRow="0" w:noHBand="0" w:noVBand="1" w:val="04A0"/>
            </w:tblPr>
            <w:tblGrid>
              <w:gridCol w:w="1800"/>
              <w:gridCol w:w="3168"/>
            </w:tblGrid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AGE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34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SEX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Male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HEIGHT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5 ft 11 in (180 cm)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WEIGHT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170 lb (77 kg)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HAIR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Short, dark brown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EYES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Brown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BUILD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Slim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MARKS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Scar above left eyebrow</w:t>
                  </w:r>
                </w:p>
              </w:tc>
            </w:tr>
            <w:tr>
              <w:tc>
                <w:tcPr>
                  <w:tcW w:type="dxa" w:w="1800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C1121F"/>
                      <w:spacing w:val="20"/>
                      <w:sz w:val="18"/>
                    </w:rPr>
                    <w:t>MEDICAL</w:t>
                  </w:r>
                </w:p>
              </w:tc>
              <w:tc>
                <w:tcPr>
                  <w:tcW w:type="dxa" w:w="316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1"/>
                    </w:rPr>
                    <w:t>Needs daily medication</w:t>
                  </w:r>
                </w:p>
              </w:tc>
            </w:tr>
          </w:tbl>
          <w:p/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tbl>
      <w:tblPr>
        <w:tblW w:w="10800" w:type="dxa"/>
        <w:jc w:val="center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nil"/>
          <w:insideV w:val="nil"/>
        </w:tblBorders>
        <w:tblLayout w:type="fixed"/>
        <w:tblCellMar>
          <w:top w:w="144" w:type="dxa"/>
          <w:left w:w="216" w:type="dxa"/>
          <w:bottom w:w="144" w:type="dxa"/>
          <w:right w:w="216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F7F7F7"/>
          </w:tcPr>
          <w:p>
            <w:pPr>
              <w:spacing w:before="0" w:after="40"/>
              <w:jc w:val="left"/>
            </w:pPr>
            <w:r>
              <w:rPr>
                <w:b/>
                <w:color w:val="C1121F"/>
                <w:spacing w:val="30"/>
                <w:sz w:val="20"/>
              </w:rPr>
              <w:t>LAST SEEN WEARING</w:t>
            </w:r>
          </w:p>
          <w:p>
            <w:pPr>
              <w:spacing w:before="0" w:after="0" w:line="300" w:lineRule="auto"/>
              <w:jc w:val="left"/>
            </w:pPr>
            <w:r>
              <w:rPr>
                <w:color w:val="262626"/>
                <w:sz w:val="22"/>
              </w:rPr>
              <w:t>Navy blue hooded jacket, grey T-shirt, black jeans, white sneakers and a black backpack. May be carrying a red water bottle.</w:t>
            </w:r>
          </w:p>
          <w:p>
            <w:pPr>
              <w:spacing w:before="160" w:after="40"/>
              <w:jc w:val="left"/>
            </w:pPr>
            <w:r>
              <w:rPr>
                <w:b/>
                <w:color w:val="C1121F"/>
                <w:spacing w:val="30"/>
                <w:sz w:val="20"/>
              </w:rPr>
              <w:t>ADDITIONAL INFORMATION</w:t>
            </w:r>
          </w:p>
          <w:p>
            <w:pPr>
              <w:spacing w:before="0" w:after="0" w:line="300" w:lineRule="auto"/>
              <w:jc w:val="left"/>
            </w:pPr>
            <w:r>
              <w:rPr>
                <w:color w:val="262626"/>
                <w:sz w:val="22"/>
              </w:rPr>
              <w:t>Daniel may appear confused or disoriented. He drives a silver 2018 Honda Civic, license plate ABC-1234. If you see him, please stay with him and call the number below.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1" w:type="dxa"/>
          <w:left w:w="288" w:type="dxa"/>
          <w:bottom w:w="201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1B1B1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4"/>
              </w:rPr>
              <w:t>IF YOU HAVE ANY INFORMATION, PLEASE CALL</w:t>
            </w:r>
          </w:p>
          <w:p>
            <w:pPr>
              <w:spacing w:before="0" w:after="0" w:line="240" w:lineRule="auto"/>
              <w:jc w:val="center"/>
            </w:pPr>
            <w:r>
              <w:rPr>
                <w:b/>
                <w:color w:val="FFD60A"/>
                <w:sz w:val="68"/>
              </w:rPr>
              <w:t>(000) 000-0000</w:t>
            </w:r>
          </w:p>
          <w:p>
            <w:pPr>
              <w:spacing w:before="0" w:after="0"/>
              <w:jc w:val="center"/>
            </w:pPr>
            <w:r>
              <w:rPr>
                <w:color w:val="D9D9D9"/>
                <w:sz w:val="21"/>
              </w:rPr>
              <w:t>or contact City Police Department: (000) 000-0001  •  Case #2026-11-0482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576" w:right="720" w:bottom="576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Person Poster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