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832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7416"/>
        <w:gridCol w:w="7416"/>
      </w:tblGrid>
      <w:tr>
        <w:trPr>
          <w:trHeight w:val="10872" w:hRule="exact"/>
          <w:cantSplit/>
        </w:trPr>
        <w:tc>
          <w:tcPr>
            <w:tcW w:type="dxa" w:w="7416"/>
            <w:tcBorders>
              <w:right w:val="dashed" w:sz="4" w:space="0" w:color="C8C8C8"/>
            </w:tcBorders>
            <w:shd w:val="clear" w:color="auto" w:fill="F7F4EC"/>
            <w:tcMar>
              <w:top w:w="576" w:type="dxa"/>
              <w:left w:w="720" w:type="dxa"/>
              <w:bottom w:w="576" w:type="dxa"/>
              <w:right w:w="720" w:type="dxa"/>
            </w:tcMar>
            <w:vAlign w:val="center"/>
          </w:tcPr>
          <w:p>
            <w:pPr>
              <w:spacing w:before="0" w:after="0" w:line="6600" w:lineRule="exact"/>
              <w:jc w:val="left"/>
              <w:rPr>
                <w:sz w:val="528"/>
              </w:rPr>
            </w:pPr>
          </w:p>
          <w:p>
            <w:pPr>
              <w:spacing w:before="0" w:after="0"/>
              <w:jc w:val="center"/>
            </w:pPr>
            <w:r>
              <w:rPr>
                <w:rFonts w:ascii="Segoe UI Symbol" w:hAnsi="Segoe UI Symbol" w:cs="Segoe UI Symbol" w:eastAsia="Segoe UI Symbol"/>
                <w:color w:val="8A7B55"/>
                <w:sz w:val="24"/>
              </w:rPr>
              <w:t>◆</w:t>
            </w:r>
          </w:p>
          <w:p>
            <w:pPr>
              <w:spacing w:before="80" w:after="0"/>
              <w:jc w:val="center"/>
            </w:pPr>
            <w:r>
              <w:rPr>
                <w:i/>
                <w:color w:val="8A7B55"/>
                <w:sz w:val="16"/>
              </w:rPr>
              <w:t>Designed for you by</w:t>
            </w:r>
          </w:p>
          <w:p>
            <w:pPr>
              <w:spacing w:before="0" w:after="0"/>
              <w:jc w:val="center"/>
            </w:pPr>
            <w:r>
              <w:rPr>
                <w:b/>
                <w:color w:val="8A7B55"/>
                <w:sz w:val="19"/>
              </w:rPr>
              <w:t>Your Name or Company Name</w:t>
            </w:r>
          </w:p>
          <w:p>
            <w:pPr>
              <w:spacing w:before="0" w:after="0"/>
              <w:jc w:val="center"/>
            </w:pPr>
            <w:r>
              <w:rPr>
                <w:color w:val="8A7B55"/>
                <w:sz w:val="16"/>
              </w:rPr>
              <w:t>www.yourwebsite.com</w:t>
            </w:r>
          </w:p>
        </w:tc>
        <w:tc>
          <w:tcPr>
            <w:tcW w:type="dxa" w:w="7416"/>
            <w:shd w:val="clear" w:color="auto" w:fill="1D4D3A"/>
            <w:tcMar>
              <w:top w:w="576" w:type="dxa"/>
              <w:left w:w="720" w:type="dxa"/>
              <w:bottom w:w="576" w:type="dxa"/>
              <w:right w:w="720" w:type="dxa"/>
            </w:tcMar>
            <w:vAlign w:val="center"/>
          </w:tcPr>
          <w:p>
            <w:pPr>
              <w:spacing w:before="0" w:after="600"/>
              <w:jc w:val="center"/>
            </w:pPr>
            <w:r>
              <w:rPr>
                <w:rFonts w:ascii="Segoe UI Symbol" w:hAnsi="Segoe UI Symbol" w:cs="Segoe UI Symbol" w:eastAsia="Segoe UI Symbol"/>
                <w:color w:val="D4AF37"/>
                <w:sz w:val="70"/>
              </w:rPr>
              <w:t>★</w:t>
            </w:r>
          </w:p>
          <w:p>
            <w:pPr>
              <w:spacing w:before="0" w:after="0" w:line="216" w:lineRule="auto"/>
              <w:jc w:val="center"/>
            </w:pPr>
            <w:r>
              <w:rPr>
                <w:rFonts w:ascii="Brush Script MT" w:hAnsi="Brush Script MT" w:cs="Brush Script MT" w:eastAsia="Brush Script MT"/>
                <w:color w:val="D4AF37"/>
                <w:sz w:val="140"/>
              </w:rPr>
              <w:t>Season’s</w:t>
            </w:r>
          </w:p>
          <w:p>
            <w:pPr>
              <w:spacing w:before="0" w:after="0"/>
              <w:jc w:val="center"/>
            </w:pPr>
            <w:r>
              <w:rPr>
                <w:rFonts w:ascii="Georgia" w:hAnsi="Georgia" w:cs="Georgia" w:eastAsia="Georgia"/>
                <w:b/>
                <w:color w:val="FFFFFF"/>
                <w:spacing w:val="100"/>
                <w:sz w:val="60"/>
              </w:rPr>
              <w:t>GREETINGS</w:t>
            </w:r>
          </w:p>
          <w:p>
            <w:pPr>
              <w:pBdr>
                <w:bottom w:val="single" w:sz="8" w:space="1" w:color="D4AF37"/>
              </w:pBdr>
              <w:spacing w:before="280" w:after="280"/>
              <w:ind w:left="2016" w:right="2016"/>
              <w:jc w:val="center"/>
            </w:pPr>
          </w:p>
          <w:p>
            <w:pPr>
              <w:spacing w:before="0" w:after="800"/>
              <w:jc w:val="center"/>
            </w:pPr>
            <w:r>
              <w:rPr>
                <w:i/>
                <w:color w:val="E8E2C8"/>
                <w:sz w:val="32"/>
              </w:rPr>
              <w:t>Peace · Joy · Love</w:t>
            </w:r>
          </w:p>
          <w:p>
            <w:pPr>
              <w:spacing w:before="0" w:after="0"/>
              <w:jc w:val="center"/>
            </w:pPr>
            <w:r>
              <w:rPr>
                <w:rFonts w:ascii="Segoe UI Symbol" w:hAnsi="Segoe UI Symbol" w:cs="Segoe UI Symbol" w:eastAsia="Segoe UI Symbol"/>
                <w:color w:val="D4AF37"/>
                <w:sz w:val="32"/>
              </w:rPr>
              <w:t>★  ★  ★</w:t>
            </w:r>
          </w:p>
        </w:tc>
      </w:tr>
    </w:tbl>
    <w:p>
      <w:r>
        <w:br w:type="page"/>
      </w:r>
    </w:p>
    <w:tbl>
      <w:tblPr>
        <w:tblW w:w="14832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7416"/>
        <w:gridCol w:w="7416"/>
      </w:tblGrid>
      <w:tr>
        <w:trPr>
          <w:trHeight w:val="10872" w:hRule="exact"/>
          <w:cantSplit/>
        </w:trPr>
        <w:tc>
          <w:tcPr>
            <w:tcW w:type="dxa" w:w="7416"/>
            <w:tcBorders>
              <w:right w:val="dashed" w:sz="4" w:space="0" w:color="C8C8C8"/>
            </w:tcBorders>
            <w:tcMar>
              <w:top w:w="576" w:type="dxa"/>
              <w:left w:w="720" w:type="dxa"/>
              <w:bottom w:w="576" w:type="dxa"/>
              <w:right w:w="720" w:type="dxa"/>
            </w:tcMar>
            <w:vAlign w:val="center"/>
          </w:tcPr>
          <w:p/>
        </w:tc>
        <w:tc>
          <w:tcPr>
            <w:tcW w:type="dxa" w:w="7416"/>
            <w:shd w:val="clear" w:color="auto" w:fill="FFFDF7"/>
            <w:tcMar>
              <w:top w:w="576" w:type="dxa"/>
              <w:left w:w="720" w:type="dxa"/>
              <w:bottom w:w="576" w:type="dxa"/>
              <w:right w:w="720" w:type="dxa"/>
            </w:tcMar>
            <w:vAlign w:val="center"/>
          </w:tcPr>
          <w:p>
            <w:pPr>
              <w:spacing w:before="0" w:after="280"/>
              <w:jc w:val="center"/>
            </w:pPr>
            <w:r>
              <w:rPr>
                <w:i/>
                <w:color w:val="1D4D3A"/>
                <w:sz w:val="56"/>
              </w:rPr>
              <w:t>Warmest Wishes</w:t>
            </w:r>
          </w:p>
          <w:p>
            <w:pPr>
              <w:spacing w:before="0" w:after="560" w:line="348" w:lineRule="auto"/>
              <w:jc w:val="center"/>
            </w:pPr>
            <w:r>
              <w:rPr>
                <w:color w:val="404040"/>
                <w:sz w:val="29"/>
              </w:rPr>
              <w:t>May the magic of the holidays fill your home with joy and your heart with love. Wishing you a peaceful season and a happy, healthy New Year.</w:t>
            </w:r>
          </w:p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32"/>
              </w:rPr>
              <w:t>Best wishes from all of us,</w:t>
              <w:br/>
              <w:t>Your Family or Company Name</w:t>
            </w:r>
          </w:p>
        </w:tc>
      </w:tr>
    </w:tbl>
    <w:sectPr w:rsidR="00FC693F" w:rsidRPr="0006063C" w:rsidSect="00034616">
      <w:pgSz w:w="15840" w:h="12240" w:orient="landscape"/>
      <w:pgMar w:top="504" w:right="504" w:bottom="504" w:left="504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Georgia" w:hAnsi="Georgia" w:cs="Georgia" w:eastAsia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Holiday Greeting Card</dc:title>
  <dc:subject/>
  <dc:creator>Your Company Name</dc:creator>
  <cp:keywords/>
  <dc:description>Free editable template. Replace sample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