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14400"/>
      </w:tblGrid>
      <w:tr>
        <w:trPr>
          <w:trHeight w:val="432" w:hRule="exact"/>
          <w:cantSplit/>
        </w:trPr>
        <w:tc>
          <w:tcPr>
            <w:tcW w:type="dxa" w:w="14400"/>
            <w:tcBorders>
              <w:top w:val="single" w:sz="12" w:space="0" w:color="B3262E"/>
              <w:left w:val="single" w:sz="12" w:space="0" w:color="B3262E"/>
              <w:bottom w:val="single" w:sz="12" w:space="0" w:color="B3262E"/>
              <w:right w:val="single" w:sz="12" w:space="0" w:color="B3262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44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trHeight w:val="418" w:hRule="exact"/>
                <w:cantSplit/>
              </w:trPr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</w:tr>
          </w:tbl>
          <w:p>
            <w:pPr>
              <w:spacing w:line="20" w:lineRule="exact"/>
            </w:pPr>
          </w:p>
        </w:tc>
      </w:tr>
      <w:tr>
        <w:trPr>
          <w:trHeight w:val="9864" w:hRule="exact"/>
          <w:cantSplit/>
        </w:trPr>
        <w:tc>
          <w:tcPr>
            <w:tcW w:type="dxa" w:w="14400"/>
            <w:tcBorders>
              <w:left w:val="single" w:sz="12" w:space="0" w:color="B3262E"/>
              <w:right w:val="single" w:sz="12" w:space="0" w:color="B3262E"/>
            </w:tcBorders>
            <w:shd w:val="clear" w:color="auto" w:fill="FFFFFF"/>
            <w:tcMar>
              <w:top w:w="216" w:type="dxa"/>
              <w:left w:w="864" w:type="dxa"/>
              <w:bottom w:w="216" w:type="dxa"/>
              <w:right w:w="864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Segoe UI Symbol" w:hAnsi="Segoe UI Symbol" w:cs="Segoe UI Symbol" w:eastAsia="Segoe UI Symbol"/>
                <w:color w:val="C9A227"/>
                <w:sz w:val="26"/>
              </w:rPr>
              <w:t>★   ★   ★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Brush Script MT" w:hAnsi="Brush Script MT" w:cs="Brush Script MT" w:eastAsia="Brush Script MT"/>
                <w:color w:val="B3262E"/>
                <w:sz w:val="120"/>
              </w:rPr>
              <w:t>Happy Holidays</w:t>
            </w:r>
          </w:p>
          <w:p>
            <w:pPr>
              <w:spacing w:before="0" w:after="80"/>
              <w:jc w:val="center"/>
            </w:pPr>
            <w:r>
              <w:rPr>
                <w:rFonts w:ascii="Georgia" w:hAnsi="Georgia" w:cs="Georgia" w:eastAsia="Georgia"/>
                <w:b/>
                <w:color w:val="1F5C3A"/>
                <w:spacing w:val="100"/>
                <w:sz w:val="28"/>
              </w:rPr>
              <w:t>HOLIDAY GIFT CERTIFICATE</w:t>
            </w:r>
          </w:p>
          <w:p>
            <w:pPr>
              <w:spacing w:before="0" w:after="320"/>
              <w:jc w:val="center"/>
            </w:pPr>
            <w:r>
              <w:rPr>
                <w:rFonts w:ascii="Georgia" w:hAnsi="Georgia" w:cs="Georgia" w:eastAsia="Georgia"/>
                <w:i/>
                <w:color w:val="6B6B6B"/>
                <w:sz w:val="22"/>
              </w:rPr>
              <w:t>Wishing you joy, warmth and something special this season.</w:t>
            </w:r>
          </w:p>
          <w:tbl>
            <w:tblPr>
              <w:tblW w:w="10368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" w:type="dxa"/>
                <w:left w:w="432" w:type="dxa"/>
                <w:bottom w:w="28" w:type="dxa"/>
                <w:right w:w="432" w:type="dxa"/>
              </w:tblCellMar>
              <w:tblLook w:firstColumn="1" w:firstRow="1" w:lastColumn="0" w:lastRow="0" w:noHBand="0" w:noVBand="1" w:val="04A0"/>
            </w:tblPr>
            <w:tblGrid>
              <w:gridCol w:w="5184"/>
              <w:gridCol w:w="5184"/>
            </w:tblGrid>
            <w:tr>
              <w:tc>
                <w:tcPr>
                  <w:tcW w:type="dxa" w:w="5184"/>
                </w:tcPr>
                <w:p>
                  <w:pPr>
                    <w:pBdr>
                      <w:bottom w:val="single" w:sz="6" w:space="1" w:color="B3262E"/>
                    </w:pBdr>
                    <w:spacing w:before="0" w:after="0"/>
                    <w:jc w:val="center"/>
                  </w:pPr>
                  <w:sdt>
                    <w:sdtPr>
                      <w:alias w:val="Recipient"/>
                      <w:tag w:val="Recipient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color w:val="262626"/>
                          <w:sz w:val="28"/>
                        </w:rPr>
                        <w:t>Recipient Name</w:t>
                      </w:r>
                    </w:sdtContent>
                  </w:sdt>
                </w:p>
                <w:p>
                  <w:pPr>
                    <w:spacing w:before="40" w:after="0"/>
                    <w:jc w:val="center"/>
                  </w:pPr>
                  <w:r>
                    <w:rPr>
                      <w:rFonts w:ascii="Georgia" w:hAnsi="Georgia" w:cs="Georgia" w:eastAsia="Georgia"/>
                      <w:b/>
                      <w:color w:val="1F5C3A"/>
                      <w:spacing w:val="40"/>
                      <w:sz w:val="17"/>
                    </w:rPr>
                    <w:t>TO</w:t>
                  </w:r>
                </w:p>
              </w:tc>
              <w:tc>
                <w:tcPr>
                  <w:tcW w:type="dxa" w:w="5184"/>
                </w:tcPr>
                <w:p>
                  <w:pPr>
                    <w:pBdr>
                      <w:bottom w:val="single" w:sz="6" w:space="1" w:color="B3262E"/>
                    </w:pBdr>
                    <w:spacing w:before="0" w:after="0"/>
                    <w:jc w:val="center"/>
                  </w:pPr>
                  <w:sdt>
                    <w:sdtPr>
                      <w:alias w:val="From"/>
                      <w:tag w:val="From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color w:val="262626"/>
                          <w:sz w:val="28"/>
                        </w:rPr>
                        <w:t>Gift Giver Name</w:t>
                      </w:r>
                    </w:sdtContent>
                  </w:sdt>
                </w:p>
                <w:p>
                  <w:pPr>
                    <w:spacing w:before="40" w:after="0"/>
                    <w:jc w:val="center"/>
                  </w:pPr>
                  <w:r>
                    <w:rPr>
                      <w:rFonts w:ascii="Georgia" w:hAnsi="Georgia" w:cs="Georgia" w:eastAsia="Georgia"/>
                      <w:b/>
                      <w:color w:val="1F5C3A"/>
                      <w:spacing w:val="40"/>
                      <w:sz w:val="17"/>
                    </w:rPr>
                    <w:t>FROM</w:t>
                  </w:r>
                </w:p>
              </w:tc>
            </w:tr>
          </w:tbl>
          <w:p>
            <w:pPr>
              <w:spacing w:before="0" w:after="0" w:line="440" w:lineRule="exact"/>
              <w:jc w:val="left"/>
              <w:rPr>
                <w:sz w:val="35"/>
              </w:rPr>
            </w:pPr>
          </w:p>
          <w:tbl>
            <w:tblPr>
              <w:tblW w:w="11807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72" w:type="dxa"/>
                <w:left w:w="144" w:type="dxa"/>
                <w:bottom w:w="72" w:type="dxa"/>
                <w:right w:w="144" w:type="dxa"/>
              </w:tblCellMar>
              <w:tblLook w:firstColumn="1" w:firstRow="1" w:lastColumn="0" w:lastRow="0" w:noHBand="0" w:noVBand="1" w:val="04A0"/>
            </w:tblPr>
            <w:tblGrid>
              <w:gridCol w:w="3744"/>
              <w:gridCol w:w="4320"/>
              <w:gridCol w:w="3744"/>
            </w:tblGrid>
            <w:tr>
              <w:tc>
                <w:tcPr>
                  <w:tcW w:type="dxa" w:w="374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808080"/>
                      <w:spacing w:val="40"/>
                      <w:sz w:val="16"/>
                    </w:rPr>
                    <w:t>CERTIFICATE NO.</w:t>
                  </w:r>
                </w:p>
                <w:p>
                  <w:pPr>
                    <w:spacing w:before="0" w:after="0"/>
                    <w:jc w:val="center"/>
                  </w:pPr>
                  <w:sdt>
                    <w:sdtPr>
                      <w:alias w:val="CertificateNo"/>
                      <w:tag w:val="CertificateNo"/>
                      <w:text/>
                    </w:sdtPr>
                    <w:sdtContent>
                      <w:r>
                        <w:rPr>
                          <w:b/>
                          <w:color w:val="1F5C3A"/>
                          <w:sz w:val="24"/>
                        </w:rPr>
                        <w:t>HOL-2026-012</w:t>
                      </w:r>
                    </w:sdtContent>
                  </w:sdt>
                </w:p>
              </w:tc>
              <w:tc>
                <w:tcPr>
                  <w:tcW w:type="dxa" w:w="4320"/>
                  <w:tcBorders>
                    <w:top w:val="single" w:sz="12" w:space="0" w:color="B3262E"/>
                    <w:left w:val="single" w:sz="12" w:space="0" w:color="B3262E"/>
                    <w:bottom w:val="single" w:sz="12" w:space="0" w:color="B3262E"/>
                    <w:right w:val="single" w:sz="12" w:space="0" w:color="B3262E"/>
                  </w:tcBorders>
                  <w:shd w:val="clear" w:color="auto" w:fill="FDF3F3"/>
                  <w:tcMar>
                    <w:top w:w="172" w:type="dxa"/>
                    <w:left w:w="144" w:type="dxa"/>
                    <w:bottom w:w="172" w:type="dxa"/>
                    <w:right w:w="144" w:type="dxa"/>
                  </w:tcMar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B3262E"/>
                      <w:spacing w:val="60"/>
                      <w:sz w:val="17"/>
                    </w:rPr>
                    <w:t>AMOUNT</w:t>
                  </w:r>
                </w:p>
                <w:p>
                  <w:pPr>
                    <w:spacing w:before="0" w:after="0"/>
                    <w:jc w:val="center"/>
                  </w:pPr>
                  <w:sdt>
                    <w:sdtPr>
                      <w:alias w:val="Amount"/>
                      <w:tag w:val="Amount"/>
                      <w:text/>
                    </w:sdtPr>
                    <w:sdtContent>
                      <w:r>
                        <w:rPr>
                          <w:rFonts w:ascii="Georgia" w:hAnsi="Georgia" w:cs="Georgia" w:eastAsia="Georgia"/>
                          <w:b/>
                          <w:color w:val="B3262E"/>
                          <w:sz w:val="68"/>
                        </w:rPr>
                        <w:t>$50.00</w:t>
                      </w:r>
                    </w:sdtContent>
                  </w:sdt>
                </w:p>
              </w:tc>
              <w:tc>
                <w:tcPr>
                  <w:tcW w:type="dxa" w:w="3744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808080"/>
                      <w:spacing w:val="40"/>
                      <w:sz w:val="16"/>
                    </w:rPr>
                    <w:t>EXPIRES</w:t>
                  </w:r>
                </w:p>
                <w:p>
                  <w:pPr>
                    <w:spacing w:before="0" w:after="0"/>
                    <w:jc w:val="center"/>
                  </w:pPr>
                  <w:sdt>
                    <w:sdtPr>
                      <w:alias w:val="Expiry"/>
                      <w:tag w:val="Expiry"/>
                      <w:text/>
                    </w:sdtPr>
                    <w:sdtContent>
                      <w:r>
                        <w:rPr>
                          <w:b/>
                          <w:color w:val="1F5C3A"/>
                          <w:sz w:val="24"/>
                        </w:rPr>
                        <w:t>January 31, 2027</w:t>
                      </w:r>
                    </w:sdtContent>
                  </w:sdt>
                </w:p>
              </w:tc>
            </w:tr>
          </w:tbl>
          <w:p>
            <w:pPr>
              <w:spacing w:before="0" w:after="0" w:line="520" w:lineRule="exact"/>
              <w:jc w:val="center"/>
              <w:rPr>
                <w:sz w:val="41"/>
              </w:rPr>
            </w:pPr>
            <w:r>
              <w:rPr>
                <w:color w:val="808080"/>
                <w:sz w:val="18"/>
              </w:rPr>
              <w:t>Your Company Name  ·  123 Business Street, City  ·  (000) 000-0000</w:t>
            </w:r>
          </w:p>
          <w:p>
            <w:pPr>
              <w:spacing w:before="40" w:after="0"/>
              <w:jc w:val="center"/>
            </w:pPr>
            <w:r>
              <w:rPr>
                <w:i/>
                <w:color w:val="A6A6A6"/>
                <w:sz w:val="15"/>
              </w:rPr>
              <w:t>Redeemable for merchandise or services. Not redeemable for cash.</w:t>
            </w:r>
          </w:p>
        </w:tc>
      </w:tr>
      <w:tr>
        <w:trPr>
          <w:trHeight w:val="432" w:hRule="exact"/>
          <w:cantSplit/>
        </w:trPr>
        <w:tc>
          <w:tcPr>
            <w:tcW w:type="dxa" w:w="14400"/>
            <w:tcBorders>
              <w:top w:val="single" w:sz="12" w:space="0" w:color="B3262E"/>
              <w:left w:val="single" w:sz="12" w:space="0" w:color="B3262E"/>
              <w:bottom w:val="single" w:sz="12" w:space="0" w:color="B3262E"/>
              <w:right w:val="single" w:sz="12" w:space="0" w:color="B3262E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44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>
              <w:trPr>
                <w:trHeight w:val="418" w:hRule="exact"/>
                <w:cantSplit/>
              </w:trPr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B3262E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  <w:tc>
                <w:tcPr>
                  <w:tcW w:type="dxa" w:w="360"/>
                  <w:shd w:val="clear" w:color="auto" w:fill="1F5C3A"/>
                </w:tcPr>
                <w:p/>
              </w:tc>
              <w:tc>
                <w:tcPr>
                  <w:tcW w:type="dxa" w:w="360"/>
                  <w:shd w:val="clear" w:color="auto" w:fill="FFFFFF"/>
                </w:tcPr>
                <w:p/>
              </w:tc>
            </w:tr>
          </w:tbl>
          <w:p>
            <w:pPr>
              <w:spacing w:line="20" w:lineRule="exact"/>
            </w:pP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eorgia" w:hAnsi="Georgia" w:cs="Georgia" w:eastAsia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Holiday Gift Certificate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