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color w:val="8C8C8C"/>
          <w:sz w:val="17"/>
        </w:rPr>
        <w:t>Your Company Name  •  Gift Vouchers  •  Keep the counterfoil for your records</w:t>
      </w:r>
    </w:p>
    <w:tbl>
      <w:tblPr>
        <w:tblW w:w="10656" w:type="dxa"/>
        <w:jc w:val="center"/>
        <w:tblBorders>
          <w:top w:val="dashed" w:sz="8" w:space="0" w:color="9A9A9A"/>
          <w:left w:val="dashed" w:sz="8" w:space="0" w:color="9A9A9A"/>
          <w:bottom w:val="dashed" w:sz="8" w:space="0" w:color="9A9A9A"/>
          <w:right w:val="dashed" w:sz="8" w:space="0" w:color="9A9A9A"/>
          <w:insideH w:val="dashed" w:sz="8" w:space="0" w:color="9A9A9A"/>
          <w:insideV w:val="dashed" w:sz="8" w:space="0" w:color="9A9A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rPr>
          <w:trHeight w:val="4680" w:hRule="exact"/>
          <w:cantSplit/>
        </w:trPr>
        <w:tc>
          <w:tcPr>
            <w:tcW w:type="dxa" w:w="10656"/>
            <w:tcMar>
              <w:top w:w="201" w:type="dxa"/>
              <w:left w:w="201" w:type="dxa"/>
              <w:bottom w:w="201" w:type="dxa"/>
              <w:right w:w="201" w:type="dxa"/>
            </w:tcMar>
            <w:vAlign w:val="center"/>
          </w:tcPr>
          <w:tbl>
            <w:tblPr>
              <w:tblW w:w="1018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6" w:type="dxa"/>
                <w:left w:w="216" w:type="dxa"/>
                <w:bottom w:w="86" w:type="dxa"/>
                <w:right w:w="216" w:type="dxa"/>
              </w:tblCellMar>
              <w:tblLook w:firstColumn="1" w:firstRow="1" w:lastColumn="0" w:lastRow="0" w:noHBand="0" w:noVBand="1" w:val="04A0"/>
            </w:tblPr>
            <w:tblGrid>
              <w:gridCol w:w="2808"/>
              <w:gridCol w:w="172"/>
              <w:gridCol w:w="7200"/>
            </w:tblGrid>
            <w:tr>
              <w:trPr>
                <w:trHeight w:val="4248" w:hRule="exact"/>
                <w:cantSplit/>
              </w:trPr>
              <w:tc>
                <w:tcPr>
                  <w:tcW w:type="dxa" w:w="2808"/>
                  <w:tcBorders>
                    <w:top w:val="single" w:sz="6" w:space="0" w:color="D0D0D0"/>
                    <w:left w:val="single" w:sz="6" w:space="0" w:color="D0D0D0"/>
                    <w:bottom w:val="single" w:sz="6" w:space="0" w:color="D0D0D0"/>
                    <w:right w:val="single" w:sz="6" w:space="0" w:color="D0D0D0"/>
                  </w:tcBorders>
                  <w:shd w:val="clear" w:color="auto" w:fill="F7F7F7"/>
                  <w:vAlign w:val="center"/>
                </w:tcPr>
                <w:p>
                  <w:pPr>
                    <w:spacing w:before="0" w:after="120"/>
                    <w:jc w:val="left"/>
                  </w:pPr>
                  <w:r>
                    <w:rPr>
                      <w:b/>
                      <w:color w:val="0F766E"/>
                      <w:spacing w:val="40"/>
                      <w:sz w:val="16"/>
                    </w:rPr>
                    <w:t>COUNTERFOIL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Voucher No.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Issued to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Date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Value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Authorized by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</w:tc>
              <w:tc>
                <w:tcPr>
                  <w:tcW w:type="dxa" w:w="173"/>
                  <w:tcBorders>
                    <w:left w:val="dashed" w:sz="8" w:space="0" w:color="9A9A9A"/>
                  </w:tcBorders>
                </w:tcPr>
                <w:p/>
              </w:tc>
              <w:tc>
                <w:tcPr>
                  <w:tcW w:type="dxa" w:w="7200"/>
                  <w:tcBorders>
                    <w:top w:val="single" w:sz="12" w:space="0" w:color="0F766E"/>
                    <w:left w:val="single" w:sz="12" w:space="0" w:color="0F766E"/>
                    <w:bottom w:val="single" w:sz="12" w:space="0" w:color="0F766E"/>
                    <w:right w:val="single" w:sz="12" w:space="0" w:color="0F766E"/>
                  </w:tcBorders>
                  <w:shd w:val="clear" w:color="auto" w:fill="CCFBF1"/>
                  <w:tcMar>
                    <w:top w:w="216" w:type="dxa"/>
                    <w:left w:w="432" w:type="dxa"/>
                    <w:bottom w:w="216" w:type="dxa"/>
                    <w:right w:w="432" w:type="dxa"/>
                  </w:tcMar>
                  <w:vAlign w:val="center"/>
                </w:tcPr>
                <w:tbl>
                  <w:tblPr>
                    <w:tblW w:w="6480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176"/>
                    <w:gridCol w:w="2304"/>
                  </w:tblGrid>
                  <w:tr>
                    <w:tc>
                      <w:tcPr>
                        <w:tcW w:type="dxa" w:w="4176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0F766E"/>
                            <w:spacing w:val="50"/>
                            <w:sz w:val="18"/>
                          </w:rPr>
                          <w:t>YOUR COMPANY NAME</w:t>
                        </w:r>
                      </w:p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b/>
                            <w:color w:val="1F1F1F"/>
                            <w:sz w:val="60"/>
                          </w:rPr>
                          <w:t>Gift Voucher</w:t>
                        </w:r>
                      </w:p>
                    </w:tc>
                    <w:tc>
                      <w:tcPr>
                        <w:tcW w:type="dxa" w:w="2304"/>
                        <w:shd w:val="clear" w:color="auto" w:fill="0F766E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40"/>
                            <w:sz w:val="15"/>
                          </w:rPr>
                          <w:t>VALUE</w:t>
                        </w:r>
                      </w:p>
                      <w:p>
                        <w:pPr>
                          <w:spacing w:before="0" w:after="0" w:line="228" w:lineRule="auto"/>
                          <w:jc w:val="center"/>
                        </w:pPr>
                        <w:sdt>
                          <w:sdtPr>
                            <w:alias w:val="Value"/>
                            <w:tag w:val="Value"/>
                            <w:text/>
                          </w:sdtPr>
                          <w:sdtContent>
                            <w:r>
                              <w:rPr>
                                <w:b/>
                                <w:color w:val="FFFFFF"/>
                                <w:sz w:val="60"/>
                              </w:rPr>
                              <w:t>$50</w:t>
                            </w:r>
                          </w:sdtContent>
                        </w:sdt>
                      </w:p>
                    </w:tc>
                  </w:tr>
                </w:tbl>
                <w:p>
                  <w:pPr>
                    <w:spacing w:before="120" w:after="160" w:line="276" w:lineRule="auto"/>
                    <w:jc w:val="left"/>
                  </w:pPr>
                  <w:r>
                    <w:rPr>
                      <w:color w:val="4D4D4D"/>
                      <w:sz w:val="19"/>
                    </w:rPr>
                    <w:t>This voucher entitles the bearer to products or services to the value shown. Redeemable at any of our stores or online.</w:t>
                  </w:r>
                </w:p>
                <w:tbl>
                  <w:tblPr>
                    <w:tblW w:w="6480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1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2232"/>
                    <w:gridCol w:w="2232"/>
                    <w:gridCol w:w="2015"/>
                  </w:tblGrid>
                  <w:tr>
                    <w:tc>
                      <w:tcPr>
                        <w:tcW w:type="dxa" w:w="2232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0F766E"/>
                            <w:spacing w:val="30"/>
                            <w:sz w:val="15"/>
                          </w:rPr>
                          <w:t>TO</w:t>
                        </w:r>
                      </w:p>
                      <w:p>
                        <w:pPr>
                          <w:pBdr>
                            <w:bottom w:val="single" w:sz="6" w:space="1" w:color="0F766E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To"/>
                            <w:tag w:val="To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Recipient Name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2232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0F766E"/>
                            <w:spacing w:val="30"/>
                            <w:sz w:val="15"/>
                          </w:rPr>
                          <w:t>VALID UNTIL</w:t>
                        </w:r>
                      </w:p>
                      <w:p>
                        <w:pPr>
                          <w:pBdr>
                            <w:bottom w:val="single" w:sz="6" w:space="1" w:color="0F766E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Expiry"/>
                            <w:tag w:val="Expiry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Dec 31, 2026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2016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0F766E"/>
                            <w:spacing w:val="30"/>
                            <w:sz w:val="15"/>
                          </w:rPr>
                          <w:t>VOUCHER NO.</w:t>
                        </w:r>
                      </w:p>
                      <w:p>
                        <w:pPr>
                          <w:pBdr>
                            <w:bottom w:val="single" w:sz="6" w:space="1" w:color="0F766E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VoucherNo"/>
                            <w:tag w:val="VoucherNo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GV-1001</w:t>
                            </w:r>
                          </w:sdtContent>
                        </w:sdt>
                      </w:p>
                    </w:tc>
                  </w:tr>
                </w:tbl>
                <w:p>
                  <w:pPr>
                    <w:spacing w:before="160" w:after="0"/>
                    <w:jc w:val="left"/>
                  </w:pPr>
                  <w:r>
                    <w:rPr>
                      <w:i/>
                      <w:color w:val="8C8C8C"/>
                      <w:sz w:val="14"/>
                    </w:rPr>
                    <w:t>Not exchangeable for cash. Lost vouchers cannot be replaced. www.yourcompany.com</w:t>
                  </w:r>
                </w:p>
              </w:tc>
            </w:tr>
          </w:tbl>
          <w:p/>
        </w:tc>
      </w:tr>
      <w:tr>
        <w:trPr>
          <w:trHeight w:val="4680" w:hRule="exact"/>
          <w:cantSplit/>
        </w:trPr>
        <w:tc>
          <w:tcPr>
            <w:tcW w:type="dxa" w:w="10656"/>
            <w:tcMar>
              <w:top w:w="201" w:type="dxa"/>
              <w:left w:w="201" w:type="dxa"/>
              <w:bottom w:w="201" w:type="dxa"/>
              <w:right w:w="201" w:type="dxa"/>
            </w:tcMar>
            <w:vAlign w:val="center"/>
          </w:tcPr>
          <w:tbl>
            <w:tblPr>
              <w:tblW w:w="1018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6" w:type="dxa"/>
                <w:left w:w="216" w:type="dxa"/>
                <w:bottom w:w="86" w:type="dxa"/>
                <w:right w:w="216" w:type="dxa"/>
              </w:tblCellMar>
              <w:tblLook w:firstColumn="1" w:firstRow="1" w:lastColumn="0" w:lastRow="0" w:noHBand="0" w:noVBand="1" w:val="04A0"/>
            </w:tblPr>
            <w:tblGrid>
              <w:gridCol w:w="2808"/>
              <w:gridCol w:w="172"/>
              <w:gridCol w:w="7200"/>
            </w:tblGrid>
            <w:tr>
              <w:trPr>
                <w:trHeight w:val="4248" w:hRule="exact"/>
                <w:cantSplit/>
              </w:trPr>
              <w:tc>
                <w:tcPr>
                  <w:tcW w:type="dxa" w:w="2808"/>
                  <w:tcBorders>
                    <w:top w:val="single" w:sz="6" w:space="0" w:color="D0D0D0"/>
                    <w:left w:val="single" w:sz="6" w:space="0" w:color="D0D0D0"/>
                    <w:bottom w:val="single" w:sz="6" w:space="0" w:color="D0D0D0"/>
                    <w:right w:val="single" w:sz="6" w:space="0" w:color="D0D0D0"/>
                  </w:tcBorders>
                  <w:shd w:val="clear" w:color="auto" w:fill="F7F7F7"/>
                  <w:vAlign w:val="center"/>
                </w:tcPr>
                <w:p>
                  <w:pPr>
                    <w:spacing w:before="0" w:after="120"/>
                    <w:jc w:val="left"/>
                  </w:pPr>
                  <w:r>
                    <w:rPr>
                      <w:b/>
                      <w:color w:val="7E22CE"/>
                      <w:spacing w:val="40"/>
                      <w:sz w:val="16"/>
                    </w:rPr>
                    <w:t>COUNTERFOIL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Voucher No.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Issued to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Date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Value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Authorized by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</w:tc>
              <w:tc>
                <w:tcPr>
                  <w:tcW w:type="dxa" w:w="173"/>
                  <w:tcBorders>
                    <w:left w:val="dashed" w:sz="8" w:space="0" w:color="9A9A9A"/>
                  </w:tcBorders>
                </w:tcPr>
                <w:p/>
              </w:tc>
              <w:tc>
                <w:tcPr>
                  <w:tcW w:type="dxa" w:w="7200"/>
                  <w:tcBorders>
                    <w:top w:val="single" w:sz="12" w:space="0" w:color="7E22CE"/>
                    <w:left w:val="single" w:sz="12" w:space="0" w:color="7E22CE"/>
                    <w:bottom w:val="single" w:sz="12" w:space="0" w:color="7E22CE"/>
                    <w:right w:val="single" w:sz="12" w:space="0" w:color="7E22CE"/>
                  </w:tcBorders>
                  <w:shd w:val="clear" w:color="auto" w:fill="F3E8FF"/>
                  <w:tcMar>
                    <w:top w:w="216" w:type="dxa"/>
                    <w:left w:w="432" w:type="dxa"/>
                    <w:bottom w:w="216" w:type="dxa"/>
                    <w:right w:w="432" w:type="dxa"/>
                  </w:tcMar>
                  <w:vAlign w:val="center"/>
                </w:tcPr>
                <w:tbl>
                  <w:tblPr>
                    <w:tblW w:w="6480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176"/>
                    <w:gridCol w:w="2304"/>
                  </w:tblGrid>
                  <w:tr>
                    <w:tc>
                      <w:tcPr>
                        <w:tcW w:type="dxa" w:w="4176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7E22CE"/>
                            <w:spacing w:val="50"/>
                            <w:sz w:val="18"/>
                          </w:rPr>
                          <w:t>YOUR COMPANY NAME</w:t>
                        </w:r>
                      </w:p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b/>
                            <w:color w:val="1F1F1F"/>
                            <w:sz w:val="60"/>
                          </w:rPr>
                          <w:t>Gift Voucher</w:t>
                        </w:r>
                      </w:p>
                    </w:tc>
                    <w:tc>
                      <w:tcPr>
                        <w:tcW w:type="dxa" w:w="2304"/>
                        <w:shd w:val="clear" w:color="auto" w:fill="7E22CE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40"/>
                            <w:sz w:val="15"/>
                          </w:rPr>
                          <w:t>VALUE</w:t>
                        </w:r>
                      </w:p>
                      <w:p>
                        <w:pPr>
                          <w:spacing w:before="0" w:after="0" w:line="228" w:lineRule="auto"/>
                          <w:jc w:val="center"/>
                        </w:pPr>
                        <w:sdt>
                          <w:sdtPr>
                            <w:alias w:val="Value"/>
                            <w:tag w:val="Value"/>
                            <w:text/>
                          </w:sdtPr>
                          <w:sdtContent>
                            <w:r>
                              <w:rPr>
                                <w:b/>
                                <w:color w:val="FFFFFF"/>
                                <w:sz w:val="60"/>
                              </w:rPr>
                              <w:t>$100</w:t>
                            </w:r>
                          </w:sdtContent>
                        </w:sdt>
                      </w:p>
                    </w:tc>
                  </w:tr>
                </w:tbl>
                <w:p>
                  <w:pPr>
                    <w:spacing w:before="120" w:after="160" w:line="276" w:lineRule="auto"/>
                    <w:jc w:val="left"/>
                  </w:pPr>
                  <w:r>
                    <w:rPr>
                      <w:color w:val="4D4D4D"/>
                      <w:sz w:val="19"/>
                    </w:rPr>
                    <w:t>This voucher entitles the bearer to products or services to the value shown. Redeemable at any of our stores or online.</w:t>
                  </w:r>
                </w:p>
                <w:tbl>
                  <w:tblPr>
                    <w:tblW w:w="6480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1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2232"/>
                    <w:gridCol w:w="2232"/>
                    <w:gridCol w:w="2015"/>
                  </w:tblGrid>
                  <w:tr>
                    <w:tc>
                      <w:tcPr>
                        <w:tcW w:type="dxa" w:w="2232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7E22CE"/>
                            <w:spacing w:val="30"/>
                            <w:sz w:val="15"/>
                          </w:rPr>
                          <w:t>TO</w:t>
                        </w:r>
                      </w:p>
                      <w:p>
                        <w:pPr>
                          <w:pBdr>
                            <w:bottom w:val="single" w:sz="6" w:space="1" w:color="7E22CE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To"/>
                            <w:tag w:val="To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Recipient Name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2232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7E22CE"/>
                            <w:spacing w:val="30"/>
                            <w:sz w:val="15"/>
                          </w:rPr>
                          <w:t>VALID UNTIL</w:t>
                        </w:r>
                      </w:p>
                      <w:p>
                        <w:pPr>
                          <w:pBdr>
                            <w:bottom w:val="single" w:sz="6" w:space="1" w:color="7E22CE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Expiry"/>
                            <w:tag w:val="Expiry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Dec 31, 2026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2016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7E22CE"/>
                            <w:spacing w:val="30"/>
                            <w:sz w:val="15"/>
                          </w:rPr>
                          <w:t>VOUCHER NO.</w:t>
                        </w:r>
                      </w:p>
                      <w:p>
                        <w:pPr>
                          <w:pBdr>
                            <w:bottom w:val="single" w:sz="6" w:space="1" w:color="7E22CE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VoucherNo"/>
                            <w:tag w:val="VoucherNo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GV-1002</w:t>
                            </w:r>
                          </w:sdtContent>
                        </w:sdt>
                      </w:p>
                    </w:tc>
                  </w:tr>
                </w:tbl>
                <w:p>
                  <w:pPr>
                    <w:spacing w:before="160" w:after="0"/>
                    <w:jc w:val="left"/>
                  </w:pPr>
                  <w:r>
                    <w:rPr>
                      <w:i/>
                      <w:color w:val="8C8C8C"/>
                      <w:sz w:val="14"/>
                    </w:rPr>
                    <w:t>Not exchangeable for cash. Lost vouchers cannot be replaced. www.yourcompany.com</w:t>
                  </w:r>
                </w:p>
              </w:tc>
            </w:tr>
          </w:tbl>
          <w:p/>
        </w:tc>
      </w:tr>
      <w:tr>
        <w:trPr>
          <w:trHeight w:val="4680" w:hRule="exact"/>
          <w:cantSplit/>
        </w:trPr>
        <w:tc>
          <w:tcPr>
            <w:tcW w:type="dxa" w:w="10656"/>
            <w:tcMar>
              <w:top w:w="201" w:type="dxa"/>
              <w:left w:w="201" w:type="dxa"/>
              <w:bottom w:w="201" w:type="dxa"/>
              <w:right w:w="201" w:type="dxa"/>
            </w:tcMar>
            <w:vAlign w:val="center"/>
          </w:tcPr>
          <w:tbl>
            <w:tblPr>
              <w:tblW w:w="1018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6" w:type="dxa"/>
                <w:left w:w="216" w:type="dxa"/>
                <w:bottom w:w="86" w:type="dxa"/>
                <w:right w:w="216" w:type="dxa"/>
              </w:tblCellMar>
              <w:tblLook w:firstColumn="1" w:firstRow="1" w:lastColumn="0" w:lastRow="0" w:noHBand="0" w:noVBand="1" w:val="04A0"/>
            </w:tblPr>
            <w:tblGrid>
              <w:gridCol w:w="2808"/>
              <w:gridCol w:w="172"/>
              <w:gridCol w:w="7200"/>
            </w:tblGrid>
            <w:tr>
              <w:trPr>
                <w:trHeight w:val="4248" w:hRule="exact"/>
                <w:cantSplit/>
              </w:trPr>
              <w:tc>
                <w:tcPr>
                  <w:tcW w:type="dxa" w:w="2808"/>
                  <w:tcBorders>
                    <w:top w:val="single" w:sz="6" w:space="0" w:color="D0D0D0"/>
                    <w:left w:val="single" w:sz="6" w:space="0" w:color="D0D0D0"/>
                    <w:bottom w:val="single" w:sz="6" w:space="0" w:color="D0D0D0"/>
                    <w:right w:val="single" w:sz="6" w:space="0" w:color="D0D0D0"/>
                  </w:tcBorders>
                  <w:shd w:val="clear" w:color="auto" w:fill="F7F7F7"/>
                  <w:vAlign w:val="center"/>
                </w:tcPr>
                <w:p>
                  <w:pPr>
                    <w:spacing w:before="0" w:after="120"/>
                    <w:jc w:val="left"/>
                  </w:pPr>
                  <w:r>
                    <w:rPr>
                      <w:b/>
                      <w:color w:val="C2410C"/>
                      <w:spacing w:val="40"/>
                      <w:sz w:val="16"/>
                    </w:rPr>
                    <w:t>COUNTERFOIL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Voucher No.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Issued to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Date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Value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  <w:p>
                  <w:pPr>
                    <w:spacing w:before="0" w:after="120"/>
                    <w:jc w:val="left"/>
                  </w:pPr>
                  <w:r>
                    <w:rPr>
                      <w:color w:val="8C8C8C"/>
                      <w:sz w:val="15"/>
                    </w:rPr>
                    <w:t>Authorized by</w:t>
                    <w:br/>
                  </w:r>
                  <w:r>
                    <w:rPr>
                      <w:color w:val="BFBFBF"/>
                      <w:sz w:val="16"/>
                    </w:rPr>
                    <w:t>______________________</w:t>
                  </w:r>
                </w:p>
              </w:tc>
              <w:tc>
                <w:tcPr>
                  <w:tcW w:type="dxa" w:w="173"/>
                  <w:tcBorders>
                    <w:left w:val="dashed" w:sz="8" w:space="0" w:color="9A9A9A"/>
                  </w:tcBorders>
                </w:tcPr>
                <w:p/>
              </w:tc>
              <w:tc>
                <w:tcPr>
                  <w:tcW w:type="dxa" w:w="7200"/>
                  <w:tcBorders>
                    <w:top w:val="single" w:sz="12" w:space="0" w:color="C2410C"/>
                    <w:left w:val="single" w:sz="12" w:space="0" w:color="C2410C"/>
                    <w:bottom w:val="single" w:sz="12" w:space="0" w:color="C2410C"/>
                    <w:right w:val="single" w:sz="12" w:space="0" w:color="C2410C"/>
                  </w:tcBorders>
                  <w:shd w:val="clear" w:color="auto" w:fill="FFEDD5"/>
                  <w:tcMar>
                    <w:top w:w="216" w:type="dxa"/>
                    <w:left w:w="432" w:type="dxa"/>
                    <w:bottom w:w="216" w:type="dxa"/>
                    <w:right w:w="432" w:type="dxa"/>
                  </w:tcMar>
                  <w:vAlign w:val="center"/>
                </w:tcPr>
                <w:tbl>
                  <w:tblPr>
                    <w:tblW w:w="6480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176"/>
                    <w:gridCol w:w="2304"/>
                  </w:tblGrid>
                  <w:tr>
                    <w:tc>
                      <w:tcPr>
                        <w:tcW w:type="dxa" w:w="4176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C2410C"/>
                            <w:spacing w:val="50"/>
                            <w:sz w:val="18"/>
                          </w:rPr>
                          <w:t>YOUR COMPANY NAME</w:t>
                        </w:r>
                      </w:p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b/>
                            <w:color w:val="1F1F1F"/>
                            <w:sz w:val="60"/>
                          </w:rPr>
                          <w:t>Gift Voucher</w:t>
                        </w:r>
                      </w:p>
                    </w:tc>
                    <w:tc>
                      <w:tcPr>
                        <w:tcW w:type="dxa" w:w="2304"/>
                        <w:shd w:val="clear" w:color="auto" w:fill="C2410C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40"/>
                            <w:sz w:val="15"/>
                          </w:rPr>
                          <w:t>VALUE</w:t>
                        </w:r>
                      </w:p>
                      <w:p>
                        <w:pPr>
                          <w:spacing w:before="0" w:after="0" w:line="228" w:lineRule="auto"/>
                          <w:jc w:val="center"/>
                        </w:pPr>
                        <w:sdt>
                          <w:sdtPr>
                            <w:alias w:val="Value"/>
                            <w:tag w:val="Value"/>
                            <w:text/>
                          </w:sdtPr>
                          <w:sdtContent>
                            <w:r>
                              <w:rPr>
                                <w:b/>
                                <w:color w:val="FFFFFF"/>
                                <w:sz w:val="60"/>
                              </w:rPr>
                              <w:t>$25</w:t>
                            </w:r>
                          </w:sdtContent>
                        </w:sdt>
                      </w:p>
                    </w:tc>
                  </w:tr>
                </w:tbl>
                <w:p>
                  <w:pPr>
                    <w:spacing w:before="120" w:after="160" w:line="276" w:lineRule="auto"/>
                    <w:jc w:val="left"/>
                  </w:pPr>
                  <w:r>
                    <w:rPr>
                      <w:color w:val="4D4D4D"/>
                      <w:sz w:val="19"/>
                    </w:rPr>
                    <w:t>This voucher entitles the bearer to products or services to the value shown. Redeemable at any of our stores or online.</w:t>
                  </w:r>
                </w:p>
                <w:tbl>
                  <w:tblPr>
                    <w:tblW w:w="6480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1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2232"/>
                    <w:gridCol w:w="2232"/>
                    <w:gridCol w:w="2015"/>
                  </w:tblGrid>
                  <w:tr>
                    <w:tc>
                      <w:tcPr>
                        <w:tcW w:type="dxa" w:w="2232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C2410C"/>
                            <w:spacing w:val="30"/>
                            <w:sz w:val="15"/>
                          </w:rPr>
                          <w:t>TO</w:t>
                        </w:r>
                      </w:p>
                      <w:p>
                        <w:pPr>
                          <w:pBdr>
                            <w:bottom w:val="single" w:sz="6" w:space="1" w:color="C2410C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To"/>
                            <w:tag w:val="To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Recipient Name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2232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C2410C"/>
                            <w:spacing w:val="30"/>
                            <w:sz w:val="15"/>
                          </w:rPr>
                          <w:t>VALID UNTIL</w:t>
                        </w:r>
                      </w:p>
                      <w:p>
                        <w:pPr>
                          <w:pBdr>
                            <w:bottom w:val="single" w:sz="6" w:space="1" w:color="C2410C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Expiry"/>
                            <w:tag w:val="Expiry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Dec 31, 2026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2016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C2410C"/>
                            <w:spacing w:val="30"/>
                            <w:sz w:val="15"/>
                          </w:rPr>
                          <w:t>VOUCHER NO.</w:t>
                        </w:r>
                      </w:p>
                      <w:p>
                        <w:pPr>
                          <w:pBdr>
                            <w:bottom w:val="single" w:sz="6" w:space="1" w:color="C2410C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VoucherNo"/>
                            <w:tag w:val="VoucherNo"/>
                            <w:text/>
                          </w:sdtPr>
                          <w:sdtContent>
                            <w:r>
                              <w:rPr>
                                <w:b/>
                                <w:color w:val="1F1F1F"/>
                                <w:sz w:val="22"/>
                              </w:rPr>
                              <w:t>GV-1003</w:t>
                            </w:r>
                          </w:sdtContent>
                        </w:sdt>
                      </w:p>
                    </w:tc>
                  </w:tr>
                </w:tbl>
                <w:p>
                  <w:pPr>
                    <w:spacing w:before="160" w:after="0"/>
                    <w:jc w:val="left"/>
                  </w:pPr>
                  <w:r>
                    <w:rPr>
                      <w:i/>
                      <w:color w:val="8C8C8C"/>
                      <w:sz w:val="14"/>
                    </w:rPr>
                    <w:t>Not exchangeable for cash. Lost vouchers cannot be replaced. www.yourcompany.com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92" w:bottom="720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Voucher Template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