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83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7416"/>
        <w:gridCol w:w="7416"/>
      </w:tblGrid>
      <w:tr>
        <w:trPr>
          <w:trHeight w:val="10872" w:hRule="exact"/>
          <w:cantSplit/>
        </w:trPr>
        <w:tc>
          <w:tcPr>
            <w:tcW w:type="dxa" w:w="7416"/>
            <w:tcBorders>
              <w:right w:val="dashed" w:sz="4" w:space="0" w:color="C8C8C8"/>
            </w:tcBorders>
            <w:shd w:val="clear" w:color="auto" w:fill="FFFFFF"/>
            <w:tcMar>
              <w:top w:w="576" w:type="dxa"/>
              <w:left w:w="720" w:type="dxa"/>
              <w:bottom w:w="576" w:type="dxa"/>
              <w:right w:w="720" w:type="dxa"/>
            </w:tcMar>
            <w:vAlign w:val="center"/>
          </w:tcPr>
          <w:p>
            <w:pPr>
              <w:spacing w:before="0" w:after="0" w:line="6600" w:lineRule="exact"/>
              <w:jc w:val="left"/>
              <w:rPr>
                <w:sz w:val="528"/>
              </w:rPr>
            </w:pPr>
          </w:p>
          <w:p>
            <w:pPr>
              <w:spacing w:before="0" w:after="0"/>
              <w:jc w:val="center"/>
            </w:pPr>
            <w:r>
              <w:rPr>
                <w:rFonts w:ascii="Segoe UI Symbol" w:hAnsi="Segoe UI Symbol" w:cs="Segoe UI Symbol" w:eastAsia="Segoe UI Symbol"/>
                <w:color w:val="8FA79B"/>
                <w:sz w:val="24"/>
              </w:rPr>
              <w:t>◆</w:t>
            </w:r>
          </w:p>
          <w:p>
            <w:pPr>
              <w:spacing w:before="80" w:after="0"/>
              <w:jc w:val="center"/>
            </w:pPr>
            <w:r>
              <w:rPr>
                <w:i/>
                <w:color w:val="8FA79B"/>
                <w:sz w:val="16"/>
              </w:rPr>
              <w:t>Designed for you by</w:t>
            </w:r>
          </w:p>
          <w:p>
            <w:pPr>
              <w:spacing w:before="0" w:after="0"/>
              <w:jc w:val="center"/>
            </w:pPr>
            <w:r>
              <w:rPr>
                <w:b/>
                <w:color w:val="8FA79B"/>
                <w:sz w:val="19"/>
              </w:rPr>
              <w:t>Your Name or Company Name</w:t>
            </w:r>
          </w:p>
          <w:p>
            <w:pPr>
              <w:spacing w:before="0" w:after="0"/>
              <w:jc w:val="center"/>
            </w:pPr>
            <w:r>
              <w:rPr>
                <w:color w:val="8FA79B"/>
                <w:sz w:val="16"/>
              </w:rPr>
              <w:t>www.yourwebsite.com</w:t>
            </w:r>
          </w:p>
        </w:tc>
        <w:tc>
          <w:tcPr>
            <w:tcW w:type="dxa" w:w="7416"/>
            <w:shd w:val="clear" w:color="auto" w:fill="EAF3EE"/>
            <w:tcMar>
              <w:top w:w="576" w:type="dxa"/>
              <w:left w:w="720" w:type="dxa"/>
              <w:bottom w:w="576" w:type="dxa"/>
              <w:right w:w="720" w:type="dxa"/>
            </w:tcMar>
            <w:vAlign w:val="center"/>
          </w:tcPr>
          <w:p>
            <w:pPr>
              <w:spacing w:before="0" w:after="200"/>
              <w:jc w:val="center"/>
            </w:pPr>
            <w:r>
              <w:rPr>
                <w:rFonts w:ascii="Arial" w:hAnsi="Arial" w:cs="Arial" w:eastAsia="Arial"/>
                <w:color w:val="F2B84B"/>
                <w:sz w:val="120"/>
              </w:rPr>
              <w:t>●</w:t>
            </w:r>
          </w:p>
          <w:p>
            <w:pPr>
              <w:spacing w:before="0" w:after="0" w:line="216" w:lineRule="auto"/>
              <w:jc w:val="center"/>
            </w:pPr>
            <w:r>
              <w:rPr>
                <w:rFonts w:ascii="Brush Script MT" w:hAnsi="Brush Script MT" w:cs="Brush Script MT" w:eastAsia="Brush Script MT"/>
                <w:color w:val="5E8C7B"/>
                <w:sz w:val="136"/>
              </w:rPr>
              <w:t>Get Well</w:t>
            </w:r>
          </w:p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/>
                <w:color w:val="3D5A50"/>
                <w:spacing w:val="200"/>
                <w:sz w:val="80"/>
              </w:rPr>
              <w:t>SOON</w:t>
            </w:r>
          </w:p>
          <w:p>
            <w:pPr>
              <w:spacing w:before="320" w:after="600"/>
              <w:jc w:val="center"/>
            </w:pPr>
            <w:r>
              <w:rPr>
                <w:i/>
                <w:color w:val="6B7F77"/>
                <w:sz w:val="32"/>
              </w:rPr>
              <w:t>Sending sunshine and warm wishes your way</w:t>
            </w:r>
          </w:p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color w:val="A8C5B5"/>
                <w:sz w:val="22"/>
              </w:rPr>
              <w:t xml:space="preserve">● </w:t>
            </w:r>
            <w:r>
              <w:rPr>
                <w:rFonts w:ascii="Arial" w:hAnsi="Arial" w:cs="Arial" w:eastAsia="Arial"/>
                <w:color w:val="F2B84B"/>
                <w:sz w:val="22"/>
              </w:rPr>
              <w:t xml:space="preserve">● </w:t>
            </w:r>
            <w:r>
              <w:rPr>
                <w:rFonts w:ascii="Arial" w:hAnsi="Arial" w:cs="Arial" w:eastAsia="Arial"/>
                <w:color w:val="E9A2A2"/>
                <w:sz w:val="22"/>
              </w:rPr>
              <w:t xml:space="preserve">● </w:t>
            </w:r>
            <w:r>
              <w:rPr>
                <w:rFonts w:ascii="Arial" w:hAnsi="Arial" w:cs="Arial" w:eastAsia="Arial"/>
                <w:color w:val="A8C5B5"/>
                <w:sz w:val="22"/>
              </w:rPr>
              <w:t xml:space="preserve">● </w:t>
            </w:r>
            <w:r>
              <w:rPr>
                <w:rFonts w:ascii="Arial" w:hAnsi="Arial" w:cs="Arial" w:eastAsia="Arial"/>
                <w:color w:val="F2B84B"/>
                <w:sz w:val="22"/>
              </w:rPr>
              <w:t xml:space="preserve">● </w:t>
            </w:r>
            <w:r>
              <w:rPr>
                <w:rFonts w:ascii="Arial" w:hAnsi="Arial" w:cs="Arial" w:eastAsia="Arial"/>
                <w:color w:val="E9A2A2"/>
                <w:sz w:val="22"/>
              </w:rPr>
              <w:t xml:space="preserve">● </w:t>
            </w:r>
            <w:r>
              <w:rPr>
                <w:rFonts w:ascii="Arial" w:hAnsi="Arial" w:cs="Arial" w:eastAsia="Arial"/>
                <w:color w:val="A8C5B5"/>
                <w:sz w:val="22"/>
              </w:rPr>
              <w:t xml:space="preserve">● </w:t>
            </w:r>
            <w:r>
              <w:rPr>
                <w:rFonts w:ascii="Arial" w:hAnsi="Arial" w:cs="Arial" w:eastAsia="Arial"/>
                <w:color w:val="F2B84B"/>
                <w:sz w:val="22"/>
              </w:rPr>
              <w:t xml:space="preserve">● </w:t>
            </w:r>
            <w:r>
              <w:rPr>
                <w:rFonts w:ascii="Arial" w:hAnsi="Arial" w:cs="Arial" w:eastAsia="Arial"/>
                <w:color w:val="E9A2A2"/>
                <w:sz w:val="22"/>
              </w:rPr>
              <w:t xml:space="preserve">● </w:t>
            </w:r>
            <w:r>
              <w:rPr>
                <w:rFonts w:ascii="Arial" w:hAnsi="Arial" w:cs="Arial" w:eastAsia="Arial"/>
                <w:color w:val="A8C5B5"/>
                <w:sz w:val="22"/>
              </w:rPr>
              <w:t xml:space="preserve">● </w:t>
            </w:r>
            <w:r>
              <w:rPr>
                <w:rFonts w:ascii="Arial" w:hAnsi="Arial" w:cs="Arial" w:eastAsia="Arial"/>
                <w:color w:val="F2B84B"/>
                <w:sz w:val="22"/>
              </w:rPr>
              <w:t xml:space="preserve">● </w:t>
            </w:r>
          </w:p>
        </w:tc>
      </w:tr>
    </w:tbl>
    <w:p>
      <w:r>
        <w:br w:type="page"/>
      </w:r>
    </w:p>
    <w:tbl>
      <w:tblPr>
        <w:tblW w:w="1483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7416"/>
        <w:gridCol w:w="7416"/>
      </w:tblGrid>
      <w:tr>
        <w:trPr>
          <w:trHeight w:val="10872" w:hRule="exact"/>
          <w:cantSplit/>
        </w:trPr>
        <w:tc>
          <w:tcPr>
            <w:tcW w:type="dxa" w:w="7416"/>
            <w:tcBorders>
              <w:right w:val="dashed" w:sz="4" w:space="0" w:color="C8C8C8"/>
            </w:tcBorders>
            <w:tcMar>
              <w:top w:w="576" w:type="dxa"/>
              <w:left w:w="720" w:type="dxa"/>
              <w:bottom w:w="576" w:type="dxa"/>
              <w:right w:w="720" w:type="dxa"/>
            </w:tcMar>
            <w:vAlign w:val="center"/>
          </w:tcPr>
          <w:p/>
        </w:tc>
        <w:tc>
          <w:tcPr>
            <w:tcW w:type="dxa" w:w="7416"/>
            <w:shd w:val="clear" w:color="auto" w:fill="FBFDFC"/>
            <w:tcMar>
              <w:top w:w="576" w:type="dxa"/>
              <w:left w:w="720" w:type="dxa"/>
              <w:bottom w:w="576" w:type="dxa"/>
              <w:right w:w="720" w:type="dxa"/>
            </w:tcMar>
            <w:vAlign w:val="center"/>
          </w:tcPr>
          <w:p>
            <w:pPr>
              <w:spacing w:before="0" w:after="280"/>
              <w:jc w:val="center"/>
            </w:pPr>
            <w:r>
              <w:rPr>
                <w:i/>
                <w:color w:val="5E8C7B"/>
                <w:sz w:val="56"/>
              </w:rPr>
              <w:t>Thinking of you</w:t>
            </w:r>
          </w:p>
          <w:p>
            <w:pPr>
              <w:spacing w:before="0" w:after="560" w:line="348" w:lineRule="auto"/>
              <w:jc w:val="center"/>
            </w:pPr>
            <w:r>
              <w:rPr>
                <w:color w:val="404040"/>
                <w:sz w:val="29"/>
              </w:rPr>
              <w:t>Rest up, take it easy and let others look after you for a while. We are sending lots of love and hoping you feel better with each new day.</w:t>
            </w:r>
          </w:p>
          <w:p>
            <w:pPr>
              <w:spacing w:before="0" w:after="0"/>
              <w:jc w:val="center"/>
            </w:pPr>
            <w:r>
              <w:rPr>
                <w:i/>
                <w:color w:val="404040"/>
                <w:sz w:val="32"/>
              </w:rPr>
              <w:t>Get well soon,</w:t>
              <w:br/>
              <w:t>Your Name</w:t>
            </w:r>
          </w:p>
        </w:tc>
      </w:tr>
    </w:tbl>
    <w:sectPr w:rsidR="00FC693F" w:rsidRPr="0006063C" w:rsidSect="00034616">
      <w:pgSz w:w="15840" w:h="12240" w:orient="landscape"/>
      <w:pgMar w:top="504" w:right="504" w:bottom="504" w:left="50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Georgia" w:hAnsi="Georgia" w:cs="Georgia" w:eastAsia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Get Well Soon Greeting Card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