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0C0C0"/>
            </w:tcBorders>
            <w:shd w:val="clear" w:color="auto" w:fill="0B2545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0C0C0"/>
                <w:spacing w:val="40"/>
                <w:sz w:val="16"/>
              </w:rPr>
              <w:t>ADMISSION  •  CHARITY FUNDRAISER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Starlight Charity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0D8E4"/>
                <w:sz w:val="20"/>
              </w:rPr>
              <w:t>Dinner, live auction and music in support of the Children’s Library Fund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ATTIRE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Jan 23, 2027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6:30 PM – 11:00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Formal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D0D8E4"/>
                <w:sz w:val="18"/>
              </w:rPr>
              <w:t>Crystal Hall, Harborview Hotel  •  88 Bay Street,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0C0C0"/>
                <w:sz w:val="17"/>
              </w:rPr>
              <w:t>Ticket includes dinner  •  RSVP by Jan 9  •  (000) 000-0000</w:t>
            </w:r>
          </w:p>
        </w:tc>
        <w:tc>
          <w:tcPr>
            <w:tcW w:type="dxa" w:w="2808"/>
            <w:shd w:val="clear" w:color="auto" w:fill="EEF2F7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0B2545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0B2545"/>
                <w:sz w:val="60"/>
              </w:rPr>
              <w:t>ONE</w:t>
            </w:r>
          </w:p>
          <w:p>
            <w:pPr>
              <w:pBdr>
                <w:bottom w:val="single" w:sz="6" w:space="1" w:color="0B2545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0B2545"/>
                <w:sz w:val="20"/>
              </w:rPr>
              <w:t>Starlight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Jan 23, 2027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  Seat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8B0000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0C0C0"/>
            </w:tcBorders>
            <w:shd w:val="clear" w:color="auto" w:fill="0B2545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0C0C0"/>
                <w:spacing w:val="40"/>
                <w:sz w:val="16"/>
              </w:rPr>
              <w:t>ADMISSION  •  CHARITY FUNDRAISER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Starlight Charity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0D8E4"/>
                <w:sz w:val="20"/>
              </w:rPr>
              <w:t>Dinner, live auction and music in support of the Children’s Library Fund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ATTIRE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Jan 23, 2027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6:30 PM – 11:00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Formal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D0D8E4"/>
                <w:sz w:val="18"/>
              </w:rPr>
              <w:t>Crystal Hall, Harborview Hotel  •  88 Bay Street,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0C0C0"/>
                <w:sz w:val="17"/>
              </w:rPr>
              <w:t>Ticket includes dinner  •  RSVP by Jan 9  •  (000) 000-0000</w:t>
            </w:r>
          </w:p>
        </w:tc>
        <w:tc>
          <w:tcPr>
            <w:tcW w:type="dxa" w:w="2808"/>
            <w:shd w:val="clear" w:color="auto" w:fill="EEF2F7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0B2545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0B2545"/>
                <w:sz w:val="60"/>
              </w:rPr>
              <w:t>ONE</w:t>
            </w:r>
          </w:p>
          <w:p>
            <w:pPr>
              <w:pBdr>
                <w:bottom w:val="single" w:sz="6" w:space="1" w:color="0B2545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0B2545"/>
                <w:sz w:val="20"/>
              </w:rPr>
              <w:t>Starlight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Jan 23, 2027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  Seat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8B0000"/>
                <w:sz w:val="18"/>
              </w:rPr>
              <w:t>No. 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C0C0C0"/>
            </w:tcBorders>
            <w:shd w:val="clear" w:color="auto" w:fill="0B2545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C0C0C0"/>
                <w:spacing w:val="40"/>
                <w:sz w:val="16"/>
              </w:rPr>
              <w:t>ADMISSION  •  CHARITY FUNDRAISER</w:t>
            </w:r>
          </w:p>
          <w:p>
            <w:pPr>
              <w:spacing w:before="80" w:after="0" w:line="240" w:lineRule="auto"/>
              <w:jc w:val="left"/>
            </w:pPr>
            <w:r>
              <w:rPr>
                <w:b/>
                <w:color w:val="FFFFFF"/>
                <w:sz w:val="52"/>
              </w:rPr>
              <w:t>Starlight Charity Gala</w:t>
            </w:r>
          </w:p>
          <w:p>
            <w:pPr>
              <w:spacing w:before="0" w:after="160"/>
              <w:jc w:val="left"/>
            </w:pPr>
            <w:r>
              <w:rPr>
                <w:i/>
                <w:color w:val="D0D8E4"/>
                <w:sz w:val="20"/>
              </w:rPr>
              <w:t>Dinner, live auction and music in support of the Children’s Library Fund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664"/>
              <w:gridCol w:w="237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TIME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C0C0C0"/>
                      <w:spacing w:val="30"/>
                      <w:sz w:val="15"/>
                    </w:rPr>
                    <w:t>ATTIRE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Sat, Jan 23, 2027</w:t>
                  </w:r>
                </w:p>
              </w:tc>
              <w:tc>
                <w:tcPr>
                  <w:tcW w:type="dxa" w:w="266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6:30 PM – 11:00 PM</w:t>
                  </w:r>
                </w:p>
              </w:tc>
              <w:tc>
                <w:tcPr>
                  <w:tcW w:type="dxa" w:w="237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Formal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D0D8E4"/>
                <w:sz w:val="18"/>
              </w:rPr>
              <w:t>Crystal Hall, Harborview Hotel  •  88 Bay Street, City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color w:val="C0C0C0"/>
                <w:sz w:val="17"/>
              </w:rPr>
              <w:t>Ticket includes dinner  •  RSVP by Jan 9  •  (000) 000-0000</w:t>
            </w:r>
          </w:p>
        </w:tc>
        <w:tc>
          <w:tcPr>
            <w:tcW w:type="dxa" w:w="2808"/>
            <w:shd w:val="clear" w:color="auto" w:fill="EEF2F7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0B2545"/>
                <w:spacing w:val="60"/>
                <w:sz w:val="20"/>
              </w:rPr>
              <w:t>ADMIT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0B2545"/>
                <w:sz w:val="60"/>
              </w:rPr>
              <w:t>ONE</w:t>
            </w:r>
          </w:p>
          <w:p>
            <w:pPr>
              <w:pBdr>
                <w:bottom w:val="single" w:sz="6" w:space="1" w:color="0B2545"/>
              </w:pBdr>
              <w:spacing w:before="80" w:after="8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i/>
                <w:color w:val="0B2545"/>
                <w:sz w:val="20"/>
              </w:rPr>
              <w:t>Starlight Gala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8"/>
              </w:rPr>
              <w:t>Jan 23, 2027</w:t>
            </w:r>
          </w:p>
          <w:p>
            <w:pPr>
              <w:spacing w:before="120" w:after="0"/>
              <w:jc w:val="center"/>
            </w:pPr>
            <w:r>
              <w:rPr>
                <w:color w:val="595959"/>
                <w:sz w:val="18"/>
              </w:rPr>
              <w:t>Table ____  Seat ____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b/>
                <w:color w:val="8B0000"/>
                <w:sz w:val="18"/>
              </w:rPr>
              <w:t>No. 0001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Gala Admission Ticket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