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048"/>
        <w:gridCol w:w="4176"/>
      </w:tblGrid>
      <w:tr>
        <w:tc>
          <w:tcPr>
            <w:tcW w:type="dxa" w:w="6048"/>
          </w:tcPr>
          <w:p>
            <w:pPr>
              <w:spacing w:before="0" w:after="0"/>
              <w:jc w:val="left"/>
            </w:pPr>
            <w:r>
              <w:rPr>
                <w:b/>
                <w:color w:val="E4572E"/>
                <w:spacing w:val="40"/>
                <w:sz w:val="68"/>
              </w:rPr>
              <w:t>INVOICE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20"/>
              </w:rPr>
              <w:t>Your Name  •  Freelance Designer &amp; Developer</w:t>
            </w:r>
          </w:p>
        </w:tc>
        <w:tc>
          <w:tcPr>
            <w:tcW w:type="dxa" w:w="4176"/>
            <w:vAlign w:val="bottom"/>
          </w:tcPr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yourname@email.com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(000) 000-0000  •  yourportfolio.com</w:t>
            </w:r>
          </w:p>
        </w:tc>
      </w:tr>
    </w:tbl>
    <w:p>
      <w:pPr>
        <w:pBdr>
          <w:bottom w:val="single" w:sz="18" w:space="1" w:color="17BEBB"/>
        </w:pBdr>
        <w:spacing w:before="80" w:after="80"/>
        <w:jc w:val="left"/>
      </w:pPr>
    </w:p>
    <w:p>
      <w:pPr>
        <w:spacing w:before="0" w:after="0" w:line="200" w:lineRule="exact"/>
        <w:jc w:val="left"/>
        <w:rPr>
          <w:sz w:val="16"/>
        </w:rPr>
      </w:pPr>
    </w:p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3744"/>
        <w:gridCol w:w="3311"/>
        <w:gridCol w:w="3168"/>
      </w:tblGrid>
      <w:tr>
        <w:tc>
          <w:tcPr>
            <w:tcW w:type="dxa" w:w="3744"/>
          </w:tcPr>
          <w:p>
            <w:pPr>
              <w:spacing w:before="0" w:after="40"/>
              <w:jc w:val="left"/>
            </w:pPr>
            <w:r>
              <w:rPr>
                <w:b/>
                <w:color w:val="17BEBB"/>
                <w:spacing w:val="30"/>
                <w:sz w:val="17"/>
              </w:rPr>
              <w:t>BILLED TO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0"/>
              </w:rPr>
              <w:t>Client Name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Client Company Ltd.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456 Client Avenue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City, State 00000</w:t>
            </w:r>
          </w:p>
        </w:tc>
        <w:tc>
          <w:tcPr>
            <w:tcW w:type="dxa" w:w="3312"/>
          </w:tcPr>
          <w:p>
            <w:pPr>
              <w:spacing w:before="0" w:after="40"/>
              <w:jc w:val="left"/>
            </w:pPr>
            <w:r>
              <w:rPr>
                <w:b/>
                <w:color w:val="17BEBB"/>
                <w:spacing w:val="30"/>
                <w:sz w:val="17"/>
              </w:rPr>
              <w:t>FROM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0"/>
              </w:rPr>
              <w:t>Your Company Name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123 Business Street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City, State 00000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Tax ID: 00-0000000</w:t>
            </w:r>
          </w:p>
        </w:tc>
        <w:tc>
          <w:tcPr>
            <w:tcW w:type="dxa" w:w="3168"/>
          </w:tcPr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Invoice No.:  </w:t>
            </w:r>
            <w:r>
              <w:rPr>
                <w:b/>
                <w:sz w:val="20"/>
              </w:rPr>
              <w:t>INV-0058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Issue Date:  </w:t>
            </w:r>
            <w:r>
              <w:rPr>
                <w:b/>
                <w:sz w:val="20"/>
              </w:rPr>
              <w:t>November 2, 2026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Due Date:  </w:t>
            </w:r>
            <w:r>
              <w:rPr>
                <w:b/>
                <w:sz w:val="20"/>
              </w:rPr>
              <w:t>December 2, 2026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Project:  </w:t>
            </w:r>
            <w:r>
              <w:rPr>
                <w:b/>
                <w:sz w:val="20"/>
              </w:rPr>
              <w:t>[Project Name]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</w:p>
    <w:tbl>
      <w:tblPr>
        <w:tblW w:w="10224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5184"/>
        <w:gridCol w:w="1152"/>
        <w:gridCol w:w="1872"/>
        <w:gridCol w:w="2015"/>
      </w:tblGrid>
      <w:tr>
        <w:tc>
          <w:tcPr>
            <w:tcW w:type="dxa" w:w="5184"/>
            <w:shd w:val="clear" w:color="auto" w:fill="E4572E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Service</w:t>
            </w:r>
          </w:p>
        </w:tc>
        <w:tc>
          <w:tcPr>
            <w:tcW w:type="dxa" w:w="1152"/>
            <w:shd w:val="clear" w:color="auto" w:fill="E4572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872"/>
            <w:shd w:val="clear" w:color="auto" w:fill="E4572E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2016"/>
            <w:shd w:val="clear" w:color="auto" w:fill="E4572E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Logo design - 3 concepts + revisions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$650.00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$650.00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Brand style guide (12 pages)</w:t>
            </w:r>
          </w:p>
        </w:tc>
        <w:tc>
          <w:tcPr>
            <w:tcW w:type="dxa" w:w="1152"/>
            <w:shd w:val="clear" w:color="auto" w:fill="F5F7FA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$480.00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$480.00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Website landing page design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$900.00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$900.00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Front-end development (hours)</w:t>
            </w:r>
          </w:p>
        </w:tc>
        <w:tc>
          <w:tcPr>
            <w:tcW w:type="dxa" w:w="1152"/>
            <w:shd w:val="clear" w:color="auto" w:fill="F5F7FA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10</w:t>
            </w:r>
          </w:p>
        </w:tc>
        <w:tc>
          <w:tcPr>
            <w:tcW w:type="dxa" w:w="1872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$55.00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$550.00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Stock photo licenses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5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$12.00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$60.00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</w:p>
    <w:tbl>
      <w:tblPr>
        <w:tblW w:w="417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firstColumn="1" w:firstRow="1" w:lastColumn="0" w:lastRow="0" w:noHBand="0" w:noVBand="1" w:val="04A0"/>
      </w:tblPr>
      <w:tblGrid>
        <w:gridCol w:w="2304"/>
        <w:gridCol w:w="1872"/>
      </w:tblGrid>
      <w:tr>
        <w:tc>
          <w:tcPr>
            <w:tcW w:type="dxa" w:w="2304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$2,640.00</w:t>
            </w:r>
          </w:p>
        </w:tc>
      </w:tr>
      <w:tr>
        <w:tc>
          <w:tcPr>
            <w:tcW w:type="dxa" w:w="2304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Tax (5%)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$132.00</w:t>
            </w:r>
          </w:p>
        </w:tc>
      </w:tr>
      <w:tr>
        <w:tc>
          <w:tcPr>
            <w:tcW w:type="dxa" w:w="2304"/>
            <w:tcBorders>
              <w:top w:val="single" w:sz="6" w:space="0" w:color="808080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404040"/>
                <w:sz w:val="20"/>
              </w:rPr>
              <w:t>Total</w:t>
            </w:r>
          </w:p>
        </w:tc>
        <w:tc>
          <w:tcPr>
            <w:tcW w:type="dxa" w:w="1872"/>
            <w:tcBorders>
              <w:top w:val="single" w:sz="6" w:space="0" w:color="808080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0"/>
              </w:rPr>
              <w:t>$2,772.00</w:t>
            </w:r>
          </w:p>
        </w:tc>
      </w:tr>
      <w:tr>
        <w:tc>
          <w:tcPr>
            <w:tcW w:type="dxa" w:w="2304"/>
            <w:shd w:val="clear" w:color="auto" w:fill="E4572E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2"/>
              </w:rPr>
              <w:t>Amount Due</w:t>
            </w:r>
          </w:p>
        </w:tc>
        <w:tc>
          <w:tcPr>
            <w:tcW w:type="dxa" w:w="1872"/>
            <w:shd w:val="clear" w:color="auto" w:fill="E4572E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2"/>
              </w:rPr>
              <w:t>$2,772.00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</w:p>
    <w:p>
      <w:pPr>
        <w:pBdr>
          <w:bottom w:val="single" w:sz="6" w:space="2" w:color="E4572E"/>
        </w:pBdr>
        <w:spacing w:before="200" w:after="80"/>
        <w:jc w:val="left"/>
      </w:pPr>
      <w:r>
        <w:rPr>
          <w:b/>
          <w:color w:val="E4572E"/>
          <w:spacing w:val="20"/>
          <w:sz w:val="19"/>
        </w:rPr>
        <w:t>PAYMENT INFORMATION</w:t>
      </w:r>
    </w:p>
    <w:p>
      <w:pPr>
        <w:spacing w:before="0" w:after="0"/>
        <w:jc w:val="left"/>
      </w:pPr>
      <w:r>
        <w:rPr>
          <w:color w:val="404040"/>
          <w:sz w:val="19"/>
        </w:rPr>
        <w:t>Bank: [Bank Name]   •   Account Name: Your Company Name   •   Account No.: ****1234   •   Routing: 000000000</w:t>
      </w:r>
    </w:p>
    <w:p>
      <w:pPr>
        <w:spacing w:before="80" w:after="0"/>
        <w:jc w:val="left"/>
      </w:pPr>
      <w:r>
        <w:rPr>
          <w:color w:val="404040"/>
          <w:sz w:val="19"/>
        </w:rPr>
        <w:t>Please include the invoice number with your payment. Payment is due within 30 days. Thank you for your business!</w:t>
      </w:r>
    </w:p>
    <w:sectPr w:rsidR="00FC693F" w:rsidRPr="0006063C" w:rsidSect="00034616"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Service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