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336" w:type="dxa"/>
        <w:jc w:val="center"/>
        <w:tblBorders>
          <w:top w:val="single" w:sz="12" w:space="0" w:color="7FB3D5"/>
          <w:left w:val="single" w:sz="12" w:space="0" w:color="7FB3D5"/>
          <w:bottom w:val="single" w:sz="12" w:space="0" w:color="7FB3D5"/>
          <w:right w:val="single" w:sz="12" w:space="0" w:color="7FB3D5"/>
          <w:insideH w:val="nil"/>
          <w:insideV w:val="nil"/>
        </w:tblBorders>
        <w:tblLayout w:type="fixed"/>
        <w:tblCellMar>
          <w:top w:w="288" w:type="dxa"/>
          <w:left w:w="432" w:type="dxa"/>
          <w:bottom w:w="288" w:type="dxa"/>
          <w:right w:w="432" w:type="dxa"/>
        </w:tblCellMar>
        <w:tblLook w:firstColumn="1" w:firstRow="1" w:lastColumn="0" w:lastRow="0" w:noHBand="0" w:noVBand="1" w:val="04A0"/>
      </w:tblPr>
      <w:tblGrid>
        <w:gridCol w:w="6336"/>
      </w:tblGrid>
      <w:tr>
        <w:trPr>
          <w:trHeight w:val="9072" w:hRule="exact"/>
          <w:cantSplit/>
        </w:trPr>
        <w:tc>
          <w:tcPr>
            <w:tcW w:type="dxa" w:w="6336"/>
            <w:shd w:val="clear" w:color="auto" w:fill="F4F9FC"/>
            <w:vAlign w:val="center"/>
          </w:tcPr>
          <w:p>
            <w:pPr>
              <w:spacing w:before="0" w:after="80"/>
              <w:jc w:val="center"/>
            </w:pPr>
            <w:r>
              <w:rPr>
                <w:rFonts w:ascii="Segoe UI Symbol" w:hAnsi="Segoe UI Symbol" w:cs="Segoe UI Symbol" w:eastAsia="Segoe UI Symbol"/>
                <w:color w:val="7FB3D5"/>
                <w:sz w:val="40"/>
              </w:rPr>
              <w:t>☁   ☆   ☁</w:t>
            </w:r>
          </w:p>
          <w:p>
            <w:pPr>
              <w:spacing w:before="0" w:after="0"/>
              <w:jc w:val="center"/>
            </w:pPr>
            <w:r>
              <w:rPr>
                <w:rFonts w:ascii="Georgia" w:hAnsi="Georgia" w:cs="Georgia" w:eastAsia="Georgia"/>
                <w:i/>
                <w:color w:val="5D6D7E"/>
                <w:sz w:val="26"/>
              </w:rPr>
              <w:t>Our little one is turning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7FB3D5"/>
                <w:sz w:val="156"/>
              </w:rPr>
              <w:t>ONE</w:t>
            </w:r>
          </w:p>
          <w:p>
            <w:pPr>
              <w:spacing w:before="0" w:after="0" w:line="228" w:lineRule="auto"/>
              <w:jc w:val="center"/>
            </w:pPr>
            <w:r>
              <w:rPr>
                <w:rFonts w:ascii="Alex Brush" w:hAnsi="Alex Brush" w:cs="Alex Brush" w:eastAsia="Alex Brush"/>
                <w:color w:val="E8879A"/>
                <w:sz w:val="84"/>
              </w:rPr>
              <w:t>Baby Ava</w:t>
            </w:r>
          </w:p>
          <w:p>
            <w:pPr>
              <w:spacing w:before="120" w:after="200"/>
              <w:jc w:val="center"/>
            </w:pPr>
            <w:r>
              <w:rPr>
                <w:color w:val="5D6D7E"/>
                <w:sz w:val="22"/>
              </w:rPr>
              <w:t>Please join us for her first birthday celebration</w:t>
            </w:r>
          </w:p>
          <w:tbl>
            <w:tblPr>
              <w:tblW w:w="5760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6" w:space="0" w:color="7FB3D5"/>
                <w:insideV w:val="single" w:sz="6" w:space="0" w:color="7FB3D5"/>
              </w:tblBorders>
              <w:tblLayout w:type="fixed"/>
              <w:tblCellMar>
                <w:top w:w="57" w:type="dxa"/>
                <w:left w:w="72" w:type="dxa"/>
                <w:bottom w:w="57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1872"/>
              <w:gridCol w:w="2015"/>
              <w:gridCol w:w="1872"/>
            </w:tblGrid>
            <w:tr>
              <w:tc>
                <w:tcPr>
                  <w:tcW w:type="dxa" w:w="1872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E8879A"/>
                      <w:spacing w:val="30"/>
                      <w:sz w:val="17"/>
                    </w:rPr>
                    <w:t>SUNDAY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34495E"/>
                      <w:sz w:val="24"/>
                    </w:rPr>
                    <w:t>Nov 29</w:t>
                  </w:r>
                </w:p>
              </w:tc>
              <w:tc>
                <w:tcPr>
                  <w:tcW w:type="dxa" w:w="201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E8879A"/>
                      <w:spacing w:val="30"/>
                      <w:sz w:val="17"/>
                    </w:rPr>
                    <w:t>AT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34495E"/>
                      <w:sz w:val="24"/>
                    </w:rPr>
                    <w:t>11:00 AM</w:t>
                  </w:r>
                </w:p>
              </w:tc>
              <w:tc>
                <w:tcPr>
                  <w:tcW w:type="dxa" w:w="1872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E8879A"/>
                      <w:spacing w:val="30"/>
                      <w:sz w:val="17"/>
                    </w:rPr>
                    <w:t>HOME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34495E"/>
                      <w:sz w:val="24"/>
                    </w:rPr>
                    <w:t>12 Elm St</w:t>
                  </w:r>
                </w:p>
              </w:tc>
            </w:tr>
          </w:tbl>
          <w:p>
            <w:pPr>
              <w:spacing w:before="200" w:after="0"/>
              <w:jc w:val="center"/>
            </w:pPr>
            <w:r>
              <w:rPr>
                <w:i/>
                <w:color w:val="7F8C8D"/>
                <w:sz w:val="20"/>
              </w:rPr>
              <w:t>Brunch, cake smash and baby games</w:t>
            </w:r>
          </w:p>
          <w:p>
            <w:pPr>
              <w:spacing w:before="120" w:after="0"/>
              <w:jc w:val="center"/>
            </w:pPr>
            <w:r>
              <w:rPr>
                <w:b/>
                <w:color w:val="5D6D7E"/>
                <w:sz w:val="19"/>
              </w:rPr>
              <w:t>RSVP to Jess &amp; Tom  •  (000) 000-0000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7200" w:h="10080"/>
      <w:pgMar w:top="360" w:right="432" w:bottom="288" w:left="43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Birthday Invitation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