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C62828"/>
          <w:sz w:val="48"/>
        </w:rPr>
        <w:t>Family Dinner Menu Planner</w:t>
      </w:r>
    </w:p>
    <w:p>
      <w:pPr>
        <w:spacing w:before="0" w:after="40"/>
        <w:jc w:val="left"/>
      </w:pPr>
      <w:r>
        <w:rPr>
          <w:color w:val="595959"/>
          <w:sz w:val="20"/>
        </w:rPr>
        <w:t>Plan seven dinners, note who is cooking and what to prep ahead.</w:t>
      </w:r>
    </w:p>
    <w:p>
      <w:pPr>
        <w:pBdr>
          <w:bottom w:val="single" w:sz="12" w:space="1" w:color="C62828"/>
        </w:pBdr>
        <w:spacing w:before="40" w:after="120"/>
        <w:jc w:val="left"/>
      </w:pP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2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86" w:type="dxa"/>
          <w:bottom w:w="57" w:type="dxa"/>
          <w:right w:w="86" w:type="dxa"/>
        </w:tblCellMar>
        <w:tblLook w:firstColumn="1" w:firstRow="1" w:lastColumn="0" w:lastRow="0" w:noHBand="0" w:noVBand="1" w:val="04A0"/>
      </w:tblPr>
      <w:tblGrid>
        <w:gridCol w:w="1655"/>
        <w:gridCol w:w="3150"/>
        <w:gridCol w:w="3150"/>
        <w:gridCol w:w="3150"/>
        <w:gridCol w:w="3150"/>
      </w:tblGrid>
      <w:tr>
        <w:tc>
          <w:tcPr>
            <w:tcW w:type="dxa" w:w="1656"/>
            <w:shd w:val="clear" w:color="auto" w:fill="C62828"/>
          </w:tcPr>
          <w:p/>
        </w:tc>
        <w:tc>
          <w:tcPr>
            <w:tcW w:type="dxa" w:w="3150"/>
            <w:shd w:val="clear" w:color="auto" w:fill="C62828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Main Dish</w:t>
            </w:r>
          </w:p>
        </w:tc>
        <w:tc>
          <w:tcPr>
            <w:tcW w:type="dxa" w:w="3150"/>
            <w:shd w:val="clear" w:color="auto" w:fill="C62828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Side Dish</w:t>
            </w:r>
          </w:p>
        </w:tc>
        <w:tc>
          <w:tcPr>
            <w:tcW w:type="dxa" w:w="3150"/>
            <w:shd w:val="clear" w:color="auto" w:fill="C62828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Cook</w:t>
            </w:r>
          </w:p>
        </w:tc>
        <w:tc>
          <w:tcPr>
            <w:tcW w:type="dxa" w:w="3150"/>
            <w:shd w:val="clear" w:color="auto" w:fill="C62828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Prep Ahead</w:t>
            </w:r>
          </w:p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Monday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Chicken fajitas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Mexican rice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Dad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Slice peppers</w:t>
            </w:r>
          </w:p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Tuesday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Veggie lasagna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Garden salad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Mom</w:t>
            </w:r>
          </w:p>
        </w:tc>
        <w:tc>
          <w:tcPr>
            <w:tcW w:type="dxa" w:w="3150"/>
          </w:tcPr>
          <w:p/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Wednesday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Fish tacos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Slaw</w:t>
            </w:r>
          </w:p>
        </w:tc>
        <w:tc>
          <w:tcPr>
            <w:tcW w:type="dxa" w:w="3150"/>
          </w:tcPr>
          <w:p/>
        </w:tc>
        <w:tc>
          <w:tcPr>
            <w:tcW w:type="dxa" w:w="3150"/>
          </w:tcPr>
          <w:p/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Thursday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Slow cooker chili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Cornbread</w:t>
            </w:r>
          </w:p>
        </w:tc>
        <w:tc>
          <w:tcPr>
            <w:tcW w:type="dxa" w:w="3150"/>
          </w:tcPr>
          <w:p/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Start at 8 AM</w:t>
            </w:r>
          </w:p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Friday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Pizza night</w:t>
            </w:r>
          </w:p>
        </w:tc>
        <w:tc>
          <w:tcPr>
            <w:tcW w:type="dxa" w:w="3150"/>
          </w:tcPr>
          <w:p/>
        </w:tc>
        <w:tc>
          <w:tcPr>
            <w:tcW w:type="dxa" w:w="3150"/>
          </w:tcPr>
          <w:p/>
        </w:tc>
        <w:tc>
          <w:tcPr>
            <w:tcW w:type="dxa" w:w="3150"/>
          </w:tcPr>
          <w:p/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Saturday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Grilled burgers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Sweet potato fries</w:t>
            </w:r>
          </w:p>
        </w:tc>
        <w:tc>
          <w:tcPr>
            <w:tcW w:type="dxa" w:w="3150"/>
          </w:tcPr>
          <w:p/>
        </w:tc>
        <w:tc>
          <w:tcPr>
            <w:tcW w:type="dxa" w:w="3150"/>
          </w:tcPr>
          <w:p/>
        </w:tc>
      </w:tr>
      <w:tr>
        <w:trPr>
          <w:trHeight w:val="893" w:hRule="exact"/>
          <w:cantSplit/>
        </w:trPr>
        <w:tc>
          <w:tcPr>
            <w:tcW w:type="dxa" w:w="1656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20"/>
              </w:rPr>
              <w:t>Sunday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Roast chicken</w:t>
            </w:r>
          </w:p>
        </w:tc>
        <w:tc>
          <w:tcPr>
            <w:tcW w:type="dxa" w:w="3150"/>
          </w:tcPr>
          <w:p>
            <w:pPr>
              <w:spacing w:before="0" w:after="0"/>
              <w:jc w:val="left"/>
            </w:pPr>
            <w:r>
              <w:rPr>
                <w:color w:val="404040"/>
                <w:sz w:val="18"/>
              </w:rPr>
              <w:t>Roasted veg</w:t>
            </w:r>
          </w:p>
        </w:tc>
        <w:tc>
          <w:tcPr>
            <w:tcW w:type="dxa" w:w="3150"/>
          </w:tcPr>
          <w:p/>
        </w:tc>
        <w:tc>
          <w:tcPr>
            <w:tcW w:type="dxa" w:w="3150"/>
          </w:tcPr>
          <w:p/>
        </w:tc>
      </w:tr>
    </w:tbl>
    <w:tbl>
      <w:tblPr>
        <w:tblW w:w="142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5184"/>
        <w:gridCol w:w="1944"/>
        <w:gridCol w:w="51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18"/>
              </w:rPr>
              <w:t>Week of</w:t>
            </w:r>
          </w:p>
        </w:tc>
        <w:tc>
          <w:tcPr>
            <w:tcW w:type="dxa" w:w="5184"/>
            <w:vAlign w:val="center"/>
          </w:tcPr>
          <w:p/>
        </w:tc>
        <w:tc>
          <w:tcPr>
            <w:tcW w:type="dxa" w:w="1944"/>
            <w:shd w:val="clear" w:color="auto" w:fill="FFEBE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C62828"/>
                <w:sz w:val="18"/>
              </w:rPr>
              <w:t>Notes / Leftovers</w:t>
            </w:r>
          </w:p>
        </w:tc>
        <w:tc>
          <w:tcPr>
            <w:tcW w:type="dxa" w:w="518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Dinner Menu Planner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