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8" w:space="0" w:color="C9A227"/>
          <w:left w:val="single" w:sz="8" w:space="0" w:color="C9A227"/>
          <w:bottom w:val="single" w:sz="8" w:space="0" w:color="C9A227"/>
          <w:right w:val="single" w:sz="8" w:space="0" w:color="C9A227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C9A227"/>
            </w:tcBorders>
            <w:shd w:val="clear" w:color="auto" w:fill="111111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C9A227"/>
                <w:spacing w:val="40"/>
                <w:sz w:val="16"/>
              </w:rPr>
              <w:t>ADMIT ONE  •  YOU ARE CORDIALLY INVITED</w:t>
            </w:r>
          </w:p>
          <w:p>
            <w:pPr>
              <w:spacing w:before="80" w:after="0" w:line="240" w:lineRule="auto"/>
              <w:jc w:val="left"/>
            </w:pPr>
            <w:r>
              <w:rPr>
                <w:b/>
                <w:color w:val="FFFFFF"/>
                <w:sz w:val="52"/>
              </w:rPr>
              <w:t>The Annual Winter Gala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D9D9D9"/>
                <w:sz w:val="21"/>
              </w:rPr>
              <w:t>An evening of dinner, music and celebration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664"/>
              <w:gridCol w:w="237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TIME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DRESS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Sat, Dec 12, 2026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7:00 PM – 11:30 PM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Black Tie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BFBFBF"/>
                <w:sz w:val="18"/>
              </w:rPr>
              <w:t>The Grand Ballroom, Riverside Hotel  •  250 Lakeview Drive, City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color w:val="C9A227"/>
                <w:sz w:val="17"/>
              </w:rPr>
              <w:t>RSVP by Nov 30 to Your Name  •  (000) 000-0000</w:t>
            </w:r>
          </w:p>
        </w:tc>
        <w:tc>
          <w:tcPr>
            <w:tcW w:type="dxa" w:w="2808"/>
            <w:shd w:val="clear" w:color="auto" w:fill="F7F1DC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111111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C9A227"/>
                <w:sz w:val="60"/>
              </w:rPr>
              <w:t>ONE</w:t>
            </w:r>
          </w:p>
          <w:p>
            <w:pPr>
              <w:pBdr>
                <w:bottom w:val="single" w:sz="6" w:space="1" w:color="C9A227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i/>
                <w:color w:val="111111"/>
                <w:sz w:val="20"/>
              </w:rPr>
              <w:t>Winter Gala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Dec 12, 2026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Table ____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b/>
                <w:color w:val="A61C1C"/>
                <w:sz w:val="18"/>
              </w:rPr>
              <w:t>No. 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C9A227"/>
          <w:left w:val="single" w:sz="8" w:space="0" w:color="C9A227"/>
          <w:bottom w:val="single" w:sz="8" w:space="0" w:color="C9A227"/>
          <w:right w:val="single" w:sz="8" w:space="0" w:color="C9A227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C9A227"/>
            </w:tcBorders>
            <w:shd w:val="clear" w:color="auto" w:fill="111111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C9A227"/>
                <w:spacing w:val="40"/>
                <w:sz w:val="16"/>
              </w:rPr>
              <w:t>ADMIT ONE  •  YOU ARE CORDIALLY INVITED</w:t>
            </w:r>
          </w:p>
          <w:p>
            <w:pPr>
              <w:spacing w:before="80" w:after="0" w:line="240" w:lineRule="auto"/>
              <w:jc w:val="left"/>
            </w:pPr>
            <w:r>
              <w:rPr>
                <w:b/>
                <w:color w:val="FFFFFF"/>
                <w:sz w:val="52"/>
              </w:rPr>
              <w:t>The Annual Winter Gala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D9D9D9"/>
                <w:sz w:val="21"/>
              </w:rPr>
              <w:t>An evening of dinner, music and celebration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664"/>
              <w:gridCol w:w="237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TIME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DRESS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Sat, Dec 12, 2026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7:00 PM – 11:30 PM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Black Tie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BFBFBF"/>
                <w:sz w:val="18"/>
              </w:rPr>
              <w:t>The Grand Ballroom, Riverside Hotel  •  250 Lakeview Drive, City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color w:val="C9A227"/>
                <w:sz w:val="17"/>
              </w:rPr>
              <w:t>RSVP by Nov 30 to Your Name  •  (000) 000-0000</w:t>
            </w:r>
          </w:p>
        </w:tc>
        <w:tc>
          <w:tcPr>
            <w:tcW w:type="dxa" w:w="2808"/>
            <w:shd w:val="clear" w:color="auto" w:fill="F7F1DC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111111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C9A227"/>
                <w:sz w:val="60"/>
              </w:rPr>
              <w:t>ONE</w:t>
            </w:r>
          </w:p>
          <w:p>
            <w:pPr>
              <w:pBdr>
                <w:bottom w:val="single" w:sz="6" w:space="1" w:color="C9A227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i/>
                <w:color w:val="111111"/>
                <w:sz w:val="20"/>
              </w:rPr>
              <w:t>Winter Gala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Dec 12, 2026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Table ____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b/>
                <w:color w:val="A61C1C"/>
                <w:sz w:val="18"/>
              </w:rPr>
              <w:t>No. 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C9A227"/>
          <w:left w:val="single" w:sz="8" w:space="0" w:color="C9A227"/>
          <w:bottom w:val="single" w:sz="8" w:space="0" w:color="C9A227"/>
          <w:right w:val="single" w:sz="8" w:space="0" w:color="C9A227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C9A227"/>
            </w:tcBorders>
            <w:shd w:val="clear" w:color="auto" w:fill="111111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C9A227"/>
                <w:spacing w:val="40"/>
                <w:sz w:val="16"/>
              </w:rPr>
              <w:t>ADMIT ONE  •  YOU ARE CORDIALLY INVITED</w:t>
            </w:r>
          </w:p>
          <w:p>
            <w:pPr>
              <w:spacing w:before="80" w:after="0" w:line="240" w:lineRule="auto"/>
              <w:jc w:val="left"/>
            </w:pPr>
            <w:r>
              <w:rPr>
                <w:b/>
                <w:color w:val="FFFFFF"/>
                <w:sz w:val="52"/>
              </w:rPr>
              <w:t>The Annual Winter Gala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D9D9D9"/>
                <w:sz w:val="21"/>
              </w:rPr>
              <w:t>An evening of dinner, music and celebration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664"/>
              <w:gridCol w:w="237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TIME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9A227"/>
                      <w:spacing w:val="30"/>
                      <w:sz w:val="15"/>
                    </w:rPr>
                    <w:t>DRESS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Sat, Dec 12, 2026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7:00 PM – 11:30 PM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Black Tie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BFBFBF"/>
                <w:sz w:val="18"/>
              </w:rPr>
              <w:t>The Grand Ballroom, Riverside Hotel  •  250 Lakeview Drive, City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color w:val="C9A227"/>
                <w:sz w:val="17"/>
              </w:rPr>
              <w:t>RSVP by Nov 30 to Your Name  •  (000) 000-0000</w:t>
            </w:r>
          </w:p>
        </w:tc>
        <w:tc>
          <w:tcPr>
            <w:tcW w:type="dxa" w:w="2808"/>
            <w:shd w:val="clear" w:color="auto" w:fill="F7F1DC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111111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C9A227"/>
                <w:sz w:val="60"/>
              </w:rPr>
              <w:t>ONE</w:t>
            </w:r>
          </w:p>
          <w:p>
            <w:pPr>
              <w:pBdr>
                <w:bottom w:val="single" w:sz="6" w:space="1" w:color="C9A227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i/>
                <w:color w:val="111111"/>
                <w:sz w:val="20"/>
              </w:rPr>
              <w:t>Winter Gala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Dec 12, 2026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Table ____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b/>
                <w:color w:val="A61C1C"/>
                <w:sz w:val="18"/>
              </w:rPr>
              <w:t>No. 0001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Ticket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