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60" w:type="dxa"/>
          <w:left w:w="432" w:type="dxa"/>
          <w:bottom w:w="360" w:type="dxa"/>
          <w:right w:w="432" w:type="dxa"/>
        </w:tblCellMar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1B3A57"/>
          </w:tcPr>
          <w:p>
            <w:pPr>
              <w:spacing w:before="0" w:after="0"/>
              <w:jc w:val="left"/>
            </w:pPr>
            <w:r>
              <w:rPr>
                <w:b/>
                <w:color w:val="E07A1F"/>
                <w:spacing w:val="60"/>
                <w:sz w:val="20"/>
              </w:rPr>
              <w:t>SPONSORSHIP PROPOSAL</w:t>
            </w:r>
          </w:p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56"/>
              </w:rPr>
              <w:t>[Event Name] 2027</w:t>
            </w:r>
          </w:p>
          <w:p>
            <w:pPr>
              <w:spacing w:before="40" w:after="0"/>
              <w:jc w:val="left"/>
            </w:pPr>
            <w:r>
              <w:rPr>
                <w:color w:val="D0D8E2"/>
                <w:sz w:val="21"/>
              </w:rPr>
              <w:t>[Date]  •  [Venue, City]  •  Presented by Your Organization Name</w:t>
            </w:r>
          </w:p>
        </w:tc>
      </w:tr>
    </w:tbl>
    <w:p>
      <w:pPr>
        <w:spacing w:before="0" w:after="0" w:line="160" w:lineRule="exact"/>
        <w:jc w:val="left"/>
        <w:rPr>
          <w:sz w:val="12"/>
        </w:rPr>
      </w:pPr>
    </w:p>
    <w:p>
      <w:pPr>
        <w:pBdr>
          <w:bottom w:val="single" w:sz="6" w:space="2" w:color="1B3A57"/>
        </w:pBdr>
        <w:spacing w:before="200" w:after="80"/>
        <w:jc w:val="left"/>
      </w:pPr>
      <w:r>
        <w:rPr>
          <w:b/>
          <w:color w:val="1B3A57"/>
          <w:spacing w:val="20"/>
          <w:sz w:val="23"/>
        </w:rPr>
        <w:t>INTRODUCTION</w:t>
      </w:r>
    </w:p>
    <w:p>
      <w:pPr>
        <w:spacing w:before="0" w:after="120"/>
        <w:jc w:val="left"/>
      </w:pPr>
      <w:r>
        <w:t>Dear [Sponsor Name],</w:t>
      </w:r>
    </w:p>
    <w:p>
      <w:pPr>
        <w:spacing w:before="0" w:after="120" w:line="288" w:lineRule="auto"/>
        <w:jc w:val="both"/>
      </w:pPr>
      <w:r>
        <w:t>We are excited to invite [Company Name] to partner with us as a sponsor of [Event Name], our annual [type of event] that brings together [audience] from across [region]. Your support will help us [purpose, e.g. fund scholarships, support local artists] while putting your brand in front of a highly engaged audience.</w:t>
      </w:r>
    </w:p>
    <w:p>
      <w:pPr>
        <w:pBdr>
          <w:bottom w:val="single" w:sz="6" w:space="2" w:color="1B3A57"/>
        </w:pBdr>
        <w:spacing w:before="200" w:after="80"/>
        <w:jc w:val="left"/>
      </w:pPr>
      <w:r>
        <w:rPr>
          <w:b/>
          <w:color w:val="1B3A57"/>
          <w:spacing w:val="20"/>
          <w:sz w:val="23"/>
        </w:rPr>
        <w:t>EVENT AT A GLANCE</w:t>
      </w:r>
    </w:p>
    <w:tbl>
      <w:tblPr>
        <w:tblW w:w="9936" w:type="dxa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57" w:type="dxa"/>
          <w:left w:w="115" w:type="dxa"/>
          <w:bottom w:w="57" w:type="dxa"/>
          <w:right w:w="115" w:type="dxa"/>
        </w:tblCellMar>
        <w:tblLook w:firstColumn="1" w:firstRow="1" w:lastColumn="0" w:lastRow="0" w:noHBand="0" w:noVBand="1" w:val="04A0"/>
      </w:tblPr>
      <w:tblGrid>
        <w:gridCol w:w="1944"/>
        <w:gridCol w:w="3024"/>
        <w:gridCol w:w="2088"/>
        <w:gridCol w:w="2880"/>
      </w:tblGrid>
      <w:tr>
        <w:tc>
          <w:tcPr>
            <w:tcW w:type="dxa" w:w="1944"/>
            <w:shd w:val="clear" w:color="auto" w:fill="EEF2F6"/>
          </w:tcPr>
          <w:p>
            <w:pPr>
              <w:spacing w:before="0" w:after="0"/>
              <w:jc w:val="left"/>
            </w:pPr>
            <w:r>
              <w:rPr>
                <w:b/>
                <w:color w:val="1B3A57"/>
                <w:sz w:val="18"/>
              </w:rPr>
              <w:t>Event</w:t>
            </w:r>
          </w:p>
        </w:tc>
        <w:tc>
          <w:tcPr>
            <w:tcW w:type="dxa" w:w="3024"/>
          </w:tcPr>
          <w:p>
            <w:pPr>
              <w:spacing w:before="0" w:after="0"/>
              <w:jc w:val="left"/>
            </w:pPr>
            <w:r>
              <w:rPr>
                <w:color w:val="1F1F1F"/>
                <w:sz w:val="19"/>
              </w:rPr>
              <w:t>[Event Name]</w:t>
            </w:r>
          </w:p>
        </w:tc>
        <w:tc>
          <w:tcPr>
            <w:tcW w:type="dxa" w:w="2088"/>
            <w:shd w:val="clear" w:color="auto" w:fill="EEF2F6"/>
          </w:tcPr>
          <w:p>
            <w:pPr>
              <w:spacing w:before="0" w:after="0"/>
              <w:jc w:val="left"/>
            </w:pPr>
            <w:r>
              <w:rPr>
                <w:b/>
                <w:color w:val="1B3A57"/>
                <w:sz w:val="18"/>
              </w:rPr>
              <w:t>Expected attendance</w:t>
            </w:r>
          </w:p>
        </w:tc>
        <w:tc>
          <w:tcPr>
            <w:tcW w:type="dxa" w:w="2880"/>
          </w:tcPr>
          <w:p>
            <w:pPr>
              <w:spacing w:before="0" w:after="0"/>
              <w:jc w:val="left"/>
            </w:pPr>
            <w:r>
              <w:rPr>
                <w:color w:val="1F1F1F"/>
                <w:sz w:val="19"/>
              </w:rPr>
              <w:t>2,500+</w:t>
            </w:r>
          </w:p>
        </w:tc>
      </w:tr>
      <w:tr>
        <w:tc>
          <w:tcPr>
            <w:tcW w:type="dxa" w:w="1944"/>
            <w:shd w:val="clear" w:color="auto" w:fill="EEF2F6"/>
          </w:tcPr>
          <w:p>
            <w:pPr>
              <w:spacing w:before="0" w:after="0"/>
              <w:jc w:val="left"/>
            </w:pPr>
            <w:r>
              <w:rPr>
                <w:b/>
                <w:color w:val="1B3A57"/>
                <w:sz w:val="18"/>
              </w:rPr>
              <w:t>Date</w:t>
            </w:r>
          </w:p>
        </w:tc>
        <w:tc>
          <w:tcPr>
            <w:tcW w:type="dxa" w:w="3024"/>
          </w:tcPr>
          <w:p>
            <w:pPr>
              <w:spacing w:before="0" w:after="0"/>
              <w:jc w:val="left"/>
            </w:pPr>
            <w:r>
              <w:rPr>
                <w:color w:val="1F1F1F"/>
                <w:sz w:val="19"/>
              </w:rPr>
              <w:t>[Month DD, 2027]</w:t>
            </w:r>
          </w:p>
        </w:tc>
        <w:tc>
          <w:tcPr>
            <w:tcW w:type="dxa" w:w="2088"/>
            <w:shd w:val="clear" w:color="auto" w:fill="EEF2F6"/>
          </w:tcPr>
          <w:p>
            <w:pPr>
              <w:spacing w:before="0" w:after="0"/>
              <w:jc w:val="left"/>
            </w:pPr>
            <w:r>
              <w:rPr>
                <w:b/>
                <w:color w:val="1B3A57"/>
                <w:sz w:val="18"/>
              </w:rPr>
              <w:t>Audience</w:t>
            </w:r>
          </w:p>
        </w:tc>
        <w:tc>
          <w:tcPr>
            <w:tcW w:type="dxa" w:w="2880"/>
          </w:tcPr>
          <w:p>
            <w:pPr>
              <w:spacing w:before="0" w:after="0"/>
              <w:jc w:val="left"/>
            </w:pPr>
            <w:r>
              <w:rPr>
                <w:color w:val="1F1F1F"/>
                <w:sz w:val="19"/>
              </w:rPr>
              <w:t>[e.g. families, business owners]</w:t>
            </w:r>
          </w:p>
        </w:tc>
      </w:tr>
      <w:tr>
        <w:tc>
          <w:tcPr>
            <w:tcW w:type="dxa" w:w="1944"/>
            <w:shd w:val="clear" w:color="auto" w:fill="EEF2F6"/>
          </w:tcPr>
          <w:p>
            <w:pPr>
              <w:spacing w:before="0" w:after="0"/>
              <w:jc w:val="left"/>
            </w:pPr>
            <w:r>
              <w:rPr>
                <w:b/>
                <w:color w:val="1B3A57"/>
                <w:sz w:val="18"/>
              </w:rPr>
              <w:t>Location</w:t>
            </w:r>
          </w:p>
        </w:tc>
        <w:tc>
          <w:tcPr>
            <w:tcW w:type="dxa" w:w="3024"/>
          </w:tcPr>
          <w:p>
            <w:pPr>
              <w:spacing w:before="0" w:after="0"/>
              <w:jc w:val="left"/>
            </w:pPr>
            <w:r>
              <w:rPr>
                <w:color w:val="1F1F1F"/>
                <w:sz w:val="19"/>
              </w:rPr>
              <w:t>[Venue, City]</w:t>
            </w:r>
          </w:p>
        </w:tc>
        <w:tc>
          <w:tcPr>
            <w:tcW w:type="dxa" w:w="2088"/>
            <w:shd w:val="clear" w:color="auto" w:fill="EEF2F6"/>
          </w:tcPr>
          <w:p>
            <w:pPr>
              <w:spacing w:before="0" w:after="0"/>
              <w:jc w:val="left"/>
            </w:pPr>
            <w:r>
              <w:rPr>
                <w:b/>
                <w:color w:val="1B3A57"/>
                <w:sz w:val="18"/>
              </w:rPr>
              <w:t>Media reach</w:t>
            </w:r>
          </w:p>
        </w:tc>
        <w:tc>
          <w:tcPr>
            <w:tcW w:type="dxa" w:w="2880"/>
          </w:tcPr>
          <w:p>
            <w:pPr>
              <w:spacing w:before="0" w:after="0"/>
              <w:jc w:val="left"/>
            </w:pPr>
            <w:r>
              <w:rPr>
                <w:color w:val="1F1F1F"/>
                <w:sz w:val="19"/>
              </w:rPr>
              <w:t>50,000+ impressions</w:t>
            </w:r>
          </w:p>
        </w:tc>
      </w:tr>
      <w:tr>
        <w:tc>
          <w:tcPr>
            <w:tcW w:type="dxa" w:w="1944"/>
            <w:shd w:val="clear" w:color="auto" w:fill="EEF2F6"/>
          </w:tcPr>
          <w:p>
            <w:pPr>
              <w:spacing w:before="0" w:after="0"/>
              <w:jc w:val="left"/>
            </w:pPr>
            <w:r>
              <w:rPr>
                <w:b/>
                <w:color w:val="1B3A57"/>
                <w:sz w:val="18"/>
              </w:rPr>
              <w:t>Format</w:t>
            </w:r>
          </w:p>
        </w:tc>
        <w:tc>
          <w:tcPr>
            <w:tcW w:type="dxa" w:w="3024"/>
          </w:tcPr>
          <w:p>
            <w:pPr>
              <w:spacing w:before="0" w:after="0"/>
              <w:jc w:val="left"/>
            </w:pPr>
            <w:r>
              <w:rPr>
                <w:color w:val="1F1F1F"/>
                <w:sz w:val="19"/>
              </w:rPr>
              <w:t>[Festival / Conference]</w:t>
            </w:r>
          </w:p>
        </w:tc>
        <w:tc>
          <w:tcPr>
            <w:tcW w:type="dxa" w:w="2088"/>
            <w:shd w:val="clear" w:color="auto" w:fill="EEF2F6"/>
          </w:tcPr>
          <w:p>
            <w:pPr>
              <w:spacing w:before="0" w:after="0"/>
              <w:jc w:val="left"/>
            </w:pPr>
            <w:r>
              <w:rPr>
                <w:b/>
                <w:color w:val="1B3A57"/>
                <w:sz w:val="18"/>
              </w:rPr>
              <w:t>Past sponsors</w:t>
            </w:r>
          </w:p>
        </w:tc>
        <w:tc>
          <w:tcPr>
            <w:tcW w:type="dxa" w:w="2880"/>
          </w:tcPr>
          <w:p>
            <w:pPr>
              <w:spacing w:before="0" w:after="0"/>
              <w:jc w:val="left"/>
            </w:pPr>
            <w:r>
              <w:rPr>
                <w:color w:val="1F1F1F"/>
                <w:sz w:val="19"/>
              </w:rPr>
              <w:t>[Sponsor A, Sponsor B]</w:t>
            </w:r>
          </w:p>
        </w:tc>
      </w:tr>
    </w:tbl>
    <w:p>
      <w:pPr>
        <w:pBdr>
          <w:bottom w:val="single" w:sz="6" w:space="2" w:color="1B3A57"/>
        </w:pBdr>
        <w:spacing w:before="200" w:after="80"/>
        <w:jc w:val="left"/>
      </w:pPr>
      <w:r>
        <w:rPr>
          <w:b/>
          <w:color w:val="1B3A57"/>
          <w:spacing w:val="20"/>
          <w:sz w:val="23"/>
        </w:rPr>
        <w:t>WHY SPONSOR?</w:t>
      </w:r>
    </w:p>
    <w:p>
      <w:pPr>
        <w:spacing w:before="0" w:after="60" w:line="276" w:lineRule="auto"/>
        <w:ind w:left="259" w:hanging="230"/>
        <w:jc w:val="left"/>
      </w:pPr>
      <w:r>
        <w:rPr>
          <w:color w:val="E07A1F"/>
          <w:sz w:val="21"/>
        </w:rPr>
        <w:t xml:space="preserve">•  </w:t>
      </w:r>
      <w:r>
        <w:rPr>
          <w:color w:val="333333"/>
          <w:sz w:val="21"/>
        </w:rPr>
        <w:t>Reach [number] attendees in your target market in a single day</w:t>
      </w:r>
    </w:p>
    <w:p>
      <w:pPr>
        <w:spacing w:before="0" w:after="60" w:line="276" w:lineRule="auto"/>
        <w:ind w:left="259" w:hanging="230"/>
        <w:jc w:val="left"/>
      </w:pPr>
      <w:r>
        <w:rPr>
          <w:color w:val="E07A1F"/>
          <w:sz w:val="21"/>
        </w:rPr>
        <w:t xml:space="preserve">•  </w:t>
      </w:r>
      <w:r>
        <w:rPr>
          <w:color w:val="333333"/>
          <w:sz w:val="21"/>
        </w:rPr>
        <w:t>Build goodwill by supporting [cause or community]</w:t>
      </w:r>
    </w:p>
    <w:p>
      <w:pPr>
        <w:spacing w:before="0" w:after="60" w:line="276" w:lineRule="auto"/>
        <w:ind w:left="259" w:hanging="230"/>
        <w:jc w:val="left"/>
      </w:pPr>
      <w:r>
        <w:rPr>
          <w:color w:val="E07A1F"/>
          <w:sz w:val="21"/>
        </w:rPr>
        <w:t xml:space="preserve">•  </w:t>
      </w:r>
      <w:r>
        <w:rPr>
          <w:color w:val="333333"/>
          <w:sz w:val="21"/>
        </w:rPr>
        <w:t>Generate leads through on-site activations and sampling</w:t>
      </w:r>
    </w:p>
    <w:p>
      <w:pPr>
        <w:spacing w:before="0" w:after="60" w:line="276" w:lineRule="auto"/>
        <w:ind w:left="259" w:hanging="230"/>
        <w:jc w:val="left"/>
      </w:pPr>
      <w:r>
        <w:rPr>
          <w:color w:val="E07A1F"/>
          <w:sz w:val="21"/>
        </w:rPr>
        <w:t xml:space="preserve">•  </w:t>
      </w:r>
      <w:r>
        <w:rPr>
          <w:color w:val="333333"/>
          <w:sz w:val="21"/>
        </w:rPr>
        <w:t>Gain year-round visibility on our website, newsletter and social channels</w:t>
      </w:r>
    </w:p>
    <w:p>
      <w:pPr>
        <w:pBdr>
          <w:bottom w:val="single" w:sz="6" w:space="2" w:color="1B3A57"/>
        </w:pBdr>
        <w:spacing w:before="200" w:after="80"/>
        <w:jc w:val="left"/>
      </w:pPr>
      <w:r>
        <w:rPr>
          <w:b/>
          <w:color w:val="1B3A57"/>
          <w:spacing w:val="20"/>
          <w:sz w:val="23"/>
        </w:rPr>
        <w:t>SPONSORSHIP PACKAGES</w:t>
      </w:r>
    </w:p>
    <w:tbl>
      <w:tblPr>
        <w:tblW w:w="993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44" w:type="dxa"/>
          <w:left w:w="144" w:type="dxa"/>
          <w:bottom w:w="144" w:type="dxa"/>
          <w:right w:w="144" w:type="dxa"/>
        </w:tblCellMar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tcBorders>
              <w:top w:val="single" w:sz="36" w:space="0" w:color="5B5B5B"/>
              <w:left w:val="single" w:sz="6" w:space="0" w:color="FFFFFF"/>
              <w:bottom w:val="single" w:sz="6" w:space="0" w:color="D9D9D9"/>
              <w:right w:val="single" w:sz="6" w:space="0" w:color="FFFFFF"/>
            </w:tcBorders>
            <w:shd w:val="clear" w:color="auto" w:fill="F4F4F4"/>
          </w:tcPr>
          <w:p>
            <w:pPr>
              <w:spacing w:before="80" w:after="0"/>
              <w:jc w:val="center"/>
            </w:pPr>
            <w:r>
              <w:rPr>
                <w:b/>
                <w:color w:val="5B5B5B"/>
                <w:spacing w:val="40"/>
                <w:sz w:val="20"/>
              </w:rPr>
              <w:t>PLATINUM</w:t>
            </w:r>
          </w:p>
          <w:p>
            <w:pPr>
              <w:spacing w:before="0" w:after="0"/>
              <w:jc w:val="center"/>
            </w:pPr>
            <w:r>
              <w:rPr>
                <w:b/>
                <w:color w:val="1F1F1F"/>
                <w:sz w:val="36"/>
              </w:rPr>
              <w:t>$10,000</w:t>
            </w:r>
          </w:p>
          <w:p>
            <w:pPr>
              <w:spacing w:before="0" w:after="120"/>
              <w:jc w:val="center"/>
            </w:pPr>
            <w:r>
              <w:rPr>
                <w:i/>
                <w:color w:val="7F7F7F"/>
                <w:sz w:val="15"/>
              </w:rPr>
              <w:t>1 available</w:t>
            </w:r>
          </w:p>
          <w:p>
            <w:pPr>
              <w:spacing w:before="0" w:after="60" w:line="264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color w:val="5B5B5B"/>
                <w:sz w:val="18"/>
              </w:rPr>
              <w:t xml:space="preserve">✓ </w:t>
            </w:r>
            <w:r>
              <w:rPr>
                <w:color w:val="333333"/>
                <w:sz w:val="17"/>
              </w:rPr>
              <w:t>Title sponsor naming rights</w:t>
            </w:r>
          </w:p>
          <w:p>
            <w:pPr>
              <w:spacing w:before="0" w:after="60" w:line="264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color w:val="5B5B5B"/>
                <w:sz w:val="18"/>
              </w:rPr>
              <w:t xml:space="preserve">✓ </w:t>
            </w:r>
            <w:r>
              <w:rPr>
                <w:color w:val="333333"/>
                <w:sz w:val="17"/>
              </w:rPr>
              <w:t>Logo on all event signage and stage</w:t>
            </w:r>
          </w:p>
          <w:p>
            <w:pPr>
              <w:spacing w:before="0" w:after="60" w:line="264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color w:val="5B5B5B"/>
                <w:sz w:val="18"/>
              </w:rPr>
              <w:t xml:space="preserve">✓ </w:t>
            </w:r>
            <w:r>
              <w:rPr>
                <w:color w:val="333333"/>
                <w:sz w:val="17"/>
              </w:rPr>
              <w:t>Full-page ad in event program</w:t>
            </w:r>
          </w:p>
          <w:p>
            <w:pPr>
              <w:spacing w:before="0" w:after="60" w:line="264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color w:val="5B5B5B"/>
                <w:sz w:val="18"/>
              </w:rPr>
              <w:t xml:space="preserve">✓ </w:t>
            </w:r>
            <w:r>
              <w:rPr>
                <w:color w:val="333333"/>
                <w:sz w:val="17"/>
              </w:rPr>
              <w:t>10 VIP passes + reserved table</w:t>
            </w:r>
          </w:p>
          <w:p>
            <w:pPr>
              <w:spacing w:before="0" w:after="60" w:line="264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color w:val="5B5B5B"/>
                <w:sz w:val="18"/>
              </w:rPr>
              <w:t xml:space="preserve">✓ </w:t>
            </w:r>
            <w:r>
              <w:rPr>
                <w:color w:val="333333"/>
                <w:sz w:val="17"/>
              </w:rPr>
              <w:t>Speaking slot at opening</w:t>
            </w:r>
          </w:p>
          <w:p>
            <w:pPr>
              <w:spacing w:before="0" w:after="60" w:line="264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color w:val="5B5B5B"/>
                <w:sz w:val="18"/>
              </w:rPr>
              <w:t xml:space="preserve">✓ </w:t>
            </w:r>
            <w:r>
              <w:rPr>
                <w:color w:val="333333"/>
                <w:sz w:val="17"/>
              </w:rPr>
              <w:t>Featured in all press releases</w:t>
            </w:r>
          </w:p>
        </w:tc>
        <w:tc>
          <w:tcPr>
            <w:tcW w:type="dxa" w:w="2484"/>
            <w:tcBorders>
              <w:top w:val="single" w:sz="36" w:space="0" w:color="B8860B"/>
              <w:left w:val="single" w:sz="6" w:space="0" w:color="FFFFFF"/>
              <w:bottom w:val="single" w:sz="6" w:space="0" w:color="D9D9D9"/>
              <w:right w:val="single" w:sz="6" w:space="0" w:color="FFFFFF"/>
            </w:tcBorders>
            <w:shd w:val="clear" w:color="auto" w:fill="FFF7E0"/>
          </w:tcPr>
          <w:p>
            <w:pPr>
              <w:spacing w:before="80" w:after="0"/>
              <w:jc w:val="center"/>
            </w:pPr>
            <w:r>
              <w:rPr>
                <w:b/>
                <w:color w:val="B8860B"/>
                <w:spacing w:val="40"/>
                <w:sz w:val="20"/>
              </w:rPr>
              <w:t>GOLD</w:t>
            </w:r>
          </w:p>
          <w:p>
            <w:pPr>
              <w:spacing w:before="0" w:after="0"/>
              <w:jc w:val="center"/>
            </w:pPr>
            <w:r>
              <w:rPr>
                <w:b/>
                <w:color w:val="1F1F1F"/>
                <w:sz w:val="36"/>
              </w:rPr>
              <w:t>$5,000</w:t>
            </w:r>
          </w:p>
          <w:p>
            <w:pPr>
              <w:spacing w:before="0" w:after="120"/>
              <w:jc w:val="center"/>
            </w:pPr>
            <w:r>
              <w:rPr>
                <w:i/>
                <w:color w:val="7F7F7F"/>
                <w:sz w:val="15"/>
              </w:rPr>
              <w:t>3 available</w:t>
            </w:r>
          </w:p>
          <w:p>
            <w:pPr>
              <w:spacing w:before="0" w:after="60" w:line="264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color w:val="B8860B"/>
                <w:sz w:val="18"/>
              </w:rPr>
              <w:t xml:space="preserve">✓ </w:t>
            </w:r>
            <w:r>
              <w:rPr>
                <w:color w:val="333333"/>
                <w:sz w:val="17"/>
              </w:rPr>
              <w:t>Logo on main banners</w:t>
            </w:r>
          </w:p>
          <w:p>
            <w:pPr>
              <w:spacing w:before="0" w:after="60" w:line="264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color w:val="B8860B"/>
                <w:sz w:val="18"/>
              </w:rPr>
              <w:t xml:space="preserve">✓ </w:t>
            </w:r>
            <w:r>
              <w:rPr>
                <w:color w:val="333333"/>
                <w:sz w:val="17"/>
              </w:rPr>
              <w:t>Half-page ad in program</w:t>
            </w:r>
          </w:p>
          <w:p>
            <w:pPr>
              <w:spacing w:before="0" w:after="60" w:line="264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color w:val="B8860B"/>
                <w:sz w:val="18"/>
              </w:rPr>
              <w:t xml:space="preserve">✓ </w:t>
            </w:r>
            <w:r>
              <w:rPr>
                <w:color w:val="333333"/>
                <w:sz w:val="17"/>
              </w:rPr>
              <w:t>6 VIP passes</w:t>
            </w:r>
          </w:p>
          <w:p>
            <w:pPr>
              <w:spacing w:before="0" w:after="60" w:line="264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color w:val="B8860B"/>
                <w:sz w:val="18"/>
              </w:rPr>
              <w:t xml:space="preserve">✓ </w:t>
            </w:r>
            <w:r>
              <w:rPr>
                <w:color w:val="333333"/>
                <w:sz w:val="17"/>
              </w:rPr>
              <w:t>Exhibitor booth (10×10 ft)</w:t>
            </w:r>
          </w:p>
          <w:p>
            <w:pPr>
              <w:spacing w:before="0" w:after="60" w:line="264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color w:val="B8860B"/>
                <w:sz w:val="18"/>
              </w:rPr>
              <w:t xml:space="preserve">✓ </w:t>
            </w:r>
            <w:r>
              <w:rPr>
                <w:color w:val="333333"/>
                <w:sz w:val="17"/>
              </w:rPr>
              <w:t>Social media spotlight post</w:t>
            </w:r>
          </w:p>
        </w:tc>
        <w:tc>
          <w:tcPr>
            <w:tcW w:type="dxa" w:w="2484"/>
            <w:tcBorders>
              <w:top w:val="single" w:sz="36" w:space="0" w:color="8C8C8C"/>
              <w:left w:val="single" w:sz="6" w:space="0" w:color="FFFFFF"/>
              <w:bottom w:val="single" w:sz="6" w:space="0" w:color="D9D9D9"/>
              <w:right w:val="single" w:sz="6" w:space="0" w:color="FFFFFF"/>
            </w:tcBorders>
            <w:shd w:val="clear" w:color="auto" w:fill="F6F6F6"/>
          </w:tcPr>
          <w:p>
            <w:pPr>
              <w:spacing w:before="80" w:after="0"/>
              <w:jc w:val="center"/>
            </w:pPr>
            <w:r>
              <w:rPr>
                <w:b/>
                <w:color w:val="8C8C8C"/>
                <w:spacing w:val="40"/>
                <w:sz w:val="20"/>
              </w:rPr>
              <w:t>SILVER</w:t>
            </w:r>
          </w:p>
          <w:p>
            <w:pPr>
              <w:spacing w:before="0" w:after="0"/>
              <w:jc w:val="center"/>
            </w:pPr>
            <w:r>
              <w:rPr>
                <w:b/>
                <w:color w:val="1F1F1F"/>
                <w:sz w:val="36"/>
              </w:rPr>
              <w:t>$2,500</w:t>
            </w:r>
          </w:p>
          <w:p>
            <w:pPr>
              <w:spacing w:before="0" w:after="120"/>
              <w:jc w:val="center"/>
            </w:pPr>
            <w:r>
              <w:rPr>
                <w:i/>
                <w:color w:val="7F7F7F"/>
                <w:sz w:val="15"/>
              </w:rPr>
              <w:t>5 available</w:t>
            </w:r>
          </w:p>
          <w:p>
            <w:pPr>
              <w:spacing w:before="0" w:after="60" w:line="264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color w:val="8C8C8C"/>
                <w:sz w:val="18"/>
              </w:rPr>
              <w:t xml:space="preserve">✓ </w:t>
            </w:r>
            <w:r>
              <w:rPr>
                <w:color w:val="333333"/>
                <w:sz w:val="17"/>
              </w:rPr>
              <w:t>Logo on sponsor wall</w:t>
            </w:r>
          </w:p>
          <w:p>
            <w:pPr>
              <w:spacing w:before="0" w:after="60" w:line="264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color w:val="8C8C8C"/>
                <w:sz w:val="18"/>
              </w:rPr>
              <w:t xml:space="preserve">✓ </w:t>
            </w:r>
            <w:r>
              <w:rPr>
                <w:color w:val="333333"/>
                <w:sz w:val="17"/>
              </w:rPr>
              <w:t>Quarter-page ad in program</w:t>
            </w:r>
          </w:p>
          <w:p>
            <w:pPr>
              <w:spacing w:before="0" w:after="60" w:line="264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color w:val="8C8C8C"/>
                <w:sz w:val="18"/>
              </w:rPr>
              <w:t xml:space="preserve">✓ </w:t>
            </w:r>
            <w:r>
              <w:rPr>
                <w:color w:val="333333"/>
                <w:sz w:val="17"/>
              </w:rPr>
              <w:t>4 event passes</w:t>
            </w:r>
          </w:p>
          <w:p>
            <w:pPr>
              <w:spacing w:before="0" w:after="60" w:line="264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color w:val="8C8C8C"/>
                <w:sz w:val="18"/>
              </w:rPr>
              <w:t xml:space="preserve">✓ </w:t>
            </w:r>
            <w:r>
              <w:rPr>
                <w:color w:val="333333"/>
                <w:sz w:val="17"/>
              </w:rPr>
              <w:t>Logo on event website</w:t>
            </w:r>
          </w:p>
        </w:tc>
        <w:tc>
          <w:tcPr>
            <w:tcW w:type="dxa" w:w="2484"/>
            <w:tcBorders>
              <w:top w:val="single" w:sz="36" w:space="0" w:color="A0522D"/>
              <w:left w:val="single" w:sz="6" w:space="0" w:color="FFFFFF"/>
              <w:bottom w:val="single" w:sz="6" w:space="0" w:color="D9D9D9"/>
              <w:right w:val="single" w:sz="6" w:space="0" w:color="FFFFFF"/>
            </w:tcBorders>
            <w:shd w:val="clear" w:color="auto" w:fill="FBEEE6"/>
          </w:tcPr>
          <w:p>
            <w:pPr>
              <w:spacing w:before="80" w:after="0"/>
              <w:jc w:val="center"/>
            </w:pPr>
            <w:r>
              <w:rPr>
                <w:b/>
                <w:color w:val="A0522D"/>
                <w:spacing w:val="40"/>
                <w:sz w:val="20"/>
              </w:rPr>
              <w:t>BRONZE</w:t>
            </w:r>
          </w:p>
          <w:p>
            <w:pPr>
              <w:spacing w:before="0" w:after="0"/>
              <w:jc w:val="center"/>
            </w:pPr>
            <w:r>
              <w:rPr>
                <w:b/>
                <w:color w:val="1F1F1F"/>
                <w:sz w:val="36"/>
              </w:rPr>
              <w:t>$1,000</w:t>
            </w:r>
          </w:p>
          <w:p>
            <w:pPr>
              <w:spacing w:before="0" w:after="120"/>
              <w:jc w:val="center"/>
            </w:pPr>
            <w:r>
              <w:rPr>
                <w:i/>
                <w:color w:val="7F7F7F"/>
                <w:sz w:val="15"/>
              </w:rPr>
              <w:t>10 available</w:t>
            </w:r>
          </w:p>
          <w:p>
            <w:pPr>
              <w:spacing w:before="0" w:after="60" w:line="264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color w:val="A0522D"/>
                <w:sz w:val="18"/>
              </w:rPr>
              <w:t xml:space="preserve">✓ </w:t>
            </w:r>
            <w:r>
              <w:rPr>
                <w:color w:val="333333"/>
                <w:sz w:val="17"/>
              </w:rPr>
              <w:t>Name listed in program</w:t>
            </w:r>
          </w:p>
          <w:p>
            <w:pPr>
              <w:spacing w:before="0" w:after="60" w:line="264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color w:val="A0522D"/>
                <w:sz w:val="18"/>
              </w:rPr>
              <w:t xml:space="preserve">✓ </w:t>
            </w:r>
            <w:r>
              <w:rPr>
                <w:color w:val="333333"/>
                <w:sz w:val="17"/>
              </w:rPr>
              <w:t>2 event passes</w:t>
            </w:r>
          </w:p>
          <w:p>
            <w:pPr>
              <w:spacing w:before="0" w:after="60" w:line="264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color w:val="A0522D"/>
                <w:sz w:val="18"/>
              </w:rPr>
              <w:t xml:space="preserve">✓ </w:t>
            </w:r>
            <w:r>
              <w:rPr>
                <w:color w:val="333333"/>
                <w:sz w:val="17"/>
              </w:rPr>
              <w:t>Thank-you post on social media</w:t>
            </w:r>
          </w:p>
        </w:tc>
      </w:tr>
    </w:tbl>
    <w:p>
      <w:pPr>
        <w:pBdr>
          <w:bottom w:val="single" w:sz="6" w:space="2" w:color="1B3A57"/>
        </w:pBdr>
        <w:spacing w:before="200" w:after="80"/>
        <w:jc w:val="left"/>
      </w:pPr>
      <w:r>
        <w:rPr>
          <w:b/>
          <w:color w:val="1B3A57"/>
          <w:spacing w:val="20"/>
          <w:sz w:val="23"/>
        </w:rPr>
        <w:t>NEXT STEPS</w:t>
      </w:r>
    </w:p>
    <w:p>
      <w:pPr>
        <w:spacing w:before="0" w:after="120" w:line="288" w:lineRule="auto"/>
        <w:jc w:val="left"/>
      </w:pPr>
      <w:r>
        <w:t>To confirm your sponsorship, please return the signed agreement by [deadline]. We are happy to create a custom package that fits your goals and budget.</w:t>
      </w:r>
    </w:p>
    <w:tbl>
      <w:tblPr>
        <w:tblW w:w="9936" w:type="dxa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57" w:type="dxa"/>
          <w:left w:w="115" w:type="dxa"/>
          <w:bottom w:w="57" w:type="dxa"/>
          <w:right w:w="115" w:type="dxa"/>
        </w:tblCellMar>
        <w:tblLook w:firstColumn="1" w:firstRow="1" w:lastColumn="0" w:lastRow="0" w:noHBand="0" w:noVBand="1" w:val="04A0"/>
      </w:tblPr>
      <w:tblGrid>
        <w:gridCol w:w="1440"/>
        <w:gridCol w:w="3744"/>
        <w:gridCol w:w="1296"/>
        <w:gridCol w:w="3456"/>
      </w:tblGrid>
      <w:tr>
        <w:tc>
          <w:tcPr>
            <w:tcW w:type="dxa" w:w="1440"/>
            <w:shd w:val="clear" w:color="auto" w:fill="EEF2F6"/>
          </w:tcPr>
          <w:p>
            <w:pPr>
              <w:spacing w:before="0" w:after="0"/>
              <w:jc w:val="left"/>
            </w:pPr>
            <w:r>
              <w:rPr>
                <w:b/>
                <w:color w:val="1B3A57"/>
                <w:sz w:val="18"/>
              </w:rPr>
              <w:t>Contact</w:t>
            </w:r>
          </w:p>
        </w:tc>
        <w:tc>
          <w:tcPr>
            <w:tcW w:type="dxa" w:w="3744"/>
          </w:tcPr>
          <w:p>
            <w:pPr>
              <w:spacing w:before="0" w:after="0"/>
              <w:jc w:val="left"/>
            </w:pPr>
            <w:r>
              <w:rPr>
                <w:color w:val="1F1F1F"/>
                <w:sz w:val="19"/>
              </w:rPr>
              <w:t>Your Name, Sponsorship Manager</w:t>
            </w:r>
          </w:p>
        </w:tc>
        <w:tc>
          <w:tcPr>
            <w:tcW w:type="dxa" w:w="1296"/>
            <w:shd w:val="clear" w:color="auto" w:fill="EEF2F6"/>
          </w:tcPr>
          <w:p>
            <w:pPr>
              <w:spacing w:before="0" w:after="0"/>
              <w:jc w:val="left"/>
            </w:pPr>
            <w:r>
              <w:rPr>
                <w:b/>
                <w:color w:val="1B3A57"/>
                <w:sz w:val="18"/>
              </w:rPr>
              <w:t>Phone</w:t>
            </w:r>
          </w:p>
        </w:tc>
        <w:tc>
          <w:tcPr>
            <w:tcW w:type="dxa" w:w="3456"/>
          </w:tcPr>
          <w:p>
            <w:pPr>
              <w:spacing w:before="0" w:after="0"/>
              <w:jc w:val="left"/>
            </w:pPr>
            <w:r>
              <w:rPr>
                <w:color w:val="1F1F1F"/>
                <w:sz w:val="19"/>
              </w:rPr>
              <w:t>(000) 000-0000</w:t>
            </w:r>
          </w:p>
        </w:tc>
      </w:tr>
      <w:tr>
        <w:tc>
          <w:tcPr>
            <w:tcW w:type="dxa" w:w="1440"/>
            <w:shd w:val="clear" w:color="auto" w:fill="EEF2F6"/>
          </w:tcPr>
          <w:p>
            <w:pPr>
              <w:spacing w:before="0" w:after="0"/>
              <w:jc w:val="left"/>
            </w:pPr>
            <w:r>
              <w:rPr>
                <w:b/>
                <w:color w:val="1B3A57"/>
                <w:sz w:val="18"/>
              </w:rPr>
              <w:t>Email</w:t>
            </w:r>
          </w:p>
        </w:tc>
        <w:tc>
          <w:tcPr>
            <w:tcW w:type="dxa" w:w="3744"/>
          </w:tcPr>
          <w:p>
            <w:pPr>
              <w:spacing w:before="0" w:after="0"/>
              <w:jc w:val="left"/>
            </w:pPr>
            <w:r>
              <w:rPr>
                <w:color w:val="1F1F1F"/>
                <w:sz w:val="19"/>
              </w:rPr>
              <w:t>sponsors@yourorganization.org</w:t>
            </w:r>
          </w:p>
        </w:tc>
        <w:tc>
          <w:tcPr>
            <w:tcW w:type="dxa" w:w="1296"/>
            <w:shd w:val="clear" w:color="auto" w:fill="EEF2F6"/>
          </w:tcPr>
          <w:p>
            <w:pPr>
              <w:spacing w:before="0" w:after="0"/>
              <w:jc w:val="left"/>
            </w:pPr>
            <w:r>
              <w:rPr>
                <w:b/>
                <w:color w:val="1B3A57"/>
                <w:sz w:val="18"/>
              </w:rPr>
              <w:t>Website</w:t>
            </w:r>
          </w:p>
        </w:tc>
        <w:tc>
          <w:tcPr>
            <w:tcW w:type="dxa" w:w="3456"/>
          </w:tcPr>
          <w:p>
            <w:pPr>
              <w:spacing w:before="0" w:after="0"/>
              <w:jc w:val="left"/>
            </w:pPr>
            <w:r>
              <w:rPr>
                <w:color w:val="1F1F1F"/>
                <w:sz w:val="19"/>
              </w:rPr>
              <w:t>www.yourorganization.org</w:t>
            </w:r>
          </w:p>
        </w:tc>
      </w:tr>
    </w:tbl>
    <w:sectPr w:rsidR="00FC693F" w:rsidRPr="0006063C" w:rsidSect="00034616">
      <w:pgSz w:w="12240" w:h="15840"/>
      <w:pgMar w:top="1080" w:right="1152" w:bottom="1080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Sponsorship Proposal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