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single" w:sz="10" w:space="0" w:color="2D6A4F"/>
          <w:left w:val="single" w:sz="10" w:space="0" w:color="2D6A4F"/>
          <w:bottom w:val="single" w:sz="10" w:space="0" w:color="2D6A4F"/>
          <w:right w:val="single" w:sz="10" w:space="0" w:color="2D6A4F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tbl>
            <w:tblPr>
              <w:tblW w:w="100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623"/>
              <w:gridCol w:w="3456"/>
            </w:tblGrid>
            <w:tr>
              <w:tc>
                <w:tcPr>
                  <w:tcW w:type="dxa" w:w="662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32"/>
                    </w:rPr>
                    <w:t>EMPLOYEE TIME CARD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7"/>
                    </w:rPr>
                    <w:t>Your Company Name  •  Week ending: ____ / ____ / ______</w:t>
                  </w:r>
                </w:p>
              </w:tc>
              <w:tc>
                <w:tcPr>
                  <w:tcW w:type="dxa" w:w="3456"/>
                </w:tcPr>
                <w:p>
                  <w:pPr>
                    <w:spacing w:before="12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>Card No. ________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744"/>
              <w:gridCol w:w="1512"/>
              <w:gridCol w:w="3023"/>
            </w:tblGrid>
            <w:tr>
              <w:trPr>
                <w:trHeight w:val="374" w:hRule="atLeast"/>
                <w:cantSplit/>
              </w:trPr>
              <w:tc>
                <w:tcPr>
                  <w:tcW w:type="dxa" w:w="1800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Employee Name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Employee ID</w:t>
                  </w:r>
                </w:p>
              </w:tc>
              <w:tc>
                <w:tcPr>
                  <w:tcW w:type="dxa" w:w="3024"/>
                  <w:vAlign w:val="center"/>
                </w:tcPr>
                <w:p/>
              </w:tc>
            </w:tr>
            <w:tr>
              <w:trPr>
                <w:trHeight w:val="374" w:hRule="atLeast"/>
                <w:cantSplit/>
              </w:trPr>
              <w:tc>
                <w:tcPr>
                  <w:tcW w:type="dxa" w:w="1800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Department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Position</w:t>
                  </w:r>
                </w:p>
              </w:tc>
              <w:tc>
                <w:tcPr>
                  <w:tcW w:type="dxa" w:w="3024"/>
                  <w:vAlign w:val="center"/>
                </w:tcPr>
                <w:p/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86" w:type="dxa"/>
                <w:bottom w:w="43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1368"/>
              <w:gridCol w:w="1440"/>
              <w:gridCol w:w="1440"/>
              <w:gridCol w:w="1440"/>
              <w:gridCol w:w="1440"/>
              <w:gridCol w:w="1368"/>
            </w:tblGrid>
            <w:tr>
              <w:tc>
                <w:tcPr>
                  <w:tcW w:type="dxa" w:w="1584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17"/>
                    </w:rPr>
                    <w:t>Day</w:t>
                  </w:r>
                </w:p>
              </w:tc>
              <w:tc>
                <w:tcPr>
                  <w:tcW w:type="dxa" w:w="1368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Date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Time In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Lunch Out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Lunch In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Time Out</w:t>
                  </w:r>
                </w:p>
              </w:tc>
              <w:tc>
                <w:tcPr>
                  <w:tcW w:type="dxa" w:w="1368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Total Hours</w:t>
                  </w:r>
                </w:p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Monday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Tuesday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Wednesday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Thursday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Friday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Saturday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Sunday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3600"/>
              <w:gridCol w:w="3311"/>
              <w:gridCol w:w="3168"/>
            </w:tblGrid>
            <w:tr>
              <w:tc>
                <w:tcPr>
                  <w:tcW w:type="dxa" w:w="3600"/>
                </w:tcPr>
                <w:tbl>
                  <w:tblPr>
                    <w:tblW w:w="3384" w:type="dxa"/>
                    <w:jc w:val="center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  <w:insideH w:val="single" w:sz="4" w:space="0" w:color="BFBFBF"/>
                      <w:insideV w:val="single" w:sz="4" w:space="0" w:color="BFBFBF"/>
                    </w:tblBorders>
                    <w:tblLayout w:type="fixed"/>
                    <w:tblCellMar>
                      <w:top w:w="28" w:type="dxa"/>
                      <w:left w:w="72" w:type="dxa"/>
                      <w:bottom w:w="28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944"/>
                    <w:gridCol w:w="1440"/>
                  </w:tblGrid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Regular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Overtime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Total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</w:tbl>
                <w:p/>
              </w:tc>
              <w:tc>
                <w:tcPr>
                  <w:tcW w:type="dxa" w:w="3312"/>
                </w:tcPr>
                <w:p>
                  <w:pPr>
                    <w:spacing w:before="0" w:after="0" w:line="600" w:lineRule="exact"/>
                    <w:jc w:val="left"/>
                    <w:rPr>
                      <w:sz w:val="48"/>
                    </w:rPr>
                  </w:pPr>
                  <w:r>
                    <w:rPr>
                      <w:sz w:val="48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Employee Signature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 w:line="600" w:lineRule="exact"/>
                    <w:jc w:val="left"/>
                    <w:rPr>
                      <w:sz w:val="48"/>
                    </w:rPr>
                  </w:pPr>
                  <w:r>
                    <w:rPr>
                      <w:sz w:val="48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Supervisor Approval</w:t>
                  </w:r>
                </w:p>
              </w:tc>
            </w:tr>
          </w:tbl>
          <w:p/>
        </w:tc>
      </w:tr>
    </w:tbl>
    <w:p>
      <w:pPr>
        <w:spacing w:before="160" w:after="160"/>
        <w:jc w:val="center"/>
      </w:pPr>
      <w:r>
        <w:rPr>
          <w:color w:val="A6A6A6"/>
          <w:sz w:val="16"/>
        </w:rPr>
        <w:t>✂  - - - - - - - - - - - - - - - - - - - - - - - - - - - - - - - - - - - - - - - - - - - - - - - - - - - - - - - - - - - - -</w:t>
      </w:r>
    </w:p>
    <w:tbl>
      <w:tblPr>
        <w:tblW w:w="10512" w:type="dxa"/>
        <w:jc w:val="center"/>
        <w:tblBorders>
          <w:top w:val="single" w:sz="10" w:space="0" w:color="2D6A4F"/>
          <w:left w:val="single" w:sz="10" w:space="0" w:color="2D6A4F"/>
          <w:bottom w:val="single" w:sz="10" w:space="0" w:color="2D6A4F"/>
          <w:right w:val="single" w:sz="10" w:space="0" w:color="2D6A4F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tbl>
            <w:tblPr>
              <w:tblW w:w="100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623"/>
              <w:gridCol w:w="3456"/>
            </w:tblGrid>
            <w:tr>
              <w:tc>
                <w:tcPr>
                  <w:tcW w:type="dxa" w:w="662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32"/>
                    </w:rPr>
                    <w:t>EMPLOYEE TIME CARD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595959"/>
                      <w:sz w:val="17"/>
                    </w:rPr>
                    <w:t>Your Company Name  •  Week ending: ____ / ____ / ______</w:t>
                  </w:r>
                </w:p>
              </w:tc>
              <w:tc>
                <w:tcPr>
                  <w:tcW w:type="dxa" w:w="3456"/>
                </w:tcPr>
                <w:p>
                  <w:pPr>
                    <w:spacing w:before="12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>Card No. ________</w:t>
                  </w:r>
                </w:p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744"/>
              <w:gridCol w:w="1512"/>
              <w:gridCol w:w="3023"/>
            </w:tblGrid>
            <w:tr>
              <w:trPr>
                <w:trHeight w:val="374" w:hRule="atLeast"/>
                <w:cantSplit/>
              </w:trPr>
              <w:tc>
                <w:tcPr>
                  <w:tcW w:type="dxa" w:w="1800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Employee Name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Employee ID</w:t>
                  </w:r>
                </w:p>
              </w:tc>
              <w:tc>
                <w:tcPr>
                  <w:tcW w:type="dxa" w:w="3024"/>
                  <w:vAlign w:val="center"/>
                </w:tcPr>
                <w:p/>
              </w:tc>
            </w:tr>
            <w:tr>
              <w:trPr>
                <w:trHeight w:val="374" w:hRule="atLeast"/>
                <w:cantSplit/>
              </w:trPr>
              <w:tc>
                <w:tcPr>
                  <w:tcW w:type="dxa" w:w="1800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Department</w:t>
                  </w:r>
                </w:p>
              </w:tc>
              <w:tc>
                <w:tcPr>
                  <w:tcW w:type="dxa" w:w="3744"/>
                  <w:vAlign w:val="center"/>
                </w:tcPr>
                <w:p/>
              </w:tc>
              <w:tc>
                <w:tcPr>
                  <w:tcW w:type="dxa" w:w="1512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D6A4F"/>
                      <w:sz w:val="17"/>
                    </w:rPr>
                    <w:t>Position</w:t>
                  </w:r>
                </w:p>
              </w:tc>
              <w:tc>
                <w:tcPr>
                  <w:tcW w:type="dxa" w:w="3024"/>
                  <w:vAlign w:val="center"/>
                </w:tcPr>
                <w:p/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86" w:type="dxa"/>
                <w:bottom w:w="43" w:type="dxa"/>
                <w:right w:w="86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1368"/>
              <w:gridCol w:w="1440"/>
              <w:gridCol w:w="1440"/>
              <w:gridCol w:w="1440"/>
              <w:gridCol w:w="1440"/>
              <w:gridCol w:w="1368"/>
            </w:tblGrid>
            <w:tr>
              <w:tc>
                <w:tcPr>
                  <w:tcW w:type="dxa" w:w="1584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17"/>
                    </w:rPr>
                    <w:t>Day</w:t>
                  </w:r>
                </w:p>
              </w:tc>
              <w:tc>
                <w:tcPr>
                  <w:tcW w:type="dxa" w:w="1368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Date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Time In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Lunch Out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Lunch In</w:t>
                  </w:r>
                </w:p>
              </w:tc>
              <w:tc>
                <w:tcPr>
                  <w:tcW w:type="dxa" w:w="1440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Time Out</w:t>
                  </w:r>
                </w:p>
              </w:tc>
              <w:tc>
                <w:tcPr>
                  <w:tcW w:type="dxa" w:w="1368"/>
                  <w:shd w:val="clear" w:color="auto" w:fill="2D6A4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7"/>
                    </w:rPr>
                    <w:t>Total Hours</w:t>
                  </w:r>
                </w:p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Monday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Tuesday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Wednesday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Thursday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Friday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shd w:val="clear" w:color="auto" w:fill="EEF7F1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Saturday</w:t>
                  </w:r>
                </w:p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440"/>
                  <w:shd w:val="clear" w:color="auto" w:fill="EEF7F1"/>
                  <w:vAlign w:val="center"/>
                </w:tcPr>
                <w:p/>
              </w:tc>
              <w:tc>
                <w:tcPr>
                  <w:tcW w:type="dxa" w:w="1368"/>
                  <w:shd w:val="clear" w:color="auto" w:fill="EEF7F1"/>
                  <w:vAlign w:val="center"/>
                </w:tcPr>
                <w:p/>
              </w:tc>
            </w:tr>
            <w:tr>
              <w:trPr>
                <w:trHeight w:val="346" w:hRule="atLeast"/>
                <w:cantSplit/>
              </w:trPr>
              <w:tc>
                <w:tcPr>
                  <w:tcW w:type="dxa" w:w="158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17"/>
                    </w:rPr>
                    <w:t>Sunday</w:t>
                  </w:r>
                </w:p>
              </w:tc>
              <w:tc>
                <w:tcPr>
                  <w:tcW w:type="dxa" w:w="1368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440"/>
                  <w:vAlign w:val="center"/>
                </w:tcPr>
                <w:p/>
              </w:tc>
              <w:tc>
                <w:tcPr>
                  <w:tcW w:type="dxa" w:w="1368"/>
                  <w:vAlign w:val="center"/>
                </w:tcPr>
                <w:p/>
              </w:tc>
            </w:tr>
          </w:tbl>
          <w:p>
            <w:pPr>
              <w:spacing w:before="0" w:after="0" w:line="80" w:lineRule="exact"/>
              <w:jc w:val="left"/>
              <w:rPr>
                <w:sz w:val="6"/>
              </w:rPr>
            </w:pPr>
            <w:r>
              <w:rPr>
                <w:sz w:val="6"/>
              </w:rPr>
            </w:r>
          </w:p>
          <w:tbl>
            <w:tblPr>
              <w:tblW w:w="1008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3600"/>
              <w:gridCol w:w="3311"/>
              <w:gridCol w:w="3168"/>
            </w:tblGrid>
            <w:tr>
              <w:tc>
                <w:tcPr>
                  <w:tcW w:type="dxa" w:w="3600"/>
                </w:tcPr>
                <w:tbl>
                  <w:tblPr>
                    <w:tblW w:w="3384" w:type="dxa"/>
                    <w:jc w:val="center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  <w:insideH w:val="single" w:sz="4" w:space="0" w:color="BFBFBF"/>
                      <w:insideV w:val="single" w:sz="4" w:space="0" w:color="BFBFBF"/>
                    </w:tblBorders>
                    <w:tblLayout w:type="fixed"/>
                    <w:tblCellMar>
                      <w:top w:w="28" w:type="dxa"/>
                      <w:left w:w="72" w:type="dxa"/>
                      <w:bottom w:w="28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944"/>
                    <w:gridCol w:w="1440"/>
                  </w:tblGrid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Regular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Overtime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  <w:tr>
                    <w:tc>
                      <w:tcPr>
                        <w:tcW w:type="dxa" w:w="1944"/>
                        <w:shd w:val="clear" w:color="auto" w:fill="EEF7F1"/>
                      </w:tcPr>
                      <w:p>
                        <w:pPr>
                          <w:spacing w:before="0" w:after="0"/>
                          <w:jc w:val="left"/>
                        </w:pPr>
                        <w:r>
                          <w:rPr>
                            <w:b/>
                            <w:color w:val="2D6A4F"/>
                            <w:sz w:val="17"/>
                          </w:rPr>
                          <w:t>Total Hours</w:t>
                        </w:r>
                      </w:p>
                    </w:tc>
                    <w:tc>
                      <w:tcPr>
                        <w:tcW w:type="dxa" w:w="1440"/>
                      </w:tcPr>
                      <w:p/>
                    </w:tc>
                  </w:tr>
                </w:tbl>
                <w:p/>
              </w:tc>
              <w:tc>
                <w:tcPr>
                  <w:tcW w:type="dxa" w:w="3312"/>
                </w:tcPr>
                <w:p>
                  <w:pPr>
                    <w:spacing w:before="0" w:after="0" w:line="600" w:lineRule="exact"/>
                    <w:jc w:val="left"/>
                    <w:rPr>
                      <w:sz w:val="48"/>
                    </w:rPr>
                  </w:pPr>
                  <w:r>
                    <w:rPr>
                      <w:sz w:val="48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Employee Signature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 w:line="600" w:lineRule="exact"/>
                    <w:jc w:val="left"/>
                    <w:rPr>
                      <w:sz w:val="48"/>
                    </w:rPr>
                  </w:pPr>
                  <w:r>
                    <w:rPr>
                      <w:sz w:val="48"/>
                    </w:rPr>
                  </w: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Supervisor Approval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