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/>
          <w:color w:val="1565C0"/>
          <w:sz w:val="40"/>
        </w:rPr>
        <w:t>Editable Gift Box Template</w:t>
      </w:r>
    </w:p>
    <w:p>
      <w:pPr>
        <w:spacing w:before="0" w:after="40"/>
        <w:jc w:val="left"/>
      </w:pPr>
      <w:r>
        <w:rPr>
          <w:color w:val="595959"/>
          <w:sz w:val="19"/>
        </w:rPr>
        <w:t>Tall tuck-top box. Finished size: 2.2 x 1.2 x 2.6 in. Type your own text, change fill colors or insert a logo into any panel.</w:t>
      </w:r>
    </w:p>
    <w:p>
      <w:pPr>
        <w:spacing w:before="80" w:after="40"/>
        <w:jc w:val="left"/>
      </w:pPr>
      <w:r>
        <w:rPr>
          <w:color w:val="404040"/>
          <w:sz w:val="18"/>
        </w:rPr>
        <w:t xml:space="preserve">━━  </w:t>
      </w:r>
      <w:r>
        <w:rPr>
          <w:color w:val="404040"/>
          <w:sz w:val="17"/>
        </w:rPr>
        <w:t xml:space="preserve">Cut on solid lines     </w:t>
      </w:r>
      <w:r>
        <w:rPr>
          <w:b/>
          <w:color w:val="7F7F7F"/>
          <w:sz w:val="18"/>
        </w:rPr>
        <w:t xml:space="preserve">- - -  </w:t>
      </w:r>
      <w:r>
        <w:rPr>
          <w:color w:val="404040"/>
          <w:sz w:val="17"/>
        </w:rPr>
        <w:t xml:space="preserve">Fold on dashed lines     </w:t>
      </w:r>
      <w:r>
        <w:rPr>
          <w:rFonts w:ascii="Segoe UI Symbol" w:hAnsi="Segoe UI Symbol" w:cs="Segoe UI Symbol" w:eastAsia="Segoe UI Symbol"/>
          <w:color w:val="BFBFBF"/>
          <w:sz w:val="18"/>
        </w:rPr>
        <w:t xml:space="preserve">■  </w:t>
      </w:r>
      <w:r>
        <w:rPr>
          <w:color w:val="404040"/>
          <w:sz w:val="17"/>
        </w:rPr>
        <w:t>Glue on grey tabs</w:t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36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3" w:type="dxa"/>
          <w:bottom w:w="0" w:type="dxa"/>
          <w:right w:w="43" w:type="dxa"/>
        </w:tblCellMar>
        <w:tblLook w:firstColumn="1" w:firstRow="1" w:lastColumn="0" w:lastRow="0" w:noHBand="0" w:noVBand="1" w:val="04A0"/>
      </w:tblPr>
      <w:tblGrid>
        <w:gridCol w:w="3168"/>
        <w:gridCol w:w="1728"/>
        <w:gridCol w:w="3168"/>
        <w:gridCol w:w="1728"/>
        <w:gridCol w:w="576"/>
      </w:tblGrid>
      <w:tr>
        <w:trPr>
          <w:trHeight w:val="648" w:hRule="exact"/>
          <w:cantSplit/>
        </w:trPr>
        <w:tc>
          <w:tcPr>
            <w:tcW w:type="dxa" w:w="3168"/>
          </w:tcPr>
          <w:p/>
        </w:tc>
        <w:tc>
          <w:tcPr>
            <w:tcW w:type="dxa" w:w="1728"/>
          </w:tcPr>
          <w:p/>
        </w:tc>
        <w:tc>
          <w:tcPr>
            <w:tcW w:type="dxa" w:w="3168"/>
            <w:tcBorders>
              <w:top w:val="single" w:sz="12" w:space="0" w:color="404040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3F9F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tuck flap</w:t>
            </w:r>
          </w:p>
        </w:tc>
        <w:tc>
          <w:tcPr>
            <w:tcW w:type="dxa" w:w="1728"/>
          </w:tcPr>
          <w:p/>
        </w:tc>
        <w:tc>
          <w:tcPr>
            <w:tcW w:type="dxa" w:w="576"/>
          </w:tcPr>
          <w:p/>
        </w:tc>
      </w:tr>
      <w:tr>
        <w:trPr>
          <w:trHeight w:val="864" w:hRule="exact"/>
          <w:cantSplit/>
        </w:trPr>
        <w:tc>
          <w:tcPr>
            <w:tcW w:type="dxa" w:w="3168"/>
          </w:tcPr>
          <w:p/>
        </w:tc>
        <w:tc>
          <w:tcPr>
            <w:tcW w:type="dxa" w:w="1728"/>
          </w:tcPr>
          <w:p/>
        </w:tc>
        <w:tc>
          <w:tcPr>
            <w:tcW w:type="dxa" w:w="3168"/>
            <w:vMerge w:val="restart"/>
            <w:tcBorders>
              <w:top w:val="dashed" w:sz="8" w:space="0" w:color="7F7F7F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E3F2FD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1565C0"/>
                <w:sz w:val="18"/>
              </w:rPr>
              <w:t>TOP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1565C0"/>
                <w:sz w:val="13"/>
              </w:rPr>
              <w:t>lid</w:t>
            </w:r>
          </w:p>
        </w:tc>
        <w:tc>
          <w:tcPr>
            <w:tcW w:type="dxa" w:w="1728"/>
          </w:tcPr>
          <w:p/>
        </w:tc>
        <w:tc>
          <w:tcPr>
            <w:tcW w:type="dxa" w:w="576"/>
          </w:tcPr>
          <w:p/>
        </w:tc>
      </w:tr>
      <w:tr>
        <w:trPr>
          <w:trHeight w:val="864" w:hRule="exact"/>
          <w:cantSplit/>
        </w:trPr>
        <w:tc>
          <w:tcPr>
            <w:tcW w:type="dxa" w:w="3168"/>
          </w:tcPr>
          <w:p/>
        </w:tc>
        <w:tc>
          <w:tcPr>
            <w:tcW w:type="dxa" w:w="1728"/>
            <w:tcBorders>
              <w:top w:val="single" w:sz="12" w:space="0" w:color="404040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3F9F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dust flap</w:t>
            </w:r>
          </w:p>
        </w:tc>
        <w:tc>
          <w:tcPr>
            <w:tcW w:type="dxa" w:w="3168"/>
            <w:vMerge/>
          </w:tcPr>
          <w:p/>
        </w:tc>
        <w:tc>
          <w:tcPr>
            <w:tcW w:type="dxa" w:w="1728"/>
            <w:tcBorders>
              <w:top w:val="single" w:sz="12" w:space="0" w:color="404040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3F9F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dust flap</w:t>
            </w:r>
          </w:p>
        </w:tc>
        <w:tc>
          <w:tcPr>
            <w:tcW w:type="dxa" w:w="576"/>
          </w:tcPr>
          <w:p/>
        </w:tc>
      </w:tr>
      <w:tr>
        <w:trPr>
          <w:trHeight w:val="3744" w:hRule="exact"/>
          <w:cantSplit/>
        </w:trPr>
        <w:tc>
          <w:tcPr>
            <w:tcW w:type="dxa" w:w="3168"/>
            <w:tcBorders>
              <w:top w:val="single" w:sz="12" w:space="0" w:color="404040"/>
              <w:left w:val="single" w:sz="12" w:space="0" w:color="404040"/>
              <w:bottom w:val="dashed" w:sz="8" w:space="0" w:color="7F7F7F"/>
              <w:right w:val="dashed" w:sz="8" w:space="0" w:color="7F7F7F"/>
            </w:tcBorders>
            <w:shd w:val="clear" w:color="auto" w:fill="1565C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eorgia" w:hAnsi="Georgia" w:cs="Georgia" w:eastAsia="Georgia"/>
                <w:b/>
                <w:color w:val="FFFFFF"/>
                <w:sz w:val="32"/>
              </w:rPr>
              <w:t>For You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FFFFFF"/>
                <w:sz w:val="27"/>
              </w:rPr>
              <w:t>★ Add your message ★</w:t>
            </w:r>
          </w:p>
        </w:tc>
        <w:tc>
          <w:tcPr>
            <w:tcW w:type="dxa" w:w="1728"/>
            <w:tcBorders>
              <w:top w:val="dashed" w:sz="8" w:space="0" w:color="7F7F7F"/>
              <w:left w:val="dashed" w:sz="8" w:space="0" w:color="7F7F7F"/>
              <w:bottom w:val="dashed" w:sz="8" w:space="0" w:color="7F7F7F"/>
              <w:right w:val="dashed" w:sz="8" w:space="0" w:color="7F7F7F"/>
            </w:tcBorders>
            <w:shd w:val="clear" w:color="auto" w:fill="E3F2FD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1565C0"/>
                <w:sz w:val="16"/>
              </w:rPr>
              <w:t>Your Name</w:t>
            </w:r>
          </w:p>
        </w:tc>
        <w:tc>
          <w:tcPr>
            <w:tcW w:type="dxa" w:w="3168"/>
            <w:tcBorders>
              <w:top w:val="dashed" w:sz="8" w:space="0" w:color="7F7F7F"/>
              <w:left w:val="dashed" w:sz="8" w:space="0" w:color="7F7F7F"/>
              <w:bottom w:val="single" w:sz="12" w:space="0" w:color="404040"/>
              <w:right w:val="dashed" w:sz="8" w:space="0" w:color="7F7F7F"/>
            </w:tcBorders>
            <w:shd w:val="clear" w:color="auto" w:fill="E3F2FD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1565C0"/>
                <w:sz w:val="16"/>
              </w:rPr>
              <w:t>Thank you!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1565C0"/>
                <w:sz w:val="12"/>
              </w:rPr>
              <w:t>www.yourwebsite.com</w:t>
            </w:r>
          </w:p>
        </w:tc>
        <w:tc>
          <w:tcPr>
            <w:tcW w:type="dxa" w:w="1728"/>
            <w:tcBorders>
              <w:top w:val="dashed" w:sz="8" w:space="0" w:color="7F7F7F"/>
              <w:left w:val="dashed" w:sz="8" w:space="0" w:color="7F7F7F"/>
              <w:bottom w:val="dashed" w:sz="8" w:space="0" w:color="7F7F7F"/>
              <w:right w:val="dashed" w:sz="8" w:space="0" w:color="7F7F7F"/>
            </w:tcBorders>
            <w:shd w:val="clear" w:color="auto" w:fill="E3F2FD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1565C0"/>
                <w:sz w:val="16"/>
              </w:rPr>
              <w:t>Your Name</w:t>
            </w:r>
          </w:p>
        </w:tc>
        <w:tc>
          <w:tcPr>
            <w:tcW w:type="dxa" w:w="576"/>
            <w:tcBorders>
              <w:top w:val="single" w:sz="12" w:space="0" w:color="404040"/>
              <w:left w:val="dashed" w:sz="8" w:space="0" w:color="7F7F7F"/>
              <w:bottom w:val="single" w:sz="12" w:space="0" w:color="404040"/>
              <w:right w:val="single" w:sz="12" w:space="0" w:color="404040"/>
            </w:tcBorders>
            <w:shd w:val="clear" w:color="auto" w:fill="E7E6E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G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7F7F7F"/>
                <w:sz w:val="12"/>
              </w:rPr>
              <w:t>L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7F7F7F"/>
                <w:sz w:val="12"/>
              </w:rPr>
              <w:t>U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7F7F7F"/>
                <w:sz w:val="12"/>
              </w:rPr>
              <w:t>E</w:t>
            </w:r>
          </w:p>
        </w:tc>
      </w:tr>
      <w:tr>
        <w:trPr>
          <w:trHeight w:val="864" w:hRule="exact"/>
          <w:cantSplit/>
        </w:trPr>
        <w:tc>
          <w:tcPr>
            <w:tcW w:type="dxa" w:w="3168"/>
            <w:vMerge w:val="restart"/>
            <w:tcBorders>
              <w:top w:val="dashed" w:sz="8" w:space="0" w:color="7F7F7F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E3F2FD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1565C0"/>
                <w:sz w:val="16"/>
              </w:rPr>
              <w:t>BOTTOM</w:t>
            </w:r>
          </w:p>
        </w:tc>
        <w:tc>
          <w:tcPr>
            <w:tcW w:type="dxa" w:w="1728"/>
            <w:tcBorders>
              <w:top w:val="dashed" w:sz="8" w:space="0" w:color="7F7F7F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F3F9F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dust flap</w:t>
            </w:r>
          </w:p>
        </w:tc>
        <w:tc>
          <w:tcPr>
            <w:tcW w:type="dxa" w:w="3168"/>
          </w:tcPr>
          <w:p/>
        </w:tc>
        <w:tc>
          <w:tcPr>
            <w:tcW w:type="dxa" w:w="1728"/>
            <w:tcBorders>
              <w:top w:val="dashed" w:sz="8" w:space="0" w:color="7F7F7F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F3F9F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dust flap</w:t>
            </w:r>
          </w:p>
        </w:tc>
        <w:tc>
          <w:tcPr>
            <w:tcW w:type="dxa" w:w="576"/>
          </w:tcPr>
          <w:p/>
        </w:tc>
      </w:tr>
      <w:tr>
        <w:trPr>
          <w:trHeight w:val="864" w:hRule="exact"/>
          <w:cantSplit/>
        </w:trPr>
        <w:tc>
          <w:tcPr>
            <w:tcW w:type="dxa" w:w="3168"/>
            <w:vMerge/>
          </w:tcPr>
          <w:p/>
        </w:tc>
        <w:tc>
          <w:tcPr>
            <w:tcW w:type="dxa" w:w="1728"/>
          </w:tcPr>
          <w:p/>
        </w:tc>
        <w:tc>
          <w:tcPr>
            <w:tcW w:type="dxa" w:w="3168"/>
          </w:tcPr>
          <w:p/>
        </w:tc>
        <w:tc>
          <w:tcPr>
            <w:tcW w:type="dxa" w:w="1728"/>
          </w:tcPr>
          <w:p/>
        </w:tc>
        <w:tc>
          <w:tcPr>
            <w:tcW w:type="dxa" w:w="576"/>
          </w:tcPr>
          <w:p/>
        </w:tc>
      </w:tr>
      <w:tr>
        <w:trPr>
          <w:trHeight w:val="648" w:hRule="exact"/>
          <w:cantSplit/>
        </w:trPr>
        <w:tc>
          <w:tcPr>
            <w:tcW w:type="dxa" w:w="3168"/>
            <w:tcBorders>
              <w:top w:val="dashed" w:sz="8" w:space="0" w:color="7F7F7F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F3F9F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tuck flap</w:t>
            </w:r>
          </w:p>
        </w:tc>
        <w:tc>
          <w:tcPr>
            <w:tcW w:type="dxa" w:w="1728"/>
          </w:tcPr>
          <w:p/>
        </w:tc>
        <w:tc>
          <w:tcPr>
            <w:tcW w:type="dxa" w:w="3168"/>
          </w:tcPr>
          <w:p/>
        </w:tc>
        <w:tc>
          <w:tcPr>
            <w:tcW w:type="dxa" w:w="1728"/>
          </w:tcPr>
          <w:p/>
        </w:tc>
        <w:tc>
          <w:tcPr>
            <w:tcW w:type="dxa" w:w="576"/>
          </w:tcPr>
          <w:p/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1036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before="0" w:after="40"/>
              <w:jc w:val="left"/>
            </w:pPr>
            <w:r>
              <w:rPr>
                <w:b/>
                <w:color w:val="1565C0"/>
                <w:sz w:val="20"/>
              </w:rPr>
              <w:t>Customize it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1565C0"/>
                <w:sz w:val="18"/>
              </w:rPr>
              <w:t xml:space="preserve">•  </w:t>
            </w:r>
            <w:r>
              <w:rPr>
                <w:color w:val="333333"/>
                <w:sz w:val="18"/>
              </w:rPr>
              <w:t>Click a panel and type to replace the text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1565C0"/>
                <w:sz w:val="18"/>
              </w:rPr>
              <w:t xml:space="preserve">•  </w:t>
            </w:r>
            <w:r>
              <w:rPr>
                <w:color w:val="333333"/>
                <w:sz w:val="18"/>
              </w:rPr>
              <w:t>Table Design &gt; Shading changes panel colors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1565C0"/>
                <w:sz w:val="18"/>
              </w:rPr>
              <w:t xml:space="preserve">•  </w:t>
            </w:r>
            <w:r>
              <w:rPr>
                <w:color w:val="333333"/>
                <w:sz w:val="18"/>
              </w:rPr>
              <w:t>Insert &gt; Pictures adds a logo or photo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1565C0"/>
                <w:sz w:val="18"/>
              </w:rPr>
              <w:t xml:space="preserve">•  </w:t>
            </w:r>
            <w:r>
              <w:rPr>
                <w:color w:val="333333"/>
                <w:sz w:val="18"/>
              </w:rPr>
              <w:t>Great for favors, gift cards and small products</w:t>
            </w:r>
          </w:p>
        </w:tc>
        <w:tc>
          <w:tcPr>
            <w:tcW w:type="dxa" w:w="5184"/>
          </w:tcPr>
          <w:p>
            <w:pPr>
              <w:spacing w:before="0" w:after="40"/>
              <w:jc w:val="left"/>
            </w:pPr>
            <w:r>
              <w:rPr>
                <w:b/>
                <w:color w:val="1565C0"/>
                <w:sz w:val="20"/>
              </w:rPr>
              <w:t>Box dimensions</w:t>
            </w:r>
          </w:p>
          <w:tbl>
            <w:tblPr>
              <w:tblW w:w="4752" w:type="dxa"/>
              <w:jc w:val="center"/>
              <w:tblBorders>
                <w:top w:val="single" w:sz="6" w:space="0" w:color="BFBFBF"/>
                <w:left w:val="single" w:sz="6" w:space="0" w:color="BFBFBF"/>
                <w:bottom w:val="single" w:sz="6" w:space="0" w:color="BFBFBF"/>
                <w:right w:val="single" w:sz="6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CellMar>
                <w:top w:w="57" w:type="dxa"/>
                <w:left w:w="115" w:type="dxa"/>
                <w:bottom w:w="57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2015"/>
              <w:gridCol w:w="2736"/>
            </w:tblGrid>
            <w:tr>
              <w:tc>
                <w:tcPr>
                  <w:tcW w:type="dxa" w:w="2016"/>
                  <w:shd w:val="clear" w:color="auto" w:fill="F2F2F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7"/>
                    </w:rPr>
                    <w:t>Width (front)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1F1F1F"/>
                      <w:sz w:val="18"/>
                    </w:rPr>
                    <w:t>2.2 in</w:t>
                  </w:r>
                </w:p>
              </w:tc>
            </w:tr>
            <w:tr>
              <w:tc>
                <w:tcPr>
                  <w:tcW w:type="dxa" w:w="2016"/>
                  <w:shd w:val="clear" w:color="auto" w:fill="F2F2F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7"/>
                    </w:rPr>
                    <w:t>Depth (side)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1F1F1F"/>
                      <w:sz w:val="18"/>
                    </w:rPr>
                    <w:t>1.2 in</w:t>
                  </w:r>
                </w:p>
              </w:tc>
            </w:tr>
            <w:tr>
              <w:tc>
                <w:tcPr>
                  <w:tcW w:type="dxa" w:w="2016"/>
                  <w:shd w:val="clear" w:color="auto" w:fill="F2F2F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7"/>
                    </w:rPr>
                    <w:t>Height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1F1F1F"/>
                      <w:sz w:val="18"/>
                    </w:rPr>
                    <w:t>2.6 in</w:t>
                  </w:r>
                </w:p>
              </w:tc>
            </w:tr>
            <w:tr>
              <w:tc>
                <w:tcPr>
                  <w:tcW w:type="dxa" w:w="2016"/>
                  <w:shd w:val="clear" w:color="auto" w:fill="F2F2F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7"/>
                    </w:rPr>
                    <w:t>Paper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1F1F1F"/>
                      <w:sz w:val="18"/>
                    </w:rPr>
                    <w:t>Letter card stock, 65–110 lb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720" w:bottom="648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Gift Box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