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left"/>
      </w:pPr>
      <w:r>
        <w:rPr>
          <w:b/>
          <w:color w:val="404040"/>
          <w:sz w:val="26"/>
        </w:rPr>
        <w:t>Coordinate Plane Graph Paper</w:t>
      </w:r>
      <w:r>
        <w:rPr>
          <w:color w:val="7F7F7F"/>
          <w:sz w:val="18"/>
        </w:rPr>
        <w:t xml:space="preserve">     Name: ____________________   Date: __________</w:t>
      </w:r>
    </w:p>
    <w:tbl>
      <w:tblPr>
        <w:tblW w:w="10800" w:type="dxa"/>
        <w:jc w:val="center"/>
        <w:tblBorders>
          <w:top w:val="single" w:sz="8" w:space="0" w:color="595959"/>
          <w:left w:val="single" w:sz="8" w:space="0" w:color="595959"/>
          <w:bottom w:val="single" w:sz="8" w:space="0" w:color="595959"/>
          <w:right w:val="single" w:sz="8" w:space="0" w:color="595959"/>
          <w:insideH w:val="single" w:sz="2" w:space="0" w:color="C9C9C9"/>
          <w:insideV w:val="single" w:sz="2" w:space="0" w:color="C9C9C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16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14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12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10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8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6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4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2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  <w:tc>
          <w:tcPr>
            <w:tcW w:type="dxa" w:w="360"/>
            <w:tcBorders>
              <w:bottom w:val="single" w:sz="14" w:space="0" w:color="262626"/>
            </w:tcBorders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-14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-12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-10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-8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-6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-4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-2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  <w:left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2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4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6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8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10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12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  <w:tc>
          <w:tcPr>
            <w:tcW w:type="dxa" w:w="360"/>
            <w:tcBorders>
              <w:top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14</w:t>
            </w:r>
          </w:p>
        </w:tc>
        <w:tc>
          <w:tcPr>
            <w:tcW w:type="dxa" w:w="360"/>
            <w:tcBorders>
              <w:top w:val="single" w:sz="14" w:space="0" w:color="262626"/>
            </w:tcBorders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-2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-4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-6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-8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-10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-12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-14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-16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>
            <w:pPr>
              <w:spacing w:before="0" w:after="0"/>
              <w:jc w:val="right"/>
            </w:pPr>
            <w:r>
              <w:rPr>
                <w:color w:val="595959"/>
                <w:sz w:val="11"/>
              </w:rPr>
              <w:t>-18</w:t>
            </w:r>
          </w:p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  <w:tcBorders>
              <w:right w:val="single" w:sz="14" w:space="0" w:color="262626"/>
            </w:tcBorders>
          </w:tcPr>
          <w:p/>
        </w:tc>
        <w:tc>
          <w:tcPr>
            <w:tcW w:type="dxa" w:w="360"/>
            <w:tcBorders>
              <w:left w:val="single" w:sz="14" w:space="0" w:color="262626"/>
            </w:tcBorders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648" w:bottom="720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Coordinate Plane Graph Paper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