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10872" w:hRule="exact"/>
          <w:cantSplit/>
        </w:trPr>
        <w:tc>
          <w:tcPr>
            <w:tcW w:type="dxa" w:w="7416"/>
            <w:tcBorders>
              <w:right w:val="dashed" w:sz="4" w:space="0" w:color="C8C8C8"/>
            </w:tcBorders>
            <w:shd w:val="clear" w:color="auto" w:fill="FFFFFF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0" w:line="6600" w:lineRule="exact"/>
              <w:jc w:val="left"/>
              <w:rPr>
                <w:sz w:val="528"/>
              </w:rPr>
            </w:pPr>
          </w:p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8C8C8C"/>
                <w:sz w:val="24"/>
              </w:rPr>
              <w:t>◆</w:t>
            </w:r>
          </w:p>
          <w:p>
            <w:pPr>
              <w:spacing w:before="80" w:after="0"/>
              <w:jc w:val="center"/>
            </w:pPr>
            <w:r>
              <w:rPr>
                <w:i/>
                <w:color w:val="8C8C8C"/>
                <w:sz w:val="16"/>
              </w:rPr>
              <w:t>Designed for you by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8C8C8C"/>
                <w:sz w:val="19"/>
              </w:rPr>
              <w:t>Your Name or Company Name</w:t>
            </w:r>
          </w:p>
          <w:p>
            <w:pPr>
              <w:spacing w:before="0" w:after="0"/>
              <w:jc w:val="center"/>
            </w:pPr>
            <w:r>
              <w:rPr>
                <w:color w:val="8C8C8C"/>
                <w:sz w:val="16"/>
              </w:rPr>
              <w:t>www.yourwebsite.com</w:t>
            </w:r>
          </w:p>
        </w:tc>
        <w:tc>
          <w:tcPr>
            <w:tcW w:type="dxa" w:w="7416"/>
            <w:shd w:val="clear" w:color="auto" w:fill="14213D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720"/>
              <w:jc w:val="center"/>
            </w:pPr>
            <w:r>
              <w:rPr>
                <w:rFonts w:ascii="Segoe UI Symbol" w:hAnsi="Segoe UI Symbol" w:cs="Segoe UI Symbol" w:eastAsia="Segoe UI Symbol"/>
                <w:color w:val="FCA311"/>
                <w:sz w:val="38"/>
              </w:rPr>
              <w:t>✦  ✦  ✦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color w:val="FFFFFF"/>
                <w:spacing w:val="80"/>
                <w:sz w:val="88"/>
              </w:rPr>
              <w:t>CONGRATS</w:t>
            </w:r>
          </w:p>
          <w:p>
            <w:pPr>
              <w:pBdr>
                <w:bottom w:val="single" w:sz="12" w:space="1" w:color="FCA311"/>
              </w:pBdr>
              <w:spacing w:before="200" w:after="200"/>
              <w:ind w:left="2304" w:right="2304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rFonts w:ascii="Brush Script MT" w:hAnsi="Brush Script MT" w:cs="Brush Script MT" w:eastAsia="Brush Script MT"/>
                <w:color w:val="FCA311"/>
                <w:sz w:val="108"/>
              </w:rPr>
              <w:t>You did it!</w:t>
            </w:r>
          </w:p>
          <w:p>
            <w:pPr>
              <w:spacing w:before="280" w:after="720"/>
              <w:jc w:val="center"/>
            </w:pPr>
            <w:r>
              <w:rPr>
                <w:i/>
                <w:color w:val="D6DAE6"/>
                <w:sz w:val="30"/>
              </w:rPr>
              <w:t>Here’s to your success and all that comes next.</w:t>
            </w:r>
          </w:p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FCA311"/>
                <w:sz w:val="38"/>
              </w:rPr>
              <w:t>✦  ✦  ✦</w:t>
            </w:r>
          </w:p>
        </w:tc>
      </w:tr>
    </w:tbl>
    <w:p>
      <w:r>
        <w:br w:type="page"/>
      </w:r>
    </w:p>
    <w:tbl>
      <w:tblPr>
        <w:tblW w:w="148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10872" w:hRule="exact"/>
          <w:cantSplit/>
        </w:trPr>
        <w:tc>
          <w:tcPr>
            <w:tcW w:type="dxa" w:w="7416"/>
            <w:tcBorders>
              <w:right w:val="dashed" w:sz="4" w:space="0" w:color="C8C8C8"/>
            </w:tcBorders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0" w:line="336" w:lineRule="auto"/>
              <w:jc w:val="center"/>
            </w:pPr>
            <w:r>
              <w:rPr>
                <w:i/>
                <w:color w:val="7F7F7F"/>
                <w:sz w:val="32"/>
              </w:rPr>
              <w:t>“Success is the sum of small efforts, repeated day in and day out.”</w:t>
            </w:r>
          </w:p>
          <w:p>
            <w:pPr>
              <w:spacing w:before="120" w:after="0"/>
              <w:jc w:val="center"/>
            </w:pPr>
            <w:r>
              <w:rPr>
                <w:color w:val="A6A6A6"/>
                <w:sz w:val="18"/>
              </w:rPr>
              <w:t>— Robert Collier</w:t>
            </w:r>
          </w:p>
        </w:tc>
        <w:tc>
          <w:tcPr>
            <w:tcW w:type="dxa" w:w="7416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280"/>
              <w:jc w:val="center"/>
            </w:pPr>
            <w:r>
              <w:rPr>
                <w:i/>
                <w:color w:val="14213D"/>
                <w:sz w:val="56"/>
              </w:rPr>
              <w:t>So proud of you!</w:t>
            </w:r>
          </w:p>
          <w:p>
            <w:pPr>
              <w:spacing w:before="0" w:after="560" w:line="348" w:lineRule="auto"/>
              <w:jc w:val="center"/>
            </w:pPr>
            <w:r>
              <w:rPr>
                <w:color w:val="404040"/>
                <w:sz w:val="29"/>
              </w:rPr>
              <w:t>All your hard work and dedication have paid off. Congratulations on this amazing achievement — enjoy every moment of it. The best is yet to come.</w:t>
            </w:r>
          </w:p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32"/>
              </w:rPr>
              <w:t>Cheers,</w:t>
              <w:br/>
              <w:t>Your Name</w:t>
            </w:r>
          </w:p>
        </w:tc>
      </w:tr>
    </w:tbl>
    <w:sectPr w:rsidR="00FC693F" w:rsidRPr="0006063C" w:rsidSect="00034616">
      <w:pgSz w:w="15840" w:h="12240" w:orient="landscape"/>
      <w:pgMar w:top="504" w:right="504" w:bottom="504" w:left="50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Congratulations Greeting Card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