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8" w:space="0" w:color="FF2E88"/>
          <w:left w:val="single" w:sz="8" w:space="0" w:color="FF2E88"/>
          <w:bottom w:val="single" w:sz="8" w:space="0" w:color="FF2E88"/>
          <w:right w:val="single" w:sz="8" w:space="0" w:color="FF2E8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FFFFFF"/>
            </w:tcBorders>
            <w:shd w:val="clear" w:color="auto" w:fill="2B0B57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7E1F5"/>
                <w:spacing w:val="50"/>
                <w:sz w:val="18"/>
              </w:rPr>
              <w:t>♫  LIVE IN CONCERT  ♫</w:t>
            </w:r>
          </w:p>
          <w:p>
            <w:pPr>
              <w:spacing w:before="40" w:after="0" w:line="228" w:lineRule="auto"/>
              <w:jc w:val="left"/>
            </w:pPr>
            <w:r>
              <w:rPr>
                <w:b/>
                <w:color w:val="FFFFFF"/>
                <w:sz w:val="68"/>
              </w:rPr>
              <w:t>SAM’S 30TH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2E88"/>
                <w:spacing w:val="40"/>
                <w:sz w:val="40"/>
              </w:rPr>
              <w:t>BIRTHDAY BASH</w:t>
            </w:r>
          </w:p>
          <w:p>
            <w:pPr>
              <w:spacing w:before="80" w:after="160"/>
              <w:jc w:val="left"/>
            </w:pPr>
            <w:r>
              <w:rPr>
                <w:color w:val="E0D5F5"/>
                <w:sz w:val="20"/>
              </w:rPr>
              <w:t>Featuring The Backyard Band  +  DJ Nova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1944"/>
              <w:gridCol w:w="1800"/>
              <w:gridCol w:w="1800"/>
              <w:gridCol w:w="1728"/>
            </w:tblGrid>
            <w:tr>
              <w:tc>
                <w:tcPr>
                  <w:tcW w:type="dxa" w:w="194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DOORS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VENUE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ENTRY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FRI NOV 20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8:00 PM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The Loft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Free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BFB3D9"/>
                <w:sz w:val="17"/>
              </w:rPr>
              <w:t>45 Warehouse Lane, City  •  RSVP to Alex: (000) 000-0000</w:t>
            </w:r>
          </w:p>
        </w:tc>
        <w:tc>
          <w:tcPr>
            <w:tcW w:type="dxa" w:w="2808"/>
            <w:shd w:val="clear" w:color="auto" w:fill="FF2E88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60"/>
              </w:rPr>
              <w:t>VIP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2B0B57"/>
                <w:spacing w:val="40"/>
                <w:sz w:val="18"/>
              </w:rPr>
              <w:t>ALL ACCESS</w:t>
            </w:r>
          </w:p>
          <w:p>
            <w:pPr>
              <w:pBdr>
                <w:bottom w:val="dashed" w:sz="6" w:space="1" w:color="FFFFFF"/>
              </w:pBdr>
              <w:spacing w:before="120" w:after="12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ROW  GA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SEAT  ANY</w:t>
            </w:r>
          </w:p>
          <w:p>
            <w:pPr>
              <w:spacing w:before="160" w:after="0"/>
              <w:jc w:val="center"/>
            </w:pPr>
            <w:r>
              <w:rPr>
                <w:rFonts w:ascii="Arial" w:hAnsi="Arial" w:cs="Arial" w:eastAsia="Arial"/>
                <w:color w:val="2B0B57"/>
                <w:sz w:val="28"/>
              </w:rPr>
              <w:t>||| |||| || ||| |</w:t>
            </w:r>
          </w:p>
          <w:p>
            <w:pPr>
              <w:spacing w:before="0" w:after="0"/>
              <w:jc w:val="center"/>
            </w:pPr>
            <w:r>
              <w:rPr>
                <w:color w:val="FFFFFF"/>
                <w:sz w:val="16"/>
              </w:rPr>
              <w:t>NO. 30-0001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FF2E88"/>
          <w:left w:val="single" w:sz="8" w:space="0" w:color="FF2E88"/>
          <w:bottom w:val="single" w:sz="8" w:space="0" w:color="FF2E88"/>
          <w:right w:val="single" w:sz="8" w:space="0" w:color="FF2E8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FFFFFF"/>
            </w:tcBorders>
            <w:shd w:val="clear" w:color="auto" w:fill="2B0B57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7E1F5"/>
                <w:spacing w:val="50"/>
                <w:sz w:val="18"/>
              </w:rPr>
              <w:t>♫  LIVE IN CONCERT  ♫</w:t>
            </w:r>
          </w:p>
          <w:p>
            <w:pPr>
              <w:spacing w:before="40" w:after="0" w:line="228" w:lineRule="auto"/>
              <w:jc w:val="left"/>
            </w:pPr>
            <w:r>
              <w:rPr>
                <w:b/>
                <w:color w:val="FFFFFF"/>
                <w:sz w:val="68"/>
              </w:rPr>
              <w:t>SAM’S 30TH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2E88"/>
                <w:spacing w:val="40"/>
                <w:sz w:val="40"/>
              </w:rPr>
              <w:t>BIRTHDAY BASH</w:t>
            </w:r>
          </w:p>
          <w:p>
            <w:pPr>
              <w:spacing w:before="80" w:after="160"/>
              <w:jc w:val="left"/>
            </w:pPr>
            <w:r>
              <w:rPr>
                <w:color w:val="E0D5F5"/>
                <w:sz w:val="20"/>
              </w:rPr>
              <w:t>Featuring The Backyard Band  +  DJ Nova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1944"/>
              <w:gridCol w:w="1800"/>
              <w:gridCol w:w="1800"/>
              <w:gridCol w:w="1728"/>
            </w:tblGrid>
            <w:tr>
              <w:tc>
                <w:tcPr>
                  <w:tcW w:type="dxa" w:w="194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DOORS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VENUE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ENTRY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FRI NOV 20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8:00 PM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The Loft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Free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BFB3D9"/>
                <w:sz w:val="17"/>
              </w:rPr>
              <w:t>45 Warehouse Lane, City  •  RSVP to Alex: (000) 000-0000</w:t>
            </w:r>
          </w:p>
        </w:tc>
        <w:tc>
          <w:tcPr>
            <w:tcW w:type="dxa" w:w="2808"/>
            <w:shd w:val="clear" w:color="auto" w:fill="FF2E88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60"/>
              </w:rPr>
              <w:t>VIP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2B0B57"/>
                <w:spacing w:val="40"/>
                <w:sz w:val="18"/>
              </w:rPr>
              <w:t>ALL ACCESS</w:t>
            </w:r>
          </w:p>
          <w:p>
            <w:pPr>
              <w:pBdr>
                <w:bottom w:val="dashed" w:sz="6" w:space="1" w:color="FFFFFF"/>
              </w:pBdr>
              <w:spacing w:before="120" w:after="12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ROW  GA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SEAT  ANY</w:t>
            </w:r>
          </w:p>
          <w:p>
            <w:pPr>
              <w:spacing w:before="160" w:after="0"/>
              <w:jc w:val="center"/>
            </w:pPr>
            <w:r>
              <w:rPr>
                <w:rFonts w:ascii="Arial" w:hAnsi="Arial" w:cs="Arial" w:eastAsia="Arial"/>
                <w:color w:val="2B0B57"/>
                <w:sz w:val="28"/>
              </w:rPr>
              <w:t>||| |||| || ||| |</w:t>
            </w:r>
          </w:p>
          <w:p>
            <w:pPr>
              <w:spacing w:before="0" w:after="0"/>
              <w:jc w:val="center"/>
            </w:pPr>
            <w:r>
              <w:rPr>
                <w:color w:val="FFFFFF"/>
                <w:sz w:val="16"/>
              </w:rPr>
              <w:t>NO. 30-0001</w:t>
            </w:r>
          </w:p>
        </w:tc>
      </w:tr>
    </w:tbl>
    <w:p>
      <w:pPr>
        <w:spacing w:before="120" w:after="120"/>
        <w:jc w:val="center"/>
      </w:pPr>
      <w:r>
        <w:rPr>
          <w:i/>
          <w:color w:val="A6A6A6"/>
          <w:sz w:val="15"/>
        </w:rPr>
        <w:t>✂  cut along the outer edge</w:t>
      </w:r>
    </w:p>
    <w:tbl>
      <w:tblPr>
        <w:tblW w:w="10800" w:type="dxa"/>
        <w:jc w:val="center"/>
        <w:tblBorders>
          <w:top w:val="single" w:sz="8" w:space="0" w:color="FF2E88"/>
          <w:left w:val="single" w:sz="8" w:space="0" w:color="FF2E88"/>
          <w:bottom w:val="single" w:sz="8" w:space="0" w:color="FF2E88"/>
          <w:right w:val="single" w:sz="8" w:space="0" w:color="FF2E88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992"/>
        <w:gridCol w:w="2808"/>
      </w:tblGrid>
      <w:tr>
        <w:trPr>
          <w:trHeight w:val="4392" w:hRule="exact"/>
          <w:cantSplit/>
        </w:trPr>
        <w:tc>
          <w:tcPr>
            <w:tcW w:type="dxa" w:w="7992"/>
            <w:tcBorders>
              <w:right w:val="dashed" w:sz="12" w:space="0" w:color="FFFFFF"/>
            </w:tcBorders>
            <w:shd w:val="clear" w:color="auto" w:fill="2B0B57"/>
            <w:tcMar>
              <w:top w:w="172" w:type="dxa"/>
              <w:left w:w="432" w:type="dxa"/>
              <w:bottom w:w="172" w:type="dxa"/>
              <w:right w:w="36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7E1F5"/>
                <w:spacing w:val="50"/>
                <w:sz w:val="18"/>
              </w:rPr>
              <w:t>♫  LIVE IN CONCERT  ♫</w:t>
            </w:r>
          </w:p>
          <w:p>
            <w:pPr>
              <w:spacing w:before="40" w:after="0" w:line="228" w:lineRule="auto"/>
              <w:jc w:val="left"/>
            </w:pPr>
            <w:r>
              <w:rPr>
                <w:b/>
                <w:color w:val="FFFFFF"/>
                <w:sz w:val="68"/>
              </w:rPr>
              <w:t>SAM’S 30TH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2E88"/>
                <w:spacing w:val="40"/>
                <w:sz w:val="40"/>
              </w:rPr>
              <w:t>BIRTHDAY BASH</w:t>
            </w:r>
          </w:p>
          <w:p>
            <w:pPr>
              <w:spacing w:before="80" w:after="160"/>
              <w:jc w:val="left"/>
            </w:pPr>
            <w:r>
              <w:rPr>
                <w:color w:val="E0D5F5"/>
                <w:sz w:val="20"/>
              </w:rPr>
              <w:t>Featuring The Backyard Band  +  DJ Nova</w:t>
            </w:r>
          </w:p>
          <w:tbl>
            <w:tblPr>
              <w:tblW w:w="727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0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1944"/>
              <w:gridCol w:w="1800"/>
              <w:gridCol w:w="1800"/>
              <w:gridCol w:w="1728"/>
            </w:tblGrid>
            <w:tr>
              <w:tc>
                <w:tcPr>
                  <w:tcW w:type="dxa" w:w="194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DATE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DOORS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VENUE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7E1F5"/>
                      <w:spacing w:val="30"/>
                      <w:sz w:val="15"/>
                    </w:rPr>
                    <w:t>ENTRY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FRI NOV 20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8:00 PM</w:t>
                  </w:r>
                </w:p>
              </w:tc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The Loft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2"/>
                    </w:rPr>
                    <w:t>Free</w:t>
                  </w:r>
                </w:p>
              </w:tc>
            </w:tr>
          </w:tbl>
          <w:p>
            <w:pPr>
              <w:spacing w:before="160" w:after="0"/>
              <w:jc w:val="left"/>
            </w:pPr>
            <w:r>
              <w:rPr>
                <w:color w:val="BFB3D9"/>
                <w:sz w:val="17"/>
              </w:rPr>
              <w:t>45 Warehouse Lane, City  •  RSVP to Alex: (000) 000-0000</w:t>
            </w:r>
          </w:p>
        </w:tc>
        <w:tc>
          <w:tcPr>
            <w:tcW w:type="dxa" w:w="2808"/>
            <w:shd w:val="clear" w:color="auto" w:fill="FF2E88"/>
            <w:tcMar>
              <w:top w:w="172" w:type="dxa"/>
              <w:left w:w="259" w:type="dxa"/>
              <w:bottom w:w="172" w:type="dxa"/>
              <w:right w:w="259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60"/>
              </w:rPr>
              <w:t>VIP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2B0B57"/>
                <w:spacing w:val="40"/>
                <w:sz w:val="18"/>
              </w:rPr>
              <w:t>ALL ACCESS</w:t>
            </w:r>
          </w:p>
          <w:p>
            <w:pPr>
              <w:pBdr>
                <w:bottom w:val="dashed" w:sz="6" w:space="1" w:color="FFFFFF"/>
              </w:pBdr>
              <w:spacing w:before="120" w:after="120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ROW  GA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"/>
              </w:rPr>
              <w:t>SEAT  ANY</w:t>
            </w:r>
          </w:p>
          <w:p>
            <w:pPr>
              <w:spacing w:before="160" w:after="0"/>
              <w:jc w:val="center"/>
            </w:pPr>
            <w:r>
              <w:rPr>
                <w:rFonts w:ascii="Arial" w:hAnsi="Arial" w:cs="Arial" w:eastAsia="Arial"/>
                <w:color w:val="2B0B57"/>
                <w:sz w:val="28"/>
              </w:rPr>
              <w:t>||| |||| || ||| |</w:t>
            </w:r>
          </w:p>
          <w:p>
            <w:pPr>
              <w:spacing w:before="0" w:after="0"/>
              <w:jc w:val="center"/>
            </w:pPr>
            <w:r>
              <w:rPr>
                <w:color w:val="FFFFFF"/>
                <w:sz w:val="16"/>
              </w:rPr>
              <w:t>NO. 30-0001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Concert Ticket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