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2A6F4F"/>
          <w:sz w:val="48"/>
        </w:rPr>
        <w:t>Committee Meeting Agenda</w:t>
      </w:r>
    </w:p>
    <w:p>
      <w:pPr>
        <w:spacing w:before="0" w:after="40"/>
        <w:jc w:val="left"/>
      </w:pPr>
      <w:r>
        <w:rPr>
          <w:color w:val="595959"/>
          <w:sz w:val="20"/>
        </w:rPr>
        <w:t>Fundraising Committee  •  Monthly meeting</w:t>
      </w:r>
    </w:p>
    <w:p>
      <w:pPr>
        <w:pBdr>
          <w:bottom w:val="single" w:sz="12" w:space="1" w:color="2A6F4F"/>
        </w:pBdr>
        <w:spacing w:before="40" w:after="120"/>
        <w:jc w:val="left"/>
      </w:pP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A6F4F"/>
                <w:sz w:val="18"/>
              </w:rPr>
              <w:t>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Monday, November 16, 2026</w:t>
            </w:r>
          </w:p>
        </w:tc>
        <w:tc>
          <w:tcPr>
            <w:tcW w:type="dxa" w:w="1944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A6F4F"/>
                <w:sz w:val="18"/>
              </w:rPr>
              <w:t>Time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7:00 PM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A6F4F"/>
                <w:sz w:val="18"/>
              </w:rPr>
              <w:t>Location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Community Hall, Room 2</w:t>
            </w:r>
          </w:p>
        </w:tc>
        <w:tc>
          <w:tcPr>
            <w:tcW w:type="dxa" w:w="1944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A6F4F"/>
                <w:sz w:val="18"/>
              </w:rPr>
              <w:t>Committee Chair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Chair Name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2A6F4F"/>
        </w:pBdr>
        <w:spacing w:before="200" w:after="80"/>
        <w:jc w:val="left"/>
      </w:pPr>
      <w:r>
        <w:rPr>
          <w:b/>
          <w:color w:val="2A6F4F"/>
          <w:spacing w:val="20"/>
          <w:sz w:val="23"/>
        </w:rPr>
        <w:t>MEMBERS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3957"/>
        <w:gridCol w:w="3653"/>
        <w:gridCol w:w="1522"/>
        <w:gridCol w:w="1522"/>
      </w:tblGrid>
      <w:tr>
        <w:tc>
          <w:tcPr>
            <w:tcW w:type="dxa" w:w="3958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3653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1522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Present</w:t>
            </w:r>
          </w:p>
        </w:tc>
        <w:tc>
          <w:tcPr>
            <w:tcW w:type="dxa" w:w="1522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Apologies</w:t>
            </w:r>
          </w:p>
        </w:tc>
      </w:tr>
      <w:tr>
        <w:trPr>
          <w:trHeight w:val="403" w:hRule="atLeast"/>
          <w:cantSplit/>
        </w:trPr>
        <w:tc>
          <w:tcPr>
            <w:tcW w:type="dxa" w:w="395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 Name</w:t>
            </w:r>
          </w:p>
        </w:tc>
        <w:tc>
          <w:tcPr>
            <w:tcW w:type="dxa" w:w="365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522"/>
            <w:vAlign w:val="center"/>
          </w:tcPr>
          <w:p/>
        </w:tc>
        <w:tc>
          <w:tcPr>
            <w:tcW w:type="dxa" w:w="152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958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 Name</w:t>
            </w:r>
          </w:p>
        </w:tc>
        <w:tc>
          <w:tcPr>
            <w:tcW w:type="dxa" w:w="3653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Secretary</w:t>
            </w:r>
          </w:p>
        </w:tc>
        <w:tc>
          <w:tcPr>
            <w:tcW w:type="dxa" w:w="1522"/>
            <w:shd w:val="clear" w:color="auto" w:fill="EAF4EE"/>
            <w:vAlign w:val="center"/>
          </w:tcPr>
          <w:p/>
        </w:tc>
        <w:tc>
          <w:tcPr>
            <w:tcW w:type="dxa" w:w="1522"/>
            <w:shd w:val="clear" w:color="auto" w:fill="EAF4EE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95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 Name</w:t>
            </w:r>
          </w:p>
        </w:tc>
        <w:tc>
          <w:tcPr>
            <w:tcW w:type="dxa" w:w="365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Treasurer</w:t>
            </w:r>
          </w:p>
        </w:tc>
        <w:tc>
          <w:tcPr>
            <w:tcW w:type="dxa" w:w="1522"/>
            <w:vAlign w:val="center"/>
          </w:tcPr>
          <w:p/>
        </w:tc>
        <w:tc>
          <w:tcPr>
            <w:tcW w:type="dxa" w:w="152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958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 Name</w:t>
            </w:r>
          </w:p>
        </w:tc>
        <w:tc>
          <w:tcPr>
            <w:tcW w:type="dxa" w:w="3653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</w:t>
            </w:r>
          </w:p>
        </w:tc>
        <w:tc>
          <w:tcPr>
            <w:tcW w:type="dxa" w:w="1522"/>
            <w:shd w:val="clear" w:color="auto" w:fill="EAF4EE"/>
            <w:vAlign w:val="center"/>
          </w:tcPr>
          <w:p/>
        </w:tc>
        <w:tc>
          <w:tcPr>
            <w:tcW w:type="dxa" w:w="1522"/>
            <w:shd w:val="clear" w:color="auto" w:fill="EAF4EE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95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 Name</w:t>
            </w:r>
          </w:p>
        </w:tc>
        <w:tc>
          <w:tcPr>
            <w:tcW w:type="dxa" w:w="365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Member</w:t>
            </w:r>
          </w:p>
        </w:tc>
        <w:tc>
          <w:tcPr>
            <w:tcW w:type="dxa" w:w="1522"/>
            <w:vAlign w:val="center"/>
          </w:tcPr>
          <w:p/>
        </w:tc>
        <w:tc>
          <w:tcPr>
            <w:tcW w:type="dxa" w:w="1522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2A6F4F"/>
        </w:pBdr>
        <w:spacing w:before="200" w:after="80"/>
        <w:jc w:val="left"/>
      </w:pPr>
      <w:r>
        <w:rPr>
          <w:b/>
          <w:color w:val="2A6F4F"/>
          <w:spacing w:val="20"/>
          <w:sz w:val="23"/>
        </w:rPr>
        <w:t>AGENDA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17"/>
        <w:gridCol w:w="6177"/>
        <w:gridCol w:w="2316"/>
        <w:gridCol w:w="1544"/>
      </w:tblGrid>
      <w:tr>
        <w:tc>
          <w:tcPr>
            <w:tcW w:type="dxa" w:w="618"/>
            <w:shd w:val="clear" w:color="auto" w:fill="2A6F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6177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317"/>
            <w:shd w:val="clear" w:color="auto" w:fill="2A6F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Lead</w:t>
            </w:r>
          </w:p>
        </w:tc>
        <w:tc>
          <w:tcPr>
            <w:tcW w:type="dxa" w:w="1544"/>
            <w:shd w:val="clear" w:color="auto" w:fill="2A6F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Minutes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</w:t>
            </w:r>
          </w:p>
        </w:tc>
        <w:tc>
          <w:tcPr>
            <w:tcW w:type="dxa" w:w="6177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Welcome and apologies</w:t>
            </w:r>
          </w:p>
        </w:tc>
        <w:tc>
          <w:tcPr>
            <w:tcW w:type="dxa" w:w="2317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54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</w:t>
            </w:r>
          </w:p>
        </w:tc>
        <w:tc>
          <w:tcPr>
            <w:tcW w:type="dxa" w:w="6177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Minutes of last meeting and matters arising</w:t>
            </w:r>
          </w:p>
        </w:tc>
        <w:tc>
          <w:tcPr>
            <w:tcW w:type="dxa" w:w="2317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Secretary</w:t>
            </w:r>
          </w:p>
        </w:tc>
        <w:tc>
          <w:tcPr>
            <w:tcW w:type="dxa" w:w="1544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</w:t>
            </w:r>
          </w:p>
        </w:tc>
        <w:tc>
          <w:tcPr>
            <w:tcW w:type="dxa" w:w="6177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Financial update</w:t>
            </w:r>
          </w:p>
        </w:tc>
        <w:tc>
          <w:tcPr>
            <w:tcW w:type="dxa" w:w="2317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Treasurer</w:t>
            </w:r>
          </w:p>
        </w:tc>
        <w:tc>
          <w:tcPr>
            <w:tcW w:type="dxa" w:w="154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6177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Winter fundraising event plans</w:t>
            </w:r>
          </w:p>
        </w:tc>
        <w:tc>
          <w:tcPr>
            <w:tcW w:type="dxa" w:w="2317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Events lead</w:t>
            </w:r>
          </w:p>
        </w:tc>
        <w:tc>
          <w:tcPr>
            <w:tcW w:type="dxa" w:w="1544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20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6177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Volunteer recruitment</w:t>
            </w:r>
          </w:p>
        </w:tc>
        <w:tc>
          <w:tcPr>
            <w:tcW w:type="dxa" w:w="2317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54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6</w:t>
            </w:r>
          </w:p>
        </w:tc>
        <w:tc>
          <w:tcPr>
            <w:tcW w:type="dxa" w:w="6177"/>
            <w:shd w:val="clear" w:color="auto" w:fill="EAF4EE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Any other business</w:t>
            </w:r>
          </w:p>
        </w:tc>
        <w:tc>
          <w:tcPr>
            <w:tcW w:type="dxa" w:w="2317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All</w:t>
            </w:r>
          </w:p>
        </w:tc>
        <w:tc>
          <w:tcPr>
            <w:tcW w:type="dxa" w:w="1544"/>
            <w:shd w:val="clear" w:color="auto" w:fill="EAF4E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</w:tr>
      <w:tr>
        <w:trPr>
          <w:trHeight w:val="403" w:hRule="atLeast"/>
          <w:cantSplit/>
        </w:trPr>
        <w:tc>
          <w:tcPr>
            <w:tcW w:type="dxa" w:w="618"/>
            <w:vAlign w:val="center"/>
          </w:tcPr>
          <w:p/>
        </w:tc>
        <w:tc>
          <w:tcPr>
            <w:tcW w:type="dxa" w:w="6177"/>
            <w:vAlign w:val="center"/>
          </w:tcPr>
          <w:p/>
        </w:tc>
        <w:tc>
          <w:tcPr>
            <w:tcW w:type="dxa" w:w="2317"/>
            <w:vAlign w:val="center"/>
          </w:tcPr>
          <w:p/>
        </w:tc>
        <w:tc>
          <w:tcPr>
            <w:tcW w:type="dxa" w:w="154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2A6F4F"/>
        </w:pBdr>
        <w:spacing w:before="200" w:after="80"/>
        <w:jc w:val="left"/>
      </w:pPr>
      <w:r>
        <w:rPr>
          <w:b/>
          <w:color w:val="2A6F4F"/>
          <w:spacing w:val="20"/>
          <w:sz w:val="23"/>
        </w:rPr>
        <w:t>DECISIONS AND FOLLOW-UP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393"/>
        <w:gridCol w:w="2435"/>
        <w:gridCol w:w="1826"/>
      </w:tblGrid>
      <w:tr>
        <w:tc>
          <w:tcPr>
            <w:tcW w:type="dxa" w:w="6394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Decision / Action</w:t>
            </w:r>
          </w:p>
        </w:tc>
        <w:tc>
          <w:tcPr>
            <w:tcW w:type="dxa" w:w="2436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Responsible</w:t>
            </w:r>
          </w:p>
        </w:tc>
        <w:tc>
          <w:tcPr>
            <w:tcW w:type="dxa" w:w="1827"/>
            <w:shd w:val="clear" w:color="auto" w:fill="2A6F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By When</w:t>
            </w:r>
          </w:p>
        </w:tc>
      </w:tr>
      <w:tr>
        <w:trPr>
          <w:trHeight w:val="403" w:hRule="atLeast"/>
          <w:cantSplit/>
        </w:trPr>
        <w:tc>
          <w:tcPr>
            <w:tcW w:type="dxa" w:w="6394"/>
            <w:vAlign w:val="center"/>
          </w:tcPr>
          <w:p/>
        </w:tc>
        <w:tc>
          <w:tcPr>
            <w:tcW w:type="dxa" w:w="2436"/>
            <w:vAlign w:val="center"/>
          </w:tcPr>
          <w:p/>
        </w:tc>
        <w:tc>
          <w:tcPr>
            <w:tcW w:type="dxa" w:w="1827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394"/>
            <w:shd w:val="clear" w:color="auto" w:fill="EAF4EE"/>
            <w:vAlign w:val="center"/>
          </w:tcPr>
          <w:p/>
        </w:tc>
        <w:tc>
          <w:tcPr>
            <w:tcW w:type="dxa" w:w="2436"/>
            <w:shd w:val="clear" w:color="auto" w:fill="EAF4EE"/>
            <w:vAlign w:val="center"/>
          </w:tcPr>
          <w:p/>
        </w:tc>
        <w:tc>
          <w:tcPr>
            <w:tcW w:type="dxa" w:w="1827"/>
            <w:shd w:val="clear" w:color="auto" w:fill="EAF4EE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394"/>
            <w:vAlign w:val="center"/>
          </w:tcPr>
          <w:p/>
        </w:tc>
        <w:tc>
          <w:tcPr>
            <w:tcW w:type="dxa" w:w="2436"/>
            <w:vAlign w:val="center"/>
          </w:tcPr>
          <w:p/>
        </w:tc>
        <w:tc>
          <w:tcPr>
            <w:tcW w:type="dxa" w:w="1827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394"/>
            <w:shd w:val="clear" w:color="auto" w:fill="EAF4EE"/>
            <w:vAlign w:val="center"/>
          </w:tcPr>
          <w:p/>
        </w:tc>
        <w:tc>
          <w:tcPr>
            <w:tcW w:type="dxa" w:w="2436"/>
            <w:shd w:val="clear" w:color="auto" w:fill="EAF4EE"/>
            <w:vAlign w:val="center"/>
          </w:tcPr>
          <w:p/>
        </w:tc>
        <w:tc>
          <w:tcPr>
            <w:tcW w:type="dxa" w:w="1827"/>
            <w:shd w:val="clear" w:color="auto" w:fill="EAF4EE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Agenda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