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4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7" w:type="dxa"/>
          <w:left w:w="115" w:type="dxa"/>
          <w:bottom w:w="57" w:type="dxa"/>
          <w:right w:w="115" w:type="dxa"/>
        </w:tblCellMar>
        <w:tblLook w:firstColumn="1" w:firstRow="1" w:lastColumn="0" w:lastRow="0" w:noHBand="0" w:noVBand="1" w:val="04A0"/>
      </w:tblPr>
      <w:tblGrid>
        <w:gridCol w:w="14400"/>
      </w:tblGrid>
      <w:tr>
        <w:trPr>
          <w:trHeight w:val="10512" w:hRule="exact"/>
          <w:cantSplit/>
        </w:trPr>
        <w:tc>
          <w:tcPr>
            <w:tcW w:type="dxa" w:w="14400"/>
            <w:tcBorders>
              <w:top w:val="double" w:sz="24" w:space="0" w:color="A67C2E"/>
              <w:left w:val="double" w:sz="24" w:space="0" w:color="A67C2E"/>
              <w:bottom w:val="double" w:sz="24" w:space="0" w:color="A67C2E"/>
              <w:right w:val="double" w:sz="24" w:space="0" w:color="A67C2E"/>
            </w:tcBorders>
            <w:shd w:val="clear" w:color="auto" w:fill="FFFCF3"/>
            <w:tcMar>
              <w:top w:w="316" w:type="dxa"/>
              <w:left w:w="316" w:type="dxa"/>
              <w:bottom w:w="316" w:type="dxa"/>
              <w:right w:w="316" w:type="dxa"/>
            </w:tcMar>
            <w:vAlign w:val="center"/>
          </w:tcPr>
          <w:tbl>
            <w:tblPr>
              <w:tblW w:w="13607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57" w:type="dxa"/>
                <w:left w:w="115" w:type="dxa"/>
                <w:bottom w:w="57" w:type="dxa"/>
                <w:right w:w="115" w:type="dxa"/>
              </w:tblCellMar>
              <w:tblLook w:firstColumn="1" w:firstRow="1" w:lastColumn="0" w:lastRow="0" w:noHBand="0" w:noVBand="1" w:val="04A0"/>
            </w:tblPr>
            <w:tblGrid>
              <w:gridCol w:w="13607"/>
            </w:tblGrid>
            <w:tr>
              <w:trPr>
                <w:trHeight w:val="9720" w:hRule="exact"/>
                <w:cantSplit/>
              </w:trPr>
              <w:tc>
                <w:tcPr>
                  <w:tcW w:type="dxa" w:w="13608"/>
                  <w:tcBorders>
                    <w:top w:val="single" w:sz="6" w:space="0" w:color="A67C2E"/>
                    <w:left w:val="single" w:sz="6" w:space="0" w:color="A67C2E"/>
                    <w:bottom w:val="single" w:sz="6" w:space="0" w:color="A67C2E"/>
                    <w:right w:val="single" w:sz="6" w:space="0" w:color="A67C2E"/>
                  </w:tcBorders>
                  <w:shd w:val="clear" w:color="auto" w:fill="FFFCF3"/>
                  <w:vAlign w:val="center"/>
                </w:tcPr>
                <w:p>
                  <w:pPr>
                    <w:spacing w:before="0" w:after="8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A67C2E"/>
                      <w:sz w:val="20"/>
                    </w:rPr>
                    <w:t>◆   ◆   ◆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rFonts w:ascii="Georgia" w:hAnsi="Georgia" w:cs="Georgia" w:eastAsia="Georgia"/>
                      <w:i/>
                      <w:color w:val="5C4316"/>
                      <w:sz w:val="112"/>
                    </w:rPr>
                    <w:t>Gift Certificate</w:t>
                  </w:r>
                </w:p>
                <w:p>
                  <w:pPr>
                    <w:spacing w:before="0" w:after="360"/>
                    <w:jc w:val="center"/>
                  </w:pPr>
                  <w:r>
                    <w:rPr>
                      <w:rFonts w:ascii="Georgia" w:hAnsi="Georgia" w:cs="Georgia" w:eastAsia="Georgia"/>
                      <w:b/>
                      <w:color w:val="A67C2E"/>
                      <w:spacing w:val="80"/>
                      <w:sz w:val="22"/>
                    </w:rPr>
                    <w:t>YOUR COMPANY NAME</w:t>
                  </w:r>
                </w:p>
                <w:p>
                  <w:pPr>
                    <w:spacing w:before="0" w:after="40"/>
                    <w:jc w:val="center"/>
                  </w:pPr>
                  <w:r>
                    <w:rPr>
                      <w:rFonts w:ascii="Georgia" w:hAnsi="Georgia" w:cs="Georgia" w:eastAsia="Georgia"/>
                      <w:color w:val="7F7F7F"/>
                      <w:spacing w:val="40"/>
                      <w:sz w:val="18"/>
                    </w:rPr>
                    <w:t>THIS CERTIFICATE IS PROUDLY PRESENTED TO</w:t>
                  </w:r>
                </w:p>
                <w:p>
                  <w:pPr>
                    <w:pBdr>
                      <w:bottom w:val="single" w:sz="6" w:space="2" w:color="A67C2E"/>
                    </w:pBdr>
                    <w:spacing w:before="0" w:after="0"/>
                    <w:ind w:left="2880" w:right="2880"/>
                    <w:jc w:val="center"/>
                  </w:pPr>
                  <w:sdt>
                    <w:sdtPr>
                      <w:alias w:val="Recipient"/>
                      <w:tag w:val="Recipient"/>
                      <w:text/>
                    </w:sdtPr>
                    <w:sdtContent>
                      <w:r>
                        <w:rPr>
                          <w:rFonts w:ascii="Georgia" w:hAnsi="Georgia" w:cs="Georgia" w:eastAsia="Georgia"/>
                          <w:i/>
                          <w:color w:val="262626"/>
                          <w:sz w:val="52"/>
                        </w:rPr>
                        <w:t>Recipient Name</w:t>
                      </w:r>
                    </w:sdtContent>
                  </w:sdt>
                </w:p>
                <w:p>
                  <w:pPr>
                    <w:spacing w:before="0" w:after="0" w:line="600" w:lineRule="exact"/>
                    <w:jc w:val="left"/>
                    <w:rPr>
                      <w:sz w:val="48"/>
                    </w:rPr>
                  </w:pPr>
                </w:p>
                <w:tbl>
                  <w:tblPr>
                    <w:tblW w:w="10367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28" w:type="dxa"/>
                      <w:left w:w="360" w:type="dxa"/>
                      <w:bottom w:w="28" w:type="dxa"/>
                      <w:right w:w="360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3456"/>
                    <w:gridCol w:w="3456"/>
                    <w:gridCol w:w="3456"/>
                  </w:tblGrid>
                  <w:tr>
                    <w:tc>
                      <w:tcPr>
                        <w:tcW w:type="dxa" w:w="3456"/>
                      </w:tcPr>
                      <w:p>
                        <w:pPr>
                          <w:pBdr>
                            <w:bottom w:val="single" w:sz="6" w:space="1" w:color="A67C2E"/>
                          </w:pBdr>
                          <w:spacing w:before="0" w:after="0"/>
                          <w:jc w:val="center"/>
                        </w:pPr>
                        <w:sdt>
                          <w:sdtPr>
                            <w:alias w:val="Amount"/>
                            <w:tag w:val="Amount"/>
                            <w:text/>
                          </w:sdtPr>
                          <w:sdtContent>
                            <w:r>
                              <w:rPr>
                                <w:rFonts w:ascii="Georgia" w:hAnsi="Georgia" w:cs="Georgia" w:eastAsia="Georgia"/>
                                <w:color w:val="262626"/>
                                <w:sz w:val="28"/>
                              </w:rPr>
                              <w:t>$100.00</w:t>
                            </w:r>
                          </w:sdtContent>
                        </w:sdt>
                      </w:p>
                      <w:p>
                        <w:pPr>
                          <w:spacing w:before="40" w:after="0"/>
                          <w:jc w:val="center"/>
                        </w:pPr>
                        <w:r>
                          <w:rPr>
                            <w:rFonts w:ascii="Georgia" w:hAnsi="Georgia" w:cs="Georgia" w:eastAsia="Georgia"/>
                            <w:b/>
                            <w:color w:val="8C7344"/>
                            <w:spacing w:val="30"/>
                            <w:sz w:val="17"/>
                          </w:rPr>
                          <w:t>AMOUNT</w:t>
                        </w:r>
                      </w:p>
                    </w:tc>
                    <w:tc>
                      <w:tcPr>
                        <w:tcW w:type="dxa" w:w="3456"/>
                      </w:tcPr>
                      <w:p>
                        <w:pPr>
                          <w:pBdr>
                            <w:bottom w:val="single" w:sz="6" w:space="1" w:color="A67C2E"/>
                          </w:pBdr>
                          <w:spacing w:before="0" w:after="0"/>
                          <w:jc w:val="center"/>
                        </w:pPr>
                        <w:sdt>
                          <w:sdtPr>
                            <w:alias w:val="From"/>
                            <w:tag w:val="From"/>
                            <w:text/>
                          </w:sdtPr>
                          <w:sdtContent>
                            <w:r>
                              <w:rPr>
                                <w:rFonts w:ascii="Georgia" w:hAnsi="Georgia" w:cs="Georgia" w:eastAsia="Georgia"/>
                                <w:color w:val="262626"/>
                                <w:sz w:val="28"/>
                              </w:rPr>
                              <w:t>Gift Giver Name</w:t>
                            </w:r>
                          </w:sdtContent>
                        </w:sdt>
                      </w:p>
                      <w:p>
                        <w:pPr>
                          <w:spacing w:before="40" w:after="0"/>
                          <w:jc w:val="center"/>
                        </w:pPr>
                        <w:r>
                          <w:rPr>
                            <w:rFonts w:ascii="Georgia" w:hAnsi="Georgia" w:cs="Georgia" w:eastAsia="Georgia"/>
                            <w:b/>
                            <w:color w:val="8C7344"/>
                            <w:spacing w:val="30"/>
                            <w:sz w:val="17"/>
                          </w:rPr>
                          <w:t>FROM</w:t>
                        </w:r>
                      </w:p>
                    </w:tc>
                    <w:tc>
                      <w:tcPr>
                        <w:tcW w:type="dxa" w:w="3456"/>
                      </w:tcPr>
                      <w:p>
                        <w:pPr>
                          <w:pBdr>
                            <w:bottom w:val="single" w:sz="6" w:space="1" w:color="A67C2E"/>
                          </w:pBdr>
                          <w:spacing w:before="0" w:after="0"/>
                          <w:jc w:val="center"/>
                        </w:pPr>
                        <w:sdt>
                          <w:sdtPr>
                            <w:alias w:val="Expiry"/>
                            <w:tag w:val="Expiry"/>
                            <w:text/>
                          </w:sdtPr>
                          <w:sdtContent>
                            <w:r>
                              <w:rPr>
                                <w:rFonts w:ascii="Georgia" w:hAnsi="Georgia" w:cs="Georgia" w:eastAsia="Georgia"/>
                                <w:color w:val="262626"/>
                                <w:sz w:val="28"/>
                              </w:rPr>
                              <w:t>December 31, 2026</w:t>
                            </w:r>
                          </w:sdtContent>
                        </w:sdt>
                      </w:p>
                      <w:p>
                        <w:pPr>
                          <w:spacing w:before="40" w:after="0"/>
                          <w:jc w:val="center"/>
                        </w:pPr>
                        <w:r>
                          <w:rPr>
                            <w:rFonts w:ascii="Georgia" w:hAnsi="Georgia" w:cs="Georgia" w:eastAsia="Georgia"/>
                            <w:b/>
                            <w:color w:val="8C7344"/>
                            <w:spacing w:val="30"/>
                            <w:sz w:val="17"/>
                          </w:rPr>
                          <w:t>VALID UNTIL</w:t>
                        </w:r>
                      </w:p>
                    </w:tc>
                  </w:tr>
                </w:tbl>
                <w:p>
                  <w:pPr>
                    <w:spacing w:before="0" w:after="0" w:line="800" w:lineRule="exact"/>
                    <w:jc w:val="left"/>
                    <w:rPr>
                      <w:sz w:val="64"/>
                    </w:rPr>
                  </w:pPr>
                </w:p>
                <w:tbl>
                  <w:tblPr>
                    <w:tblW w:w="10368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top w:w="0" w:type="dxa"/>
                      <w:left w:w="288" w:type="dxa"/>
                      <w:bottom w:w="0" w:type="dxa"/>
                      <w:right w:w="288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5184"/>
                    <w:gridCol w:w="5184"/>
                  </w:tblGrid>
                  <w:tr>
                    <w:tc>
                      <w:tcPr>
                        <w:tcW w:type="dxa" w:w="5184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color w:val="7F7F7F"/>
                            <w:sz w:val="18"/>
                          </w:rPr>
                          <w:t xml:space="preserve">Certificate No.  </w:t>
                        </w:r>
                        <w:sdt>
                          <w:sdtPr>
                            <w:alias w:val="CertificateNo"/>
                            <w:tag w:val="CertificateNo"/>
                            <w:text/>
                          </w:sdtPr>
                          <w:sdtContent>
                            <w:r>
                              <w:rPr>
                                <w:b/>
                                <w:color w:val="5C4316"/>
                                <w:sz w:val="22"/>
                              </w:rPr>
                              <w:t>GC-2026-0001</w:t>
                            </w:r>
                          </w:sdtContent>
                        </w:sdt>
                      </w:p>
                    </w:tc>
                    <w:tc>
                      <w:tcPr>
                        <w:tcW w:type="dxa" w:w="5184"/>
                      </w:tcPr>
                      <w:p>
                        <w:pPr>
                          <w:pBdr>
                            <w:bottom w:val="single" w:sz="6" w:space="1" w:color="808080"/>
                          </w:pBdr>
                          <w:spacing w:before="0" w:after="0"/>
                          <w:jc w:val="center"/>
                        </w:pPr>
                        <w:sdt>
                          <w:sdtPr>
                            <w:alias w:val="Signature"/>
                            <w:tag w:val="Signature"/>
                            <w:text/>
                          </w:sdtPr>
                          <w:sdtContent>
                            <w:r>
                              <w:rPr>
                                <w:sz w:val="22"/>
                              </w:rPr>
                              <w:t xml:space="preserve">                              </w:t>
                            </w:r>
                          </w:sdtContent>
                        </w:sdt>
                      </w:p>
                      <w:p>
                        <w:pPr>
                          <w:spacing w:before="40" w:after="0"/>
                          <w:jc w:val="center"/>
                        </w:pPr>
                        <w:r>
                          <w:rPr>
                            <w:color w:val="7F7F7F"/>
                            <w:sz w:val="17"/>
                          </w:rPr>
                          <w:t>Authorized Signature</w:t>
                        </w:r>
                      </w:p>
                    </w:tc>
                  </w:tr>
                </w:tbl>
                <w:p>
                  <w:pPr>
                    <w:spacing w:before="0" w:after="0" w:line="600" w:lineRule="exact"/>
                    <w:jc w:val="center"/>
                    <w:rPr>
                      <w:sz w:val="48"/>
                    </w:rPr>
                  </w:pPr>
                  <w:r>
                    <w:rPr>
                      <w:color w:val="8C8C8C"/>
                      <w:sz w:val="17"/>
                    </w:rPr>
                    <w:t>123 Business Street, City, State 00000  •  (000) 000-0000  •  www.yourcompany.com</w:t>
                  </w:r>
                </w:p>
                <w:p>
                  <w:pPr>
                    <w:spacing w:before="40" w:after="0"/>
                    <w:jc w:val="center"/>
                  </w:pPr>
                  <w:r>
                    <w:rPr>
                      <w:i/>
                      <w:color w:val="A6A6A6"/>
                      <w:sz w:val="15"/>
                    </w:rPr>
                    <w:t>Not redeemable for cash. Lost or stolen certificates cannot be replaced.</w:t>
                  </w:r>
                </w:p>
              </w:tc>
            </w:tr>
          </w:tbl>
          <w:p/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5840" w:h="12240" w:orient="landscape"/>
      <w:pgMar w:top="720" w:right="720" w:bottom="720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Georgia" w:hAnsi="Georgia" w:cs="Georgia" w:eastAsia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Classic Gold Gift Certificate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