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single" w:sz="10" w:space="0" w:color="1E5631"/>
          <w:left w:val="single" w:sz="10" w:space="0" w:color="1E5631"/>
          <w:bottom w:val="single" w:sz="10" w:space="0" w:color="1E5631"/>
          <w:right w:val="single" w:sz="10" w:space="0" w:color="1E5631"/>
          <w:insideH w:val="nil"/>
          <w:insideV w:val="nil"/>
        </w:tblBorders>
        <w:tblLayout w:type="fixed"/>
        <w:tblCellMar>
          <w:top w:w="144" w:type="dxa"/>
          <w:left w:w="216" w:type="dxa"/>
          <w:bottom w:w="144" w:type="dxa"/>
          <w:right w:w="216" w:type="dxa"/>
        </w:tblCellMar>
        <w:tblLook w:firstColumn="1" w:firstRow="1" w:lastColumn="0" w:lastRow="0" w:noHBand="0" w:noVBand="1" w:val="04A0"/>
      </w:tblPr>
      <w:tblGrid>
        <w:gridCol w:w="10800"/>
      </w:tblGrid>
      <w:tr>
        <w:trPr>
          <w:trHeight w:val="4392" w:hRule="exact"/>
          <w:cantSplit/>
        </w:trPr>
        <w:tc>
          <w:tcPr>
            <w:tcW w:type="dxa" w:w="10800"/>
          </w:tcPr>
          <w:tbl>
            <w:tblPr>
              <w:tblW w:w="1036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336"/>
              <w:gridCol w:w="4031"/>
            </w:tblGrid>
            <w:tr>
              <w:tc>
                <w:tcPr>
                  <w:tcW w:type="dxa" w:w="63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25"/>
                    </w:rPr>
                    <w:t>YOUR BUSINESS NAME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7F7F7F"/>
                      <w:sz w:val="16"/>
                    </w:rPr>
                    <w:t>123 Main Street, City, State 00000  •  (000) 000-0000</w:t>
                  </w:r>
                </w:p>
              </w:tc>
              <w:tc>
                <w:tcPr>
                  <w:tcW w:type="dxa" w:w="4032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1E5631"/>
                      <w:sz w:val="32"/>
                    </w:rPr>
                    <w:t>CASH RECEIPT</w:t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color w:val="595959"/>
                      <w:sz w:val="18"/>
                    </w:rPr>
                    <w:t xml:space="preserve">Receipt No. </w:t>
                  </w:r>
                  <w:r>
                    <w:rPr>
                      <w:b/>
                      <w:color w:val="C00000"/>
                      <w:sz w:val="20"/>
                    </w:rPr>
                    <w:t>0001</w:t>
                  </w:r>
                </w:p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10368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1800"/>
              <w:gridCol w:w="3744"/>
              <w:gridCol w:w="1512"/>
              <w:gridCol w:w="3311"/>
            </w:tblGrid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Date</w:t>
                  </w:r>
                </w:p>
              </w:tc>
              <w:tc>
                <w:tcPr>
                  <w:tcW w:type="dxa" w:w="3744"/>
                  <w:vAlign w:val="center"/>
                </w:tcPr>
                <w:p/>
              </w:tc>
              <w:tc>
                <w:tcPr>
                  <w:tcW w:type="dxa" w:w="1512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Amount $</w:t>
                  </w:r>
                </w:p>
              </w:tc>
              <w:tc>
                <w:tcPr>
                  <w:tcW w:type="dxa" w:w="3312"/>
                  <w:vAlign w:val="center"/>
                </w:tcPr>
                <w:p/>
              </w:tc>
            </w:tr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Received From</w:t>
                  </w:r>
                </w:p>
              </w:tc>
              <w:tc>
                <w:tcPr>
                  <w:tcW w:type="dxa" w:w="8568"/>
                  <w:gridSpan w:val="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</w:r>
                </w:p>
              </w:tc>
            </w:tr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The Sum of</w:t>
                  </w:r>
                </w:p>
              </w:tc>
              <w:tc>
                <w:tcPr>
                  <w:tcW w:type="dxa" w:w="8568"/>
                  <w:gridSpan w:val="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i/>
                      <w:color w:val="A6A6A6"/>
                      <w:sz w:val="16"/>
                    </w:rPr>
                    <w:t>Dollars</w:t>
                  </w:r>
                </w:p>
              </w:tc>
            </w:tr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For Payment Of</w:t>
                  </w:r>
                </w:p>
              </w:tc>
              <w:tc>
                <w:tcPr>
                  <w:tcW w:type="dxa" w:w="8568"/>
                  <w:gridSpan w:val="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</w:r>
                </w:p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tbl>
            <w:tblPr>
              <w:tblW w:w="1036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5616"/>
              <w:gridCol w:w="4752"/>
            </w:tblGrid>
            <w:tr>
              <w:tc>
                <w:tcPr>
                  <w:tcW w:type="dxa" w:w="5616"/>
                </w:tcPr>
                <w:p>
                  <w:pPr>
                    <w:spacing w:before="0" w:after="4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 xml:space="preserve">Paid by:   </w:t>
                  </w: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1E5631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Cash   </w:t>
                  </w: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1E5631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Check No. ______   </w:t>
                  </w: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1E5631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Money Order   </w:t>
                  </w:r>
                </w:p>
                <w:tbl>
                  <w:tblPr>
                    <w:tblW w:w="4608" w:type="dxa"/>
                    <w:jc w:val="center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ayout w:type="fixed"/>
                    <w:tblCellMar>
                      <w:top w:w="28" w:type="dxa"/>
                      <w:left w:w="86" w:type="dxa"/>
                      <w:bottom w:w="28" w:type="dxa"/>
                      <w:right w:w="86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2304"/>
                    <w:gridCol w:w="2304"/>
                  </w:tblGrid>
                  <w:tr>
                    <w:tc>
                      <w:tcPr>
                        <w:tcW w:type="dxa" w:w="2304"/>
                        <w:shd w:val="clear" w:color="auto" w:fill="EDF5EF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1E5631"/>
                            <w:sz w:val="17"/>
                          </w:rPr>
                          <w:t>Account Total</w:t>
                        </w:r>
                      </w:p>
                    </w:tc>
                    <w:tc>
                      <w:tcPr>
                        <w:tcW w:type="dxa" w:w="2304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7F7F7F"/>
                            <w:sz w:val="17"/>
                          </w:rPr>
                          <w:t>$</w:t>
                        </w:r>
                      </w:p>
                    </w:tc>
                  </w:tr>
                  <w:tr>
                    <w:tc>
                      <w:tcPr>
                        <w:tcW w:type="dxa" w:w="2304"/>
                        <w:shd w:val="clear" w:color="auto" w:fill="EDF5EF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1E5631"/>
                            <w:sz w:val="17"/>
                          </w:rPr>
                          <w:t>This Payment</w:t>
                        </w:r>
                      </w:p>
                    </w:tc>
                    <w:tc>
                      <w:tcPr>
                        <w:tcW w:type="dxa" w:w="2304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7F7F7F"/>
                            <w:sz w:val="17"/>
                          </w:rPr>
                          <w:t>$</w:t>
                        </w:r>
                      </w:p>
                    </w:tc>
                  </w:tr>
                  <w:tr>
                    <w:tc>
                      <w:tcPr>
                        <w:tcW w:type="dxa" w:w="2304"/>
                        <w:shd w:val="clear" w:color="auto" w:fill="EDF5EF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1E5631"/>
                            <w:sz w:val="17"/>
                          </w:rPr>
                          <w:t>Balance Due</w:t>
                        </w:r>
                      </w:p>
                    </w:tc>
                    <w:tc>
                      <w:tcPr>
                        <w:tcW w:type="dxa" w:w="2304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7F7F7F"/>
                            <w:sz w:val="17"/>
                          </w:rPr>
                          <w:t>$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4752"/>
                </w:tcPr>
                <w:p>
                  <w:pPr>
                    <w:spacing w:before="0" w:after="0" w:line="520" w:lineRule="exact"/>
                    <w:jc w:val="left"/>
                    <w:rPr>
                      <w:sz w:val="41"/>
                    </w:rPr>
                  </w:pPr>
                  <w:r>
                    <w:rPr>
                      <w:sz w:val="41"/>
                    </w:rPr>
                  </w:r>
                </w:p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Received By (Signature)</w:t>
                  </w:r>
                </w:p>
                <w:p>
                  <w:pPr>
                    <w:spacing w:before="0" w:after="0" w:line="80" w:lineRule="exact"/>
                    <w:jc w:val="left"/>
                    <w:rPr>
                      <w:sz w:val="6"/>
                    </w:rPr>
                  </w:pPr>
                  <w:r>
                    <w:rPr>
                      <w:sz w:val="6"/>
                    </w:rPr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i/>
                      <w:color w:val="1E5631"/>
                      <w:sz w:val="18"/>
                    </w:rPr>
                    <w:t>Thank you for your payment!</w:t>
                  </w:r>
                </w:p>
              </w:tc>
            </w:tr>
          </w:tbl>
          <w:p/>
        </w:tc>
      </w:tr>
    </w:tbl>
    <w:p>
      <w:pPr>
        <w:spacing w:before="100" w:after="100"/>
        <w:jc w:val="center"/>
      </w:pPr>
      <w:r>
        <w:rPr>
          <w:color w:val="A6A6A6"/>
          <w:sz w:val="16"/>
        </w:rPr>
        <w:t>✂  - - - - - - - - - - - - - - - - - - - - - - - - - - - - - - - - - - - - - - - - - - - - - - - - - - - - - - - - - - - - -</w:t>
      </w:r>
    </w:p>
    <w:tbl>
      <w:tblPr>
        <w:tblW w:w="10800" w:type="dxa"/>
        <w:jc w:val="center"/>
        <w:tblBorders>
          <w:top w:val="single" w:sz="10" w:space="0" w:color="1E5631"/>
          <w:left w:val="single" w:sz="10" w:space="0" w:color="1E5631"/>
          <w:bottom w:val="single" w:sz="10" w:space="0" w:color="1E5631"/>
          <w:right w:val="single" w:sz="10" w:space="0" w:color="1E5631"/>
          <w:insideH w:val="nil"/>
          <w:insideV w:val="nil"/>
        </w:tblBorders>
        <w:tblLayout w:type="fixed"/>
        <w:tblCellMar>
          <w:top w:w="144" w:type="dxa"/>
          <w:left w:w="216" w:type="dxa"/>
          <w:bottom w:w="144" w:type="dxa"/>
          <w:right w:w="216" w:type="dxa"/>
        </w:tblCellMar>
        <w:tblLook w:firstColumn="1" w:firstRow="1" w:lastColumn="0" w:lastRow="0" w:noHBand="0" w:noVBand="1" w:val="04A0"/>
      </w:tblPr>
      <w:tblGrid>
        <w:gridCol w:w="10800"/>
      </w:tblGrid>
      <w:tr>
        <w:trPr>
          <w:trHeight w:val="4392" w:hRule="exact"/>
          <w:cantSplit/>
        </w:trPr>
        <w:tc>
          <w:tcPr>
            <w:tcW w:type="dxa" w:w="10800"/>
          </w:tcPr>
          <w:tbl>
            <w:tblPr>
              <w:tblW w:w="1036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336"/>
              <w:gridCol w:w="4031"/>
            </w:tblGrid>
            <w:tr>
              <w:tc>
                <w:tcPr>
                  <w:tcW w:type="dxa" w:w="63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25"/>
                    </w:rPr>
                    <w:t>YOUR BUSINESS NAME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7F7F7F"/>
                      <w:sz w:val="16"/>
                    </w:rPr>
                    <w:t>123 Main Street, City, State 00000  •  (000) 000-0000</w:t>
                  </w:r>
                </w:p>
              </w:tc>
              <w:tc>
                <w:tcPr>
                  <w:tcW w:type="dxa" w:w="4032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1E5631"/>
                      <w:sz w:val="32"/>
                    </w:rPr>
                    <w:t>CASH RECEIPT</w:t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color w:val="595959"/>
                      <w:sz w:val="18"/>
                    </w:rPr>
                    <w:t xml:space="preserve">Receipt No. </w:t>
                  </w:r>
                  <w:r>
                    <w:rPr>
                      <w:b/>
                      <w:color w:val="C00000"/>
                      <w:sz w:val="20"/>
                    </w:rPr>
                    <w:t>0002</w:t>
                  </w:r>
                </w:p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10368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1800"/>
              <w:gridCol w:w="3744"/>
              <w:gridCol w:w="1512"/>
              <w:gridCol w:w="3311"/>
            </w:tblGrid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Date</w:t>
                  </w:r>
                </w:p>
              </w:tc>
              <w:tc>
                <w:tcPr>
                  <w:tcW w:type="dxa" w:w="3744"/>
                  <w:vAlign w:val="center"/>
                </w:tcPr>
                <w:p/>
              </w:tc>
              <w:tc>
                <w:tcPr>
                  <w:tcW w:type="dxa" w:w="1512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Amount $</w:t>
                  </w:r>
                </w:p>
              </w:tc>
              <w:tc>
                <w:tcPr>
                  <w:tcW w:type="dxa" w:w="3312"/>
                  <w:vAlign w:val="center"/>
                </w:tcPr>
                <w:p/>
              </w:tc>
            </w:tr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Received From</w:t>
                  </w:r>
                </w:p>
              </w:tc>
              <w:tc>
                <w:tcPr>
                  <w:tcW w:type="dxa" w:w="8568"/>
                  <w:gridSpan w:val="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</w:r>
                </w:p>
              </w:tc>
            </w:tr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The Sum of</w:t>
                  </w:r>
                </w:p>
              </w:tc>
              <w:tc>
                <w:tcPr>
                  <w:tcW w:type="dxa" w:w="8568"/>
                  <w:gridSpan w:val="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i/>
                      <w:color w:val="A6A6A6"/>
                      <w:sz w:val="16"/>
                    </w:rPr>
                    <w:t>Dollars</w:t>
                  </w:r>
                </w:p>
              </w:tc>
            </w:tr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For Payment Of</w:t>
                  </w:r>
                </w:p>
              </w:tc>
              <w:tc>
                <w:tcPr>
                  <w:tcW w:type="dxa" w:w="8568"/>
                  <w:gridSpan w:val="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</w:r>
                </w:p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tbl>
            <w:tblPr>
              <w:tblW w:w="1036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5616"/>
              <w:gridCol w:w="4752"/>
            </w:tblGrid>
            <w:tr>
              <w:tc>
                <w:tcPr>
                  <w:tcW w:type="dxa" w:w="5616"/>
                </w:tcPr>
                <w:p>
                  <w:pPr>
                    <w:spacing w:before="0" w:after="4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 xml:space="preserve">Paid by:   </w:t>
                  </w: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1E5631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Cash   </w:t>
                  </w: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1E5631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Check No. ______   </w:t>
                  </w: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1E5631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Money Order   </w:t>
                  </w:r>
                </w:p>
                <w:tbl>
                  <w:tblPr>
                    <w:tblW w:w="4608" w:type="dxa"/>
                    <w:jc w:val="center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ayout w:type="fixed"/>
                    <w:tblCellMar>
                      <w:top w:w="28" w:type="dxa"/>
                      <w:left w:w="86" w:type="dxa"/>
                      <w:bottom w:w="28" w:type="dxa"/>
                      <w:right w:w="86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2304"/>
                    <w:gridCol w:w="2304"/>
                  </w:tblGrid>
                  <w:tr>
                    <w:tc>
                      <w:tcPr>
                        <w:tcW w:type="dxa" w:w="2304"/>
                        <w:shd w:val="clear" w:color="auto" w:fill="EDF5EF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1E5631"/>
                            <w:sz w:val="17"/>
                          </w:rPr>
                          <w:t>Account Total</w:t>
                        </w:r>
                      </w:p>
                    </w:tc>
                    <w:tc>
                      <w:tcPr>
                        <w:tcW w:type="dxa" w:w="2304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7F7F7F"/>
                            <w:sz w:val="17"/>
                          </w:rPr>
                          <w:t>$</w:t>
                        </w:r>
                      </w:p>
                    </w:tc>
                  </w:tr>
                  <w:tr>
                    <w:tc>
                      <w:tcPr>
                        <w:tcW w:type="dxa" w:w="2304"/>
                        <w:shd w:val="clear" w:color="auto" w:fill="EDF5EF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1E5631"/>
                            <w:sz w:val="17"/>
                          </w:rPr>
                          <w:t>This Payment</w:t>
                        </w:r>
                      </w:p>
                    </w:tc>
                    <w:tc>
                      <w:tcPr>
                        <w:tcW w:type="dxa" w:w="2304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7F7F7F"/>
                            <w:sz w:val="17"/>
                          </w:rPr>
                          <w:t>$</w:t>
                        </w:r>
                      </w:p>
                    </w:tc>
                  </w:tr>
                  <w:tr>
                    <w:tc>
                      <w:tcPr>
                        <w:tcW w:type="dxa" w:w="2304"/>
                        <w:shd w:val="clear" w:color="auto" w:fill="EDF5EF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1E5631"/>
                            <w:sz w:val="17"/>
                          </w:rPr>
                          <w:t>Balance Due</w:t>
                        </w:r>
                      </w:p>
                    </w:tc>
                    <w:tc>
                      <w:tcPr>
                        <w:tcW w:type="dxa" w:w="2304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7F7F7F"/>
                            <w:sz w:val="17"/>
                          </w:rPr>
                          <w:t>$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4752"/>
                </w:tcPr>
                <w:p>
                  <w:pPr>
                    <w:spacing w:before="0" w:after="0" w:line="520" w:lineRule="exact"/>
                    <w:jc w:val="left"/>
                    <w:rPr>
                      <w:sz w:val="41"/>
                    </w:rPr>
                  </w:pPr>
                  <w:r>
                    <w:rPr>
                      <w:sz w:val="41"/>
                    </w:rPr>
                  </w:r>
                </w:p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Received By (Signature)</w:t>
                  </w:r>
                </w:p>
                <w:p>
                  <w:pPr>
                    <w:spacing w:before="0" w:after="0" w:line="80" w:lineRule="exact"/>
                    <w:jc w:val="left"/>
                    <w:rPr>
                      <w:sz w:val="6"/>
                    </w:rPr>
                  </w:pPr>
                  <w:r>
                    <w:rPr>
                      <w:sz w:val="6"/>
                    </w:rPr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i/>
                      <w:color w:val="1E5631"/>
                      <w:sz w:val="18"/>
                    </w:rPr>
                    <w:t>Thank you for your payment!</w:t>
                  </w:r>
                </w:p>
              </w:tc>
            </w:tr>
          </w:tbl>
          <w:p/>
        </w:tc>
      </w:tr>
    </w:tbl>
    <w:p>
      <w:pPr>
        <w:spacing w:before="100" w:after="100"/>
        <w:jc w:val="center"/>
      </w:pPr>
      <w:r>
        <w:rPr>
          <w:color w:val="A6A6A6"/>
          <w:sz w:val="16"/>
        </w:rPr>
        <w:t>✂  - - - - - - - - - - - - - - - - - - - - - - - - - - - - - - - - - - - - - - - - - - - - - - - - - - - - - - - - - - - - -</w:t>
      </w:r>
    </w:p>
    <w:tbl>
      <w:tblPr>
        <w:tblW w:w="10800" w:type="dxa"/>
        <w:jc w:val="center"/>
        <w:tblBorders>
          <w:top w:val="single" w:sz="10" w:space="0" w:color="1E5631"/>
          <w:left w:val="single" w:sz="10" w:space="0" w:color="1E5631"/>
          <w:bottom w:val="single" w:sz="10" w:space="0" w:color="1E5631"/>
          <w:right w:val="single" w:sz="10" w:space="0" w:color="1E5631"/>
          <w:insideH w:val="nil"/>
          <w:insideV w:val="nil"/>
        </w:tblBorders>
        <w:tblLayout w:type="fixed"/>
        <w:tblCellMar>
          <w:top w:w="144" w:type="dxa"/>
          <w:left w:w="216" w:type="dxa"/>
          <w:bottom w:w="144" w:type="dxa"/>
          <w:right w:w="216" w:type="dxa"/>
        </w:tblCellMar>
        <w:tblLook w:firstColumn="1" w:firstRow="1" w:lastColumn="0" w:lastRow="0" w:noHBand="0" w:noVBand="1" w:val="04A0"/>
      </w:tblPr>
      <w:tblGrid>
        <w:gridCol w:w="10800"/>
      </w:tblGrid>
      <w:tr>
        <w:trPr>
          <w:trHeight w:val="4392" w:hRule="exact"/>
          <w:cantSplit/>
        </w:trPr>
        <w:tc>
          <w:tcPr>
            <w:tcW w:type="dxa" w:w="10800"/>
          </w:tcPr>
          <w:tbl>
            <w:tblPr>
              <w:tblW w:w="1036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336"/>
              <w:gridCol w:w="4031"/>
            </w:tblGrid>
            <w:tr>
              <w:tc>
                <w:tcPr>
                  <w:tcW w:type="dxa" w:w="6336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25"/>
                    </w:rPr>
                    <w:t>YOUR BUSINESS NAME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7F7F7F"/>
                      <w:sz w:val="16"/>
                    </w:rPr>
                    <w:t>123 Main Street, City, State 00000  •  (000) 000-0000</w:t>
                  </w:r>
                </w:p>
              </w:tc>
              <w:tc>
                <w:tcPr>
                  <w:tcW w:type="dxa" w:w="4032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1E5631"/>
                      <w:sz w:val="32"/>
                    </w:rPr>
                    <w:t>CASH RECEIPT</w:t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color w:val="595959"/>
                      <w:sz w:val="18"/>
                    </w:rPr>
                    <w:t xml:space="preserve">Receipt No. </w:t>
                  </w:r>
                  <w:r>
                    <w:rPr>
                      <w:b/>
                      <w:color w:val="C00000"/>
                      <w:sz w:val="20"/>
                    </w:rPr>
                    <w:t>0003</w:t>
                  </w:r>
                </w:p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10368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1800"/>
              <w:gridCol w:w="3744"/>
              <w:gridCol w:w="1512"/>
              <w:gridCol w:w="3311"/>
            </w:tblGrid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Date</w:t>
                  </w:r>
                </w:p>
              </w:tc>
              <w:tc>
                <w:tcPr>
                  <w:tcW w:type="dxa" w:w="3744"/>
                  <w:vAlign w:val="center"/>
                </w:tcPr>
                <w:p/>
              </w:tc>
              <w:tc>
                <w:tcPr>
                  <w:tcW w:type="dxa" w:w="1512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Amount $</w:t>
                  </w:r>
                </w:p>
              </w:tc>
              <w:tc>
                <w:tcPr>
                  <w:tcW w:type="dxa" w:w="3312"/>
                  <w:vAlign w:val="center"/>
                </w:tcPr>
                <w:p/>
              </w:tc>
            </w:tr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Received From</w:t>
                  </w:r>
                </w:p>
              </w:tc>
              <w:tc>
                <w:tcPr>
                  <w:tcW w:type="dxa" w:w="8568"/>
                  <w:gridSpan w:val="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</w:r>
                </w:p>
              </w:tc>
            </w:tr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The Sum of</w:t>
                  </w:r>
                </w:p>
              </w:tc>
              <w:tc>
                <w:tcPr>
                  <w:tcW w:type="dxa" w:w="8568"/>
                  <w:gridSpan w:val="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i/>
                      <w:color w:val="A6A6A6"/>
                      <w:sz w:val="16"/>
                    </w:rPr>
                    <w:t>Dollars</w:t>
                  </w:r>
                </w:p>
              </w:tc>
            </w:tr>
            <w:tr>
              <w:trPr>
                <w:trHeight w:val="418" w:hRule="atLeast"/>
                <w:cantSplit/>
              </w:trPr>
              <w:tc>
                <w:tcPr>
                  <w:tcW w:type="dxa" w:w="1800"/>
                  <w:shd w:val="clear" w:color="auto" w:fill="EDF5E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>For Payment Of</w:t>
                  </w:r>
                </w:p>
              </w:tc>
              <w:tc>
                <w:tcPr>
                  <w:tcW w:type="dxa" w:w="8568"/>
                  <w:gridSpan w:val="3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</w:r>
                </w:p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tbl>
            <w:tblPr>
              <w:tblW w:w="1036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5616"/>
              <w:gridCol w:w="4752"/>
            </w:tblGrid>
            <w:tr>
              <w:tc>
                <w:tcPr>
                  <w:tcW w:type="dxa" w:w="5616"/>
                </w:tcPr>
                <w:p>
                  <w:pPr>
                    <w:spacing w:before="0" w:after="40"/>
                    <w:jc w:val="left"/>
                  </w:pPr>
                  <w:r>
                    <w:rPr>
                      <w:b/>
                      <w:color w:val="1E5631"/>
                      <w:sz w:val="18"/>
                    </w:rPr>
                    <w:t xml:space="preserve">Paid by:   </w:t>
                  </w: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1E5631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Cash   </w:t>
                  </w: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1E5631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Check No. ______   </w:t>
                  </w: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1E5631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Money Order   </w:t>
                  </w:r>
                </w:p>
                <w:tbl>
                  <w:tblPr>
                    <w:tblW w:w="4608" w:type="dxa"/>
                    <w:jc w:val="center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ayout w:type="fixed"/>
                    <w:tblCellMar>
                      <w:top w:w="28" w:type="dxa"/>
                      <w:left w:w="86" w:type="dxa"/>
                      <w:bottom w:w="28" w:type="dxa"/>
                      <w:right w:w="86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2304"/>
                    <w:gridCol w:w="2304"/>
                  </w:tblGrid>
                  <w:tr>
                    <w:tc>
                      <w:tcPr>
                        <w:tcW w:type="dxa" w:w="2304"/>
                        <w:shd w:val="clear" w:color="auto" w:fill="EDF5EF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1E5631"/>
                            <w:sz w:val="17"/>
                          </w:rPr>
                          <w:t>Account Total</w:t>
                        </w:r>
                      </w:p>
                    </w:tc>
                    <w:tc>
                      <w:tcPr>
                        <w:tcW w:type="dxa" w:w="2304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7F7F7F"/>
                            <w:sz w:val="17"/>
                          </w:rPr>
                          <w:t>$</w:t>
                        </w:r>
                      </w:p>
                    </w:tc>
                  </w:tr>
                  <w:tr>
                    <w:tc>
                      <w:tcPr>
                        <w:tcW w:type="dxa" w:w="2304"/>
                        <w:shd w:val="clear" w:color="auto" w:fill="EDF5EF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1E5631"/>
                            <w:sz w:val="17"/>
                          </w:rPr>
                          <w:t>This Payment</w:t>
                        </w:r>
                      </w:p>
                    </w:tc>
                    <w:tc>
                      <w:tcPr>
                        <w:tcW w:type="dxa" w:w="2304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7F7F7F"/>
                            <w:sz w:val="17"/>
                          </w:rPr>
                          <w:t>$</w:t>
                        </w:r>
                      </w:p>
                    </w:tc>
                  </w:tr>
                  <w:tr>
                    <w:tc>
                      <w:tcPr>
                        <w:tcW w:type="dxa" w:w="2304"/>
                        <w:shd w:val="clear" w:color="auto" w:fill="EDF5EF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1E5631"/>
                            <w:sz w:val="17"/>
                          </w:rPr>
                          <w:t>Balance Due</w:t>
                        </w:r>
                      </w:p>
                    </w:tc>
                    <w:tc>
                      <w:tcPr>
                        <w:tcW w:type="dxa" w:w="2304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color w:val="7F7F7F"/>
                            <w:sz w:val="17"/>
                          </w:rPr>
                          <w:t>$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4752"/>
                </w:tcPr>
                <w:p>
                  <w:pPr>
                    <w:spacing w:before="0" w:after="0" w:line="520" w:lineRule="exact"/>
                    <w:jc w:val="left"/>
                    <w:rPr>
                      <w:sz w:val="41"/>
                    </w:rPr>
                  </w:pPr>
                  <w:r>
                    <w:rPr>
                      <w:sz w:val="41"/>
                    </w:rPr>
                  </w:r>
                </w:p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Received By (Signature)</w:t>
                  </w:r>
                </w:p>
                <w:p>
                  <w:pPr>
                    <w:spacing w:before="0" w:after="0" w:line="80" w:lineRule="exact"/>
                    <w:jc w:val="left"/>
                    <w:rPr>
                      <w:sz w:val="6"/>
                    </w:rPr>
                  </w:pPr>
                  <w:r>
                    <w:rPr>
                      <w:sz w:val="6"/>
                    </w:rPr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i/>
                      <w:color w:val="1E5631"/>
                      <w:sz w:val="18"/>
                    </w:rPr>
                    <w:t>Thank you for your payment!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Receipt 3 per Page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