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056"/>
        <w:gridCol w:w="3456"/>
      </w:tblGrid>
      <w:tr>
        <w:tc>
          <w:tcPr>
            <w:tcW w:type="dxa" w:w="7056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48"/>
              </w:rPr>
              <w:t>Business Trip Checklist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20"/>
              </w:rPr>
              <w:t>Packing list, travel details and itinerary in one page.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475569"/>
                <w:spacing w:val="40"/>
                <w:sz w:val="18"/>
              </w:rPr>
              <w:t>YOUR COMPANY NAME</w:t>
            </w:r>
          </w:p>
        </w:tc>
      </w:tr>
    </w:tbl>
    <w:p>
      <w:pPr>
        <w:pBdr>
          <w:bottom w:val="single" w:sz="12" w:space="1" w:color="1E3A8A"/>
        </w:pBdr>
        <w:spacing w:before="80" w:after="120"/>
        <w:jc w:val="left"/>
      </w:pPr>
    </w:p>
    <w:tbl>
      <w:tblPr>
        <w:tblW w:w="10512" w:type="dxa"/>
        <w:jc w:val="center"/>
        <w:tblBorders>
          <w:top w:val="single" w:sz="6" w:space="0" w:color="B4C0D3"/>
          <w:left w:val="single" w:sz="6" w:space="0" w:color="B4C0D3"/>
          <w:bottom w:val="single" w:sz="6" w:space="0" w:color="B4C0D3"/>
          <w:right w:val="single" w:sz="6" w:space="0" w:color="B4C0D3"/>
          <w:insideH w:val="single" w:sz="4" w:space="0" w:color="D6DCE5"/>
          <w:insideV w:val="single" w:sz="4" w:space="0" w:color="D6DCE5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944"/>
        <w:gridCol w:w="3311"/>
        <w:gridCol w:w="1944"/>
        <w:gridCol w:w="3311"/>
      </w:tblGrid>
      <w:tr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Traveler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Traveler"/>
                <w:tag w:val="Traveler"/>
                <w:text/>
              </w:sdtPr>
              <w:sdtContent>
                <w:r>
                  <w:rPr>
                    <w:color w:val="1F2937"/>
                    <w:sz w:val="20"/>
                  </w:rPr>
                  <w:t>Your Name</w:t>
                </w:r>
              </w:sdtContent>
            </w:sdt>
          </w:p>
        </w:tc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Department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Department"/>
                <w:tag w:val="Department"/>
                <w:text/>
              </w:sdtPr>
              <w:sdtContent>
                <w:r>
                  <w:rPr>
                    <w:color w:val="1F2937"/>
                    <w:sz w:val="20"/>
                  </w:rPr>
                  <w:t>Sales</w:t>
                </w:r>
              </w:sdtContent>
            </w:sdt>
          </w:p>
        </w:tc>
      </w:tr>
      <w:tr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Destination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Destination"/>
                <w:tag w:val="Destination"/>
                <w:text/>
              </w:sdtPr>
              <w:sdtContent>
                <w:r>
                  <w:rPr>
                    <w:color w:val="1F2937"/>
                    <w:sz w:val="20"/>
                  </w:rPr>
                  <w:t>Chicago, IL</w:t>
                </w:r>
              </w:sdtContent>
            </w:sdt>
          </w:p>
        </w:tc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Purpose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Purpose"/>
                <w:tag w:val="Purpose"/>
                <w:text/>
              </w:sdtPr>
              <w:sdtContent>
                <w:r>
                  <w:rPr>
                    <w:color w:val="1F2937"/>
                    <w:sz w:val="20"/>
                  </w:rPr>
                  <w:t>Client meetings &amp; trade show</w:t>
                </w:r>
              </w:sdtContent>
            </w:sdt>
          </w:p>
        </w:tc>
      </w:tr>
      <w:tr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Depart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Depart"/>
                <w:tag w:val="Depart"/>
                <w:text/>
              </w:sdtPr>
              <w:sdtContent>
                <w:r>
                  <w:rPr>
                    <w:color w:val="1F2937"/>
                    <w:sz w:val="20"/>
                  </w:rPr>
                  <w:t>Sept 14, 2026  08:15</w:t>
                </w:r>
              </w:sdtContent>
            </w:sdt>
          </w:p>
        </w:tc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Return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Return"/>
                <w:tag w:val="Return"/>
                <w:text/>
              </w:sdtPr>
              <w:sdtContent>
                <w:r>
                  <w:rPr>
                    <w:color w:val="1F2937"/>
                    <w:sz w:val="20"/>
                  </w:rPr>
                  <w:t>Sept 17, 2026  18:40</w:t>
                </w:r>
              </w:sdtContent>
            </w:sdt>
          </w:p>
        </w:tc>
      </w:tr>
      <w:tr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Flight / Train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Flight_Train"/>
                <w:tag w:val="Flight_Train"/>
                <w:text/>
              </w:sdtPr>
              <w:sdtContent>
                <w:r>
                  <w:rPr>
                    <w:color w:val="1F2937"/>
                    <w:sz w:val="20"/>
                  </w:rPr>
                  <w:t>XX 1234 / XX 5678</w:t>
                </w:r>
              </w:sdtContent>
            </w:sdt>
          </w:p>
        </w:tc>
        <w:tc>
          <w:tcPr>
            <w:tcW w:type="dxa" w:w="1944"/>
            <w:shd w:val="clear" w:color="auto" w:fill="EEF2FA"/>
          </w:tcPr>
          <w:p>
            <w:pPr>
              <w:spacing w:before="0" w:after="0"/>
              <w:jc w:val="left"/>
            </w:pPr>
            <w:r>
              <w:rPr>
                <w:b/>
                <w:color w:val="1E3A8A"/>
                <w:sz w:val="18"/>
              </w:rPr>
              <w:t>Hotel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sdt>
              <w:sdtPr>
                <w:alias w:val="Hotel"/>
                <w:tag w:val="Hotel"/>
                <w:text/>
              </w:sdtPr>
              <w:sdtContent>
                <w:r>
                  <w:rPr>
                    <w:color w:val="1F2937"/>
                    <w:sz w:val="20"/>
                  </w:rPr>
                  <w:t>Downtown Business Hotel</w:t>
                </w:r>
              </w:sdtContent>
            </w:sdt>
          </w:p>
        </w:tc>
      </w:tr>
    </w:tbl>
    <w:p>
      <w:pPr>
        <w:spacing w:before="0" w:after="0" w:line="200" w:lineRule="exact"/>
        <w:jc w:val="left"/>
        <w:rPr>
          <w:sz w:val="16"/>
        </w:rPr>
      </w:pP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86" w:type="dxa"/>
          <w:bottom w:w="115" w:type="dxa"/>
          <w:right w:w="86" w:type="dxa"/>
        </w:tblCellMar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FFFFFF"/>
          </w:tcPr>
          <w:p>
            <w:pPr>
              <w:shd w:val="clear" w:color="auto" w:fill="1E3A8A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TRAVEL &amp; DOCUMENTS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ID / passport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Boarding passes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Hotel &amp; car confirmations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Corporate card &amp; cash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Expense receipts envelope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C8C8C8"/>
                <w:sz w:val="19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475569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WORK ESSENTIALS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Laptop &amp; charger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Presentation (USB + cloud)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Business cards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Notebook &amp; pens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Product samples / brochures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C8C8C8"/>
                <w:sz w:val="19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1E3A8A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TECH &amp; GADGETS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Phone &amp; charger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Power bank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Wireless mouse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Noise-cancelling headphones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HDMI / USB-C adapters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C8C8C8"/>
                <w:sz w:val="19"/>
              </w:rPr>
              <w:t xml:space="preserve">  __________________________</w:t>
            </w:r>
          </w:p>
        </w:tc>
      </w:tr>
      <w:tr>
        <w:tc>
          <w:tcPr>
            <w:tcW w:type="dxa" w:w="3600"/>
            <w:shd w:val="clear" w:color="auto" w:fill="FFFFFF"/>
          </w:tcPr>
          <w:p>
            <w:pPr>
              <w:shd w:val="clear" w:color="auto" w:fill="475569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BUSINESS ATTIRE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Suits / blazers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Dress shirts or blouses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Trousers / skirts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Belt, tie &amp; accessories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Dress shoes &amp; socks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C8C8C8"/>
                <w:sz w:val="19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1E3A8A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TOILETRIES &amp; PERSONAL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Toiletry kit (travel size)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Medications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Glasses / contacts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Comfortable travel outfit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Gym clothes (optional)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1E3A8A"/>
                    <w:sz w:val="21"/>
                  </w:rPr>
                  <w:t>☐</w:t>
                </w:r>
              </w:sdtContent>
            </w:sdt>
            <w:r>
              <w:rPr>
                <w:color w:val="C8C8C8"/>
                <w:sz w:val="19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475569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BEFORE YOU LEAVE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Set out-of-office reply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Share itinerary with team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Confirm meetings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Download offline files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333333"/>
                <w:sz w:val="19"/>
              </w:rPr>
              <w:t xml:space="preserve">  Check weather forecast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475569"/>
                    <w:sz w:val="21"/>
                  </w:rPr>
                  <w:t>☐</w:t>
                </w:r>
              </w:sdtContent>
            </w:sdt>
            <w:r>
              <w:rPr>
                <w:color w:val="C8C8C8"/>
                <w:sz w:val="19"/>
              </w:rPr>
              <w:t xml:space="preserve">  __________________________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</w:p>
    <w:p>
      <w:pPr>
        <w:spacing w:before="0" w:after="60"/>
        <w:jc w:val="left"/>
      </w:pPr>
      <w:r>
        <w:rPr>
          <w:b/>
          <w:color w:val="1E3A8A"/>
          <w:spacing w:val="40"/>
          <w:sz w:val="20"/>
        </w:rPr>
        <w:t>ITINERARY</w:t>
      </w:r>
    </w:p>
    <w:tbl>
      <w:tblPr>
        <w:tblW w:w="10512" w:type="dxa"/>
        <w:jc w:val="center"/>
        <w:tblBorders>
          <w:top w:val="single" w:sz="6" w:space="0" w:color="B4C0D3"/>
          <w:left w:val="single" w:sz="6" w:space="0" w:color="B4C0D3"/>
          <w:bottom w:val="single" w:sz="6" w:space="0" w:color="B4C0D3"/>
          <w:right w:val="single" w:sz="6" w:space="0" w:color="B4C0D3"/>
          <w:insideH w:val="single" w:sz="4" w:space="0" w:color="D6DCE5"/>
          <w:insideV w:val="single" w:sz="4" w:space="0" w:color="D6DCE5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440"/>
        <w:gridCol w:w="1152"/>
        <w:gridCol w:w="3600"/>
        <w:gridCol w:w="2448"/>
        <w:gridCol w:w="1872"/>
      </w:tblGrid>
      <w:tr>
        <w:tc>
          <w:tcPr>
            <w:tcW w:type="dxa" w:w="1440"/>
            <w:shd w:val="clear" w:color="auto" w:fill="1E3A8A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1152"/>
            <w:shd w:val="clear" w:color="auto" w:fill="1E3A8A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3600"/>
            <w:shd w:val="clear" w:color="auto" w:fill="1E3A8A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Activity / Meeting</w:t>
            </w:r>
          </w:p>
        </w:tc>
        <w:tc>
          <w:tcPr>
            <w:tcW w:type="dxa" w:w="2448"/>
            <w:shd w:val="clear" w:color="auto" w:fill="1E3A8A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Location</w:t>
            </w:r>
          </w:p>
        </w:tc>
        <w:tc>
          <w:tcPr>
            <w:tcW w:type="dxa" w:w="1872"/>
            <w:shd w:val="clear" w:color="auto" w:fill="1E3A8A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rPr>
          <w:trHeight w:val="389" w:hRule="atLeast"/>
          <w:cantSplit/>
        </w:trP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Sept 14</w:t>
            </w:r>
          </w:p>
        </w:tc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08:15</w:t>
            </w:r>
          </w:p>
        </w:tc>
        <w:tc>
          <w:tcPr>
            <w:tcW w:type="dxa" w:w="3600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Flight to Chicago</w:t>
            </w:r>
          </w:p>
        </w:tc>
        <w:tc>
          <w:tcPr>
            <w:tcW w:type="dxa" w:w="2448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Airport T2</w:t>
            </w:r>
          </w:p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Check-in online</w:t>
            </w:r>
          </w:p>
        </w:tc>
      </w:tr>
      <w:tr>
        <w:trPr>
          <w:trHeight w:val="389" w:hRule="atLeast"/>
          <w:cantSplit/>
        </w:trPr>
        <w:tc>
          <w:tcPr>
            <w:tcW w:type="dxa" w:w="1440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Sept 14</w:t>
            </w:r>
          </w:p>
        </w:tc>
        <w:tc>
          <w:tcPr>
            <w:tcW w:type="dxa" w:w="1152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14:00</w:t>
            </w:r>
          </w:p>
        </w:tc>
        <w:tc>
          <w:tcPr>
            <w:tcW w:type="dxa" w:w="3600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Client meeting - Sample Corp.</w:t>
            </w:r>
          </w:p>
        </w:tc>
        <w:tc>
          <w:tcPr>
            <w:tcW w:type="dxa" w:w="2448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Client HQ</w:t>
            </w:r>
          </w:p>
        </w:tc>
        <w:tc>
          <w:tcPr>
            <w:tcW w:type="dxa" w:w="1872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Bring proposal</w:t>
            </w:r>
          </w:p>
        </w:tc>
      </w:tr>
      <w:tr>
        <w:trPr>
          <w:trHeight w:val="389" w:hRule="atLeast"/>
          <w:cantSplit/>
        </w:trP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Sept 15</w:t>
            </w:r>
          </w:p>
        </w:tc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09:00</w:t>
            </w:r>
          </w:p>
        </w:tc>
        <w:tc>
          <w:tcPr>
            <w:tcW w:type="dxa" w:w="3600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Trade show - booth setup</w:t>
            </w:r>
          </w:p>
        </w:tc>
        <w:tc>
          <w:tcPr>
            <w:tcW w:type="dxa" w:w="2448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Convention Center</w:t>
            </w:r>
          </w:p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Booth #214</w:t>
            </w:r>
          </w:p>
        </w:tc>
      </w:tr>
      <w:tr>
        <w:trPr>
          <w:trHeight w:val="389" w:hRule="atLeast"/>
          <w:cantSplit/>
        </w:trPr>
        <w:tc>
          <w:tcPr>
            <w:tcW w:type="dxa" w:w="1440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Sept 16</w:t>
            </w:r>
          </w:p>
        </w:tc>
        <w:tc>
          <w:tcPr>
            <w:tcW w:type="dxa" w:w="1152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12:30</w:t>
            </w:r>
          </w:p>
        </w:tc>
        <w:tc>
          <w:tcPr>
            <w:tcW w:type="dxa" w:w="3600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Lunch with partner</w:t>
            </w:r>
          </w:p>
        </w:tc>
        <w:tc>
          <w:tcPr>
            <w:tcW w:type="dxa" w:w="2448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Restaurant TBD</w:t>
            </w:r>
          </w:p>
        </w:tc>
        <w:tc>
          <w:tcPr>
            <w:tcW w:type="dxa" w:w="1872"/>
            <w:shd w:val="clear" w:color="auto" w:fill="F5F7FB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Sept 17</w:t>
            </w:r>
          </w:p>
        </w:tc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18:40</w:t>
            </w:r>
          </w:p>
        </w:tc>
        <w:tc>
          <w:tcPr>
            <w:tcW w:type="dxa" w:w="3600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Return flight</w:t>
            </w:r>
          </w:p>
        </w:tc>
        <w:tc>
          <w:tcPr>
            <w:tcW w:type="dxa" w:w="2448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  <w:t>Airport T2</w:t>
            </w:r>
          </w:p>
        </w:tc>
        <w:tc>
          <w:tcPr>
            <w:tcW w:type="dxa" w:w="1872"/>
          </w:tcPr>
          <w:p>
            <w:pPr>
              <w:spacing w:before="0" w:after="0"/>
              <w:jc w:val="left"/>
            </w:pPr>
            <w:r>
              <w:rPr>
                <w:color w:val="333333"/>
                <w:sz w:val="18"/>
              </w:rPr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Trip Packing Checklist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