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8" w:space="0" w:color="0B3D91"/>
          <w:left w:val="single" w:sz="8" w:space="0" w:color="0B3D91"/>
          <w:bottom w:val="single" w:sz="8" w:space="0" w:color="0B3D91"/>
          <w:right w:val="single" w:sz="8" w:space="0" w:color="0B3D91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720" w:hRule="exact"/>
          <w:cantSplit/>
        </w:trPr>
        <w:tc>
          <w:tcPr>
            <w:tcW w:type="dxa" w:w="7992"/>
            <w:tcBorders>
              <w:right w:val="dashed" w:sz="12" w:space="0" w:color="8EA9DB"/>
            </w:tcBorders>
            <w:shd w:val="clear" w:color="auto" w:fill="0B3D91"/>
            <w:tcMar>
              <w:top w:w="0" w:type="dxa"/>
              <w:left w:w="360" w:type="dxa"/>
              <w:bottom w:w="0" w:type="dxa"/>
              <w:right w:w="288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20"/>
                <w:sz w:val="24"/>
              </w:rPr>
              <w:t>✈  CELEBRATION AIRWAYS     BOARDING PASS</w:t>
            </w:r>
          </w:p>
        </w:tc>
        <w:tc>
          <w:tcPr>
            <w:tcW w:type="dxa" w:w="2808"/>
            <w:shd w:val="clear" w:color="auto" w:fill="F28C2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BOARDING PASS</w:t>
            </w:r>
          </w:p>
        </w:tc>
      </w:tr>
      <w:tr>
        <w:trPr>
          <w:trHeight w:val="3672" w:hRule="exact"/>
          <w:cantSplit/>
        </w:trPr>
        <w:tc>
          <w:tcPr>
            <w:tcW w:type="dxa" w:w="7992"/>
            <w:tcBorders>
              <w:right w:val="dashed" w:sz="12" w:space="0" w:color="8EA9DB"/>
            </w:tcBorders>
            <w:tcMar>
              <w:top w:w="144" w:type="dxa"/>
              <w:left w:w="360" w:type="dxa"/>
              <w:bottom w:w="115" w:type="dxa"/>
              <w:right w:w="288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PASSENGER</w:t>
            </w:r>
          </w:p>
          <w:p>
            <w:pPr>
              <w:spacing w:before="0" w:after="80"/>
              <w:jc w:val="left"/>
            </w:pPr>
            <w:r>
              <w:rPr>
                <w:b/>
                <w:color w:val="0B3D91"/>
                <w:sz w:val="24"/>
              </w:rPr>
              <w:t>YOU + GUEST</w:t>
            </w:r>
          </w:p>
          <w:tbl>
            <w:tblPr>
              <w:tblW w:w="70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1584"/>
              <w:gridCol w:w="2736"/>
            </w:tblGrid>
            <w:tr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FROM</w:t>
                  </w:r>
                </w:p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b/>
                      <w:color w:val="0B3D91"/>
                      <w:sz w:val="52"/>
                    </w:rPr>
                    <w:t>HOME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Your City</w:t>
                  </w:r>
                </w:p>
              </w:tc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28C28"/>
                      <w:sz w:val="48"/>
                    </w:rPr>
                    <w:t>✈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TO</w:t>
                  </w:r>
                </w:p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b/>
                      <w:color w:val="0B3D91"/>
                      <w:sz w:val="52"/>
                    </w:rPr>
                    <w:t>PARTY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Destination: Fun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712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440"/>
              <w:gridCol w:w="1512"/>
              <w:gridCol w:w="1368"/>
              <w:gridCol w:w="1368"/>
              <w:gridCol w:w="1440"/>
            </w:tblGrid>
            <w:tr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FLIGHT</w:t>
                  </w:r>
                </w:p>
              </w:tc>
              <w:tc>
                <w:tcPr>
                  <w:tcW w:type="dxa" w:w="15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DATE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BOARDING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GATE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SEAT</w:t>
                  </w:r>
                </w:p>
              </w:tc>
            </w:tr>
            <w:tr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MIA40</w:t>
                  </w:r>
                </w:p>
              </w:tc>
              <w:tc>
                <w:tcPr>
                  <w:tcW w:type="dxa" w:w="15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14 NOV 2026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6:30 PM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Your Home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1A</w:t>
                  </w:r>
                </w:p>
              </w:tc>
            </w:tr>
          </w:tbl>
          <w:p>
            <w:pPr>
              <w:spacing w:before="120" w:after="0"/>
              <w:jc w:val="left"/>
            </w:pPr>
            <w:r>
              <w:rPr>
                <w:i/>
                <w:color w:val="F28C28"/>
                <w:sz w:val="17"/>
              </w:rPr>
              <w:t>Join us for Mia’s 40th birthday! 12 Ocean View Rd, City. RSVP by Nov 7: (000) 000-0000</w:t>
            </w:r>
          </w:p>
        </w:tc>
        <w:tc>
          <w:tcPr>
            <w:tcW w:type="dxa" w:w="2808"/>
            <w:tcMar>
              <w:top w:w="144" w:type="dxa"/>
              <w:left w:w="216" w:type="dxa"/>
              <w:bottom w:w="115" w:type="dxa"/>
              <w:right w:w="216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PASSENGER</w:t>
            </w:r>
          </w:p>
          <w:p>
            <w:pPr>
              <w:spacing w:before="0" w:after="80"/>
              <w:jc w:val="left"/>
            </w:pPr>
            <w:r>
              <w:rPr>
                <w:b/>
                <w:color w:val="0B3D91"/>
                <w:sz w:val="20"/>
              </w:rPr>
              <w:t>YOU + GUEST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FLIGHT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MIA40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DATE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14 NOV 2026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SEAT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1A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GATE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Your Home</w:t>
            </w:r>
          </w:p>
          <w:p>
            <w:pPr>
              <w:spacing w:before="80" w:after="0"/>
              <w:jc w:val="left"/>
            </w:pPr>
            <w:r>
              <w:rPr>
                <w:color w:val="262626"/>
                <w:sz w:val="26"/>
              </w:rPr>
              <w:t>|| ||| | |||| || |||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0B3D91"/>
          <w:left w:val="single" w:sz="8" w:space="0" w:color="0B3D91"/>
          <w:bottom w:val="single" w:sz="8" w:space="0" w:color="0B3D91"/>
          <w:right w:val="single" w:sz="8" w:space="0" w:color="0B3D91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720" w:hRule="exact"/>
          <w:cantSplit/>
        </w:trPr>
        <w:tc>
          <w:tcPr>
            <w:tcW w:type="dxa" w:w="7992"/>
            <w:tcBorders>
              <w:right w:val="dashed" w:sz="12" w:space="0" w:color="8EA9DB"/>
            </w:tcBorders>
            <w:shd w:val="clear" w:color="auto" w:fill="0B3D91"/>
            <w:tcMar>
              <w:top w:w="0" w:type="dxa"/>
              <w:left w:w="360" w:type="dxa"/>
              <w:bottom w:w="0" w:type="dxa"/>
              <w:right w:w="288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20"/>
                <w:sz w:val="24"/>
              </w:rPr>
              <w:t>✈  CELEBRATION AIRWAYS     BOARDING PASS</w:t>
            </w:r>
          </w:p>
        </w:tc>
        <w:tc>
          <w:tcPr>
            <w:tcW w:type="dxa" w:w="2808"/>
            <w:shd w:val="clear" w:color="auto" w:fill="F28C2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BOARDING PASS</w:t>
            </w:r>
          </w:p>
        </w:tc>
      </w:tr>
      <w:tr>
        <w:trPr>
          <w:trHeight w:val="3672" w:hRule="exact"/>
          <w:cantSplit/>
        </w:trPr>
        <w:tc>
          <w:tcPr>
            <w:tcW w:type="dxa" w:w="7992"/>
            <w:tcBorders>
              <w:right w:val="dashed" w:sz="12" w:space="0" w:color="8EA9DB"/>
            </w:tcBorders>
            <w:tcMar>
              <w:top w:w="144" w:type="dxa"/>
              <w:left w:w="360" w:type="dxa"/>
              <w:bottom w:w="115" w:type="dxa"/>
              <w:right w:w="288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PASSENGER</w:t>
            </w:r>
          </w:p>
          <w:p>
            <w:pPr>
              <w:spacing w:before="0" w:after="80"/>
              <w:jc w:val="left"/>
            </w:pPr>
            <w:r>
              <w:rPr>
                <w:b/>
                <w:color w:val="0B3D91"/>
                <w:sz w:val="24"/>
              </w:rPr>
              <w:t>YOU + GUEST</w:t>
            </w:r>
          </w:p>
          <w:tbl>
            <w:tblPr>
              <w:tblW w:w="70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1584"/>
              <w:gridCol w:w="2736"/>
            </w:tblGrid>
            <w:tr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FROM</w:t>
                  </w:r>
                </w:p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b/>
                      <w:color w:val="0B3D91"/>
                      <w:sz w:val="52"/>
                    </w:rPr>
                    <w:t>HOME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Your City</w:t>
                  </w:r>
                </w:p>
              </w:tc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28C28"/>
                      <w:sz w:val="48"/>
                    </w:rPr>
                    <w:t>✈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TO</w:t>
                  </w:r>
                </w:p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b/>
                      <w:color w:val="0B3D91"/>
                      <w:sz w:val="52"/>
                    </w:rPr>
                    <w:t>PARTY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Destination: Fun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712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440"/>
              <w:gridCol w:w="1512"/>
              <w:gridCol w:w="1368"/>
              <w:gridCol w:w="1368"/>
              <w:gridCol w:w="1440"/>
            </w:tblGrid>
            <w:tr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FLIGHT</w:t>
                  </w:r>
                </w:p>
              </w:tc>
              <w:tc>
                <w:tcPr>
                  <w:tcW w:type="dxa" w:w="15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DATE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BOARDING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GATE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SEAT</w:t>
                  </w:r>
                </w:p>
              </w:tc>
            </w:tr>
            <w:tr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MIA40</w:t>
                  </w:r>
                </w:p>
              </w:tc>
              <w:tc>
                <w:tcPr>
                  <w:tcW w:type="dxa" w:w="15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14 NOV 2026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6:30 PM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Your Home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1A</w:t>
                  </w:r>
                </w:p>
              </w:tc>
            </w:tr>
          </w:tbl>
          <w:p>
            <w:pPr>
              <w:spacing w:before="120" w:after="0"/>
              <w:jc w:val="left"/>
            </w:pPr>
            <w:r>
              <w:rPr>
                <w:i/>
                <w:color w:val="F28C28"/>
                <w:sz w:val="17"/>
              </w:rPr>
              <w:t>Join us for Mia’s 40th birthday! 12 Ocean View Rd, City. RSVP by Nov 7: (000) 000-0000</w:t>
            </w:r>
          </w:p>
        </w:tc>
        <w:tc>
          <w:tcPr>
            <w:tcW w:type="dxa" w:w="2808"/>
            <w:tcMar>
              <w:top w:w="144" w:type="dxa"/>
              <w:left w:w="216" w:type="dxa"/>
              <w:bottom w:w="115" w:type="dxa"/>
              <w:right w:w="216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PASSENGER</w:t>
            </w:r>
          </w:p>
          <w:p>
            <w:pPr>
              <w:spacing w:before="0" w:after="80"/>
              <w:jc w:val="left"/>
            </w:pPr>
            <w:r>
              <w:rPr>
                <w:b/>
                <w:color w:val="0B3D91"/>
                <w:sz w:val="20"/>
              </w:rPr>
              <w:t>YOU + GUEST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FLIGHT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MIA40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DATE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14 NOV 2026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SEAT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1A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GATE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Your Home</w:t>
            </w:r>
          </w:p>
          <w:p>
            <w:pPr>
              <w:spacing w:before="80" w:after="0"/>
              <w:jc w:val="left"/>
            </w:pPr>
            <w:r>
              <w:rPr>
                <w:color w:val="262626"/>
                <w:sz w:val="26"/>
              </w:rPr>
              <w:t>|| ||| | |||| || |||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0B3D91"/>
          <w:left w:val="single" w:sz="8" w:space="0" w:color="0B3D91"/>
          <w:bottom w:val="single" w:sz="8" w:space="0" w:color="0B3D91"/>
          <w:right w:val="single" w:sz="8" w:space="0" w:color="0B3D91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720" w:hRule="exact"/>
          <w:cantSplit/>
        </w:trPr>
        <w:tc>
          <w:tcPr>
            <w:tcW w:type="dxa" w:w="7992"/>
            <w:tcBorders>
              <w:right w:val="dashed" w:sz="12" w:space="0" w:color="8EA9DB"/>
            </w:tcBorders>
            <w:shd w:val="clear" w:color="auto" w:fill="0B3D91"/>
            <w:tcMar>
              <w:top w:w="0" w:type="dxa"/>
              <w:left w:w="360" w:type="dxa"/>
              <w:bottom w:w="0" w:type="dxa"/>
              <w:right w:w="288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20"/>
                <w:sz w:val="24"/>
              </w:rPr>
              <w:t>✈  CELEBRATION AIRWAYS     BOARDING PASS</w:t>
            </w:r>
          </w:p>
        </w:tc>
        <w:tc>
          <w:tcPr>
            <w:tcW w:type="dxa" w:w="2808"/>
            <w:shd w:val="clear" w:color="auto" w:fill="F28C2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BOARDING PASS</w:t>
            </w:r>
          </w:p>
        </w:tc>
      </w:tr>
      <w:tr>
        <w:trPr>
          <w:trHeight w:val="3672" w:hRule="exact"/>
          <w:cantSplit/>
        </w:trPr>
        <w:tc>
          <w:tcPr>
            <w:tcW w:type="dxa" w:w="7992"/>
            <w:tcBorders>
              <w:right w:val="dashed" w:sz="12" w:space="0" w:color="8EA9DB"/>
            </w:tcBorders>
            <w:tcMar>
              <w:top w:w="144" w:type="dxa"/>
              <w:left w:w="360" w:type="dxa"/>
              <w:bottom w:w="115" w:type="dxa"/>
              <w:right w:w="288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PASSENGER</w:t>
            </w:r>
          </w:p>
          <w:p>
            <w:pPr>
              <w:spacing w:before="0" w:after="80"/>
              <w:jc w:val="left"/>
            </w:pPr>
            <w:r>
              <w:rPr>
                <w:b/>
                <w:color w:val="0B3D91"/>
                <w:sz w:val="24"/>
              </w:rPr>
              <w:t>YOU + GUEST</w:t>
            </w:r>
          </w:p>
          <w:tbl>
            <w:tblPr>
              <w:tblW w:w="705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1584"/>
              <w:gridCol w:w="2736"/>
            </w:tblGrid>
            <w:tr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FROM</w:t>
                  </w:r>
                </w:p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b/>
                      <w:color w:val="0B3D91"/>
                      <w:sz w:val="52"/>
                    </w:rPr>
                    <w:t>HOME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Your City</w:t>
                  </w:r>
                </w:p>
              </w:tc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28C28"/>
                      <w:sz w:val="48"/>
                    </w:rPr>
                    <w:t>✈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TO</w:t>
                  </w:r>
                </w:p>
                <w:p>
                  <w:pPr>
                    <w:spacing w:before="0" w:after="0" w:line="216" w:lineRule="auto"/>
                    <w:jc w:val="left"/>
                  </w:pPr>
                  <w:r>
                    <w:rPr>
                      <w:b/>
                      <w:color w:val="0B3D91"/>
                      <w:sz w:val="52"/>
                    </w:rPr>
                    <w:t>PARTY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Destination: Fun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712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440"/>
              <w:gridCol w:w="1512"/>
              <w:gridCol w:w="1368"/>
              <w:gridCol w:w="1368"/>
              <w:gridCol w:w="1440"/>
            </w:tblGrid>
            <w:tr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FLIGHT</w:t>
                  </w:r>
                </w:p>
              </w:tc>
              <w:tc>
                <w:tcPr>
                  <w:tcW w:type="dxa" w:w="15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DATE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BOARDING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GATE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F7F7F"/>
                      <w:sz w:val="14"/>
                    </w:rPr>
                    <w:t>SEAT</w:t>
                  </w:r>
                </w:p>
              </w:tc>
            </w:tr>
            <w:tr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MIA40</w:t>
                  </w:r>
                </w:p>
              </w:tc>
              <w:tc>
                <w:tcPr>
                  <w:tcW w:type="dxa" w:w="15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14 NOV 2026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6:30 PM</w:t>
                  </w:r>
                </w:p>
              </w:tc>
              <w:tc>
                <w:tcPr>
                  <w:tcW w:type="dxa" w:w="13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Your Home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62626"/>
                      <w:sz w:val="20"/>
                    </w:rPr>
                    <w:t>1A</w:t>
                  </w:r>
                </w:p>
              </w:tc>
            </w:tr>
          </w:tbl>
          <w:p>
            <w:pPr>
              <w:spacing w:before="120" w:after="0"/>
              <w:jc w:val="left"/>
            </w:pPr>
            <w:r>
              <w:rPr>
                <w:i/>
                <w:color w:val="F28C28"/>
                <w:sz w:val="17"/>
              </w:rPr>
              <w:t>Join us for Mia’s 40th birthday! 12 Ocean View Rd, City. RSVP by Nov 7: (000) 000-0000</w:t>
            </w:r>
          </w:p>
        </w:tc>
        <w:tc>
          <w:tcPr>
            <w:tcW w:type="dxa" w:w="2808"/>
            <w:tcMar>
              <w:top w:w="144" w:type="dxa"/>
              <w:left w:w="216" w:type="dxa"/>
              <w:bottom w:w="115" w:type="dxa"/>
              <w:right w:w="216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PASSENGER</w:t>
            </w:r>
          </w:p>
          <w:p>
            <w:pPr>
              <w:spacing w:before="0" w:after="80"/>
              <w:jc w:val="left"/>
            </w:pPr>
            <w:r>
              <w:rPr>
                <w:b/>
                <w:color w:val="0B3D91"/>
                <w:sz w:val="20"/>
              </w:rPr>
              <w:t>YOU + GUEST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FLIGHT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MIA40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DATE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14 NOV 2026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SEAT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1A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7F7F7F"/>
                <w:sz w:val="14"/>
              </w:rPr>
              <w:t>GATE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62626"/>
                <w:sz w:val="20"/>
              </w:rPr>
              <w:t>Your Home</w:t>
            </w:r>
          </w:p>
          <w:p>
            <w:pPr>
              <w:spacing w:before="80" w:after="0"/>
              <w:jc w:val="left"/>
            </w:pPr>
            <w:r>
              <w:rPr>
                <w:color w:val="262626"/>
                <w:sz w:val="26"/>
              </w:rPr>
              <w:t>|| ||| | |||| || |||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Boarding Pass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