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4832" w:type="dxa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firstColumn="1" w:firstRow="1" w:lastColumn="0" w:lastRow="0" w:noHBand="0" w:noVBand="1" w:val="04A0"/>
      </w:tblPr>
      <w:tblGrid>
        <w:gridCol w:w="7416"/>
        <w:gridCol w:w="7416"/>
      </w:tblGrid>
      <w:tr>
        <w:trPr>
          <w:trHeight w:val="10872" w:hRule="exact"/>
          <w:cantSplit/>
        </w:trPr>
        <w:tc>
          <w:tcPr>
            <w:tcW w:type="dxa" w:w="7416"/>
            <w:tcBorders>
              <w:right w:val="dashed" w:sz="4" w:space="0" w:color="C8C8C8"/>
            </w:tcBorders>
            <w:shd w:val="clear" w:color="auto" w:fill="FFFFFF"/>
            <w:tcMar>
              <w:top w:w="576" w:type="dxa"/>
              <w:left w:w="720" w:type="dxa"/>
              <w:bottom w:w="576" w:type="dxa"/>
              <w:right w:w="720" w:type="dxa"/>
            </w:tcMar>
            <w:vAlign w:val="center"/>
          </w:tcPr>
          <w:p>
            <w:pPr>
              <w:spacing w:before="0" w:after="0" w:line="6600" w:lineRule="exact"/>
              <w:jc w:val="left"/>
              <w:rPr>
                <w:sz w:val="528"/>
              </w:rPr>
            </w:pPr>
          </w:p>
          <w:p>
            <w:pPr>
              <w:spacing w:before="0" w:after="0"/>
              <w:jc w:val="center"/>
            </w:pPr>
            <w:r>
              <w:rPr>
                <w:rFonts w:ascii="Segoe UI Symbol" w:hAnsi="Segoe UI Symbol" w:cs="Segoe UI Symbol" w:eastAsia="Segoe UI Symbol"/>
                <w:color w:val="B08968"/>
                <w:sz w:val="24"/>
              </w:rPr>
              <w:t>◆</w:t>
            </w:r>
          </w:p>
          <w:p>
            <w:pPr>
              <w:spacing w:before="80" w:after="0"/>
              <w:jc w:val="center"/>
            </w:pPr>
            <w:r>
              <w:rPr>
                <w:i/>
                <w:color w:val="B08968"/>
                <w:sz w:val="16"/>
              </w:rPr>
              <w:t>Designed for you by</w:t>
            </w:r>
          </w:p>
          <w:p>
            <w:pPr>
              <w:spacing w:before="0" w:after="0"/>
              <w:jc w:val="center"/>
            </w:pPr>
            <w:r>
              <w:rPr>
                <w:b/>
                <w:color w:val="B08968"/>
                <w:sz w:val="19"/>
              </w:rPr>
              <w:t>Your Name or Company Name</w:t>
            </w:r>
          </w:p>
          <w:p>
            <w:pPr>
              <w:spacing w:before="0" w:after="0"/>
              <w:jc w:val="center"/>
            </w:pPr>
            <w:r>
              <w:rPr>
                <w:color w:val="B08968"/>
                <w:sz w:val="16"/>
              </w:rPr>
              <w:t>www.yourwebsite.com</w:t>
            </w:r>
          </w:p>
        </w:tc>
        <w:tc>
          <w:tcPr>
            <w:tcW w:type="dxa" w:w="7416"/>
            <w:shd w:val="clear" w:color="auto" w:fill="FFF8EF"/>
            <w:tcMar>
              <w:top w:w="576" w:type="dxa"/>
              <w:left w:w="720" w:type="dxa"/>
              <w:bottom w:w="576" w:type="dxa"/>
              <w:right w:w="720" w:type="dxa"/>
            </w:tcMar>
            <w:vAlign w:val="center"/>
          </w:tcPr>
          <w:p>
            <w:pPr>
              <w:spacing w:before="0" w:after="800"/>
              <w:jc w:val="center"/>
            </w:pPr>
            <w:r>
              <w:rPr>
                <w:rFonts w:ascii="Arial" w:hAnsi="Arial" w:cs="Arial" w:eastAsia="Arial"/>
                <w:color w:val="E76F51"/>
                <w:sz w:val="32"/>
              </w:rPr>
              <w:t xml:space="preserve">● </w:t>
            </w:r>
            <w:r>
              <w:rPr>
                <w:rFonts w:ascii="Arial" w:hAnsi="Arial" w:cs="Arial" w:eastAsia="Arial"/>
                <w:color w:val="F4A261"/>
                <w:sz w:val="32"/>
              </w:rPr>
              <w:t xml:space="preserve">● </w:t>
            </w:r>
            <w:r>
              <w:rPr>
                <w:rFonts w:ascii="Arial" w:hAnsi="Arial" w:cs="Arial" w:eastAsia="Arial"/>
                <w:color w:val="2A9D8F"/>
                <w:sz w:val="32"/>
              </w:rPr>
              <w:t xml:space="preserve">● </w:t>
            </w:r>
            <w:r>
              <w:rPr>
                <w:rFonts w:ascii="Arial" w:hAnsi="Arial" w:cs="Arial" w:eastAsia="Arial"/>
                <w:color w:val="E9C46A"/>
                <w:sz w:val="32"/>
              </w:rPr>
              <w:t xml:space="preserve">● </w:t>
            </w:r>
            <w:r>
              <w:rPr>
                <w:rFonts w:ascii="Arial" w:hAnsi="Arial" w:cs="Arial" w:eastAsia="Arial"/>
                <w:color w:val="8E7DBE"/>
                <w:sz w:val="32"/>
              </w:rPr>
              <w:t xml:space="preserve">● </w:t>
            </w:r>
            <w:r>
              <w:rPr>
                <w:rFonts w:ascii="Arial" w:hAnsi="Arial" w:cs="Arial" w:eastAsia="Arial"/>
                <w:color w:val="E76F51"/>
                <w:sz w:val="32"/>
              </w:rPr>
              <w:t xml:space="preserve">● </w:t>
            </w:r>
            <w:r>
              <w:rPr>
                <w:rFonts w:ascii="Arial" w:hAnsi="Arial" w:cs="Arial" w:eastAsia="Arial"/>
                <w:color w:val="F4A261"/>
                <w:sz w:val="32"/>
              </w:rPr>
              <w:t xml:space="preserve">● </w:t>
            </w:r>
            <w:r>
              <w:rPr>
                <w:rFonts w:ascii="Arial" w:hAnsi="Arial" w:cs="Arial" w:eastAsia="Arial"/>
                <w:color w:val="2A9D8F"/>
                <w:sz w:val="32"/>
              </w:rPr>
              <w:t xml:space="preserve">● </w:t>
            </w:r>
            <w:r>
              <w:rPr>
                <w:rFonts w:ascii="Arial" w:hAnsi="Arial" w:cs="Arial" w:eastAsia="Arial"/>
                <w:color w:val="E9C46A"/>
                <w:sz w:val="32"/>
              </w:rPr>
              <w:t xml:space="preserve">● </w:t>
            </w:r>
          </w:p>
          <w:p>
            <w:pPr>
              <w:spacing w:before="0" w:after="0" w:line="216" w:lineRule="auto"/>
              <w:jc w:val="center"/>
            </w:pPr>
            <w:r>
              <w:rPr>
                <w:rFonts w:ascii="Brush Script MT" w:hAnsi="Brush Script MT" w:cs="Brush Script MT" w:eastAsia="Brush Script MT"/>
                <w:color w:val="E76F51"/>
                <w:sz w:val="146"/>
              </w:rPr>
              <w:t>Happy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rial" w:hAnsi="Arial" w:cs="Arial" w:eastAsia="Arial"/>
                <w:b/>
                <w:color w:val="264653"/>
                <w:spacing w:val="80"/>
                <w:sz w:val="76"/>
              </w:rPr>
              <w:t>BIRTHDAY</w:t>
            </w:r>
          </w:p>
          <w:p>
            <w:pPr>
              <w:spacing w:before="200" w:after="800"/>
              <w:jc w:val="center"/>
            </w:pPr>
            <w:r>
              <w:rPr>
                <w:i/>
                <w:color w:val="7F7F7F"/>
                <w:sz w:val="32"/>
              </w:rPr>
              <w:t>to someone truly wonderful</w:t>
            </w:r>
          </w:p>
          <w:p>
            <w:pPr>
              <w:spacing w:before="0" w:after="0"/>
              <w:jc w:val="center"/>
            </w:pPr>
            <w:r>
              <w:rPr>
                <w:rFonts w:ascii="Arial" w:hAnsi="Arial" w:cs="Arial" w:eastAsia="Arial"/>
                <w:color w:val="8E7DBE"/>
                <w:sz w:val="32"/>
              </w:rPr>
              <w:t xml:space="preserve">● </w:t>
            </w:r>
            <w:r>
              <w:rPr>
                <w:rFonts w:ascii="Arial" w:hAnsi="Arial" w:cs="Arial" w:eastAsia="Arial"/>
                <w:color w:val="E9C46A"/>
                <w:sz w:val="32"/>
              </w:rPr>
              <w:t xml:space="preserve">● </w:t>
            </w:r>
            <w:r>
              <w:rPr>
                <w:rFonts w:ascii="Arial" w:hAnsi="Arial" w:cs="Arial" w:eastAsia="Arial"/>
                <w:color w:val="2A9D8F"/>
                <w:sz w:val="32"/>
              </w:rPr>
              <w:t xml:space="preserve">● </w:t>
            </w:r>
            <w:r>
              <w:rPr>
                <w:rFonts w:ascii="Arial" w:hAnsi="Arial" w:cs="Arial" w:eastAsia="Arial"/>
                <w:color w:val="F4A261"/>
                <w:sz w:val="32"/>
              </w:rPr>
              <w:t xml:space="preserve">● </w:t>
            </w:r>
            <w:r>
              <w:rPr>
                <w:rFonts w:ascii="Arial" w:hAnsi="Arial" w:cs="Arial" w:eastAsia="Arial"/>
                <w:color w:val="E76F51"/>
                <w:sz w:val="32"/>
              </w:rPr>
              <w:t xml:space="preserve">● </w:t>
            </w:r>
            <w:r>
              <w:rPr>
                <w:rFonts w:ascii="Arial" w:hAnsi="Arial" w:cs="Arial" w:eastAsia="Arial"/>
                <w:color w:val="8E7DBE"/>
                <w:sz w:val="32"/>
              </w:rPr>
              <w:t xml:space="preserve">● </w:t>
            </w:r>
            <w:r>
              <w:rPr>
                <w:rFonts w:ascii="Arial" w:hAnsi="Arial" w:cs="Arial" w:eastAsia="Arial"/>
                <w:color w:val="E9C46A"/>
                <w:sz w:val="32"/>
              </w:rPr>
              <w:t xml:space="preserve">● </w:t>
            </w:r>
            <w:r>
              <w:rPr>
                <w:rFonts w:ascii="Arial" w:hAnsi="Arial" w:cs="Arial" w:eastAsia="Arial"/>
                <w:color w:val="2A9D8F"/>
                <w:sz w:val="32"/>
              </w:rPr>
              <w:t xml:space="preserve">● </w:t>
            </w:r>
            <w:r>
              <w:rPr>
                <w:rFonts w:ascii="Arial" w:hAnsi="Arial" w:cs="Arial" w:eastAsia="Arial"/>
                <w:color w:val="F4A261"/>
                <w:sz w:val="32"/>
              </w:rPr>
              <w:t xml:space="preserve">● </w:t>
            </w:r>
          </w:p>
        </w:tc>
      </w:tr>
    </w:tbl>
    <w:p>
      <w:r>
        <w:br w:type="page"/>
      </w:r>
    </w:p>
    <w:tbl>
      <w:tblPr>
        <w:tblW w:w="14832" w:type="dxa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firstColumn="1" w:firstRow="1" w:lastColumn="0" w:lastRow="0" w:noHBand="0" w:noVBand="1" w:val="04A0"/>
      </w:tblPr>
      <w:tblGrid>
        <w:gridCol w:w="7416"/>
        <w:gridCol w:w="7416"/>
      </w:tblGrid>
      <w:tr>
        <w:trPr>
          <w:trHeight w:val="10872" w:hRule="exact"/>
          <w:cantSplit/>
        </w:trPr>
        <w:tc>
          <w:tcPr>
            <w:tcW w:type="dxa" w:w="7416"/>
            <w:tcBorders>
              <w:right w:val="dashed" w:sz="4" w:space="0" w:color="C8C8C8"/>
            </w:tcBorders>
            <w:tcMar>
              <w:top w:w="576" w:type="dxa"/>
              <w:left w:w="720" w:type="dxa"/>
              <w:bottom w:w="576" w:type="dxa"/>
              <w:right w:w="720" w:type="dxa"/>
            </w:tcMar>
            <w:vAlign w:val="center"/>
          </w:tcPr>
          <w:p>
            <w:pPr>
              <w:spacing w:before="0" w:after="0" w:line="336" w:lineRule="auto"/>
              <w:jc w:val="center"/>
            </w:pPr>
            <w:r>
              <w:rPr>
                <w:i/>
                <w:color w:val="7F7F7F"/>
                <w:sz w:val="32"/>
              </w:rPr>
              <w:t>“Count your life by smiles, not tears.”</w:t>
            </w:r>
          </w:p>
          <w:p>
            <w:pPr>
              <w:spacing w:before="120" w:after="0"/>
              <w:jc w:val="center"/>
            </w:pPr>
            <w:r>
              <w:rPr>
                <w:color w:val="A6A6A6"/>
                <w:sz w:val="18"/>
              </w:rPr>
              <w:t>— Anonymous</w:t>
            </w:r>
          </w:p>
        </w:tc>
        <w:tc>
          <w:tcPr>
            <w:tcW w:type="dxa" w:w="7416"/>
            <w:tcMar>
              <w:top w:w="576" w:type="dxa"/>
              <w:left w:w="720" w:type="dxa"/>
              <w:bottom w:w="576" w:type="dxa"/>
              <w:right w:w="720" w:type="dxa"/>
            </w:tcMar>
            <w:vAlign w:val="center"/>
          </w:tcPr>
          <w:p>
            <w:pPr>
              <w:spacing w:before="0" w:after="280"/>
              <w:jc w:val="center"/>
            </w:pPr>
            <w:r>
              <w:rPr>
                <w:i/>
                <w:color w:val="E76F51"/>
                <w:sz w:val="56"/>
              </w:rPr>
              <w:t>Another year of you!</w:t>
            </w:r>
          </w:p>
          <w:p>
            <w:pPr>
              <w:spacing w:before="0" w:after="560" w:line="348" w:lineRule="auto"/>
              <w:jc w:val="center"/>
            </w:pPr>
            <w:r>
              <w:rPr>
                <w:color w:val="404040"/>
                <w:sz w:val="29"/>
              </w:rPr>
              <w:t>Wishing you a day filled with laughter, cake and all the people you love. May this year bring you new adventures and plenty of reasons to smile.</w:t>
            </w:r>
          </w:p>
          <w:p>
            <w:pPr>
              <w:spacing w:before="0" w:after="0"/>
              <w:jc w:val="center"/>
            </w:pPr>
            <w:r>
              <w:rPr>
                <w:i/>
                <w:color w:val="404040"/>
                <w:sz w:val="32"/>
              </w:rPr>
              <w:t>With love,</w:t>
              <w:br/>
              <w:t>Your Name</w:t>
            </w:r>
          </w:p>
        </w:tc>
      </w:tr>
    </w:tbl>
    <w:sectPr w:rsidR="00FC693F" w:rsidRPr="0006063C" w:rsidSect="00034616">
      <w:pgSz w:w="15840" w:h="12240" w:orient="landscape"/>
      <w:pgMar w:top="504" w:right="504" w:bottom="504" w:left="504" w:header="432" w:footer="432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before="0" w:line="240" w:lineRule="auto"/>
    </w:pPr>
    <w:rPr>
      <w:rFonts w:ascii="Georgia" w:hAnsi="Georgia" w:cs="Georgia" w:eastAsia="Georgia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Birthday Greeting Card</dc:title>
  <dc:subject/>
  <dc:creator>Your Company Name</dc:creator>
  <cp:keywords/>
  <dc:description>Free editable template. Replace sample text with your own.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