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shd w:val="clear" w:color="auto" w:fill="FFFFFF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6600" w:lineRule="exact"/>
              <w:jc w:val="left"/>
              <w:rPr>
                <w:sz w:val="528"/>
              </w:rPr>
            </w:pP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B07A85"/>
                <w:sz w:val="24"/>
              </w:rPr>
              <w:t>◆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B07A85"/>
                <w:sz w:val="16"/>
              </w:rPr>
              <w:t>Designed for you by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B07A85"/>
                <w:sz w:val="19"/>
              </w:rPr>
              <w:t>Your Name or Company Name</w:t>
            </w:r>
          </w:p>
          <w:p>
            <w:pPr>
              <w:spacing w:before="0" w:after="0"/>
              <w:jc w:val="center"/>
            </w:pPr>
            <w:r>
              <w:rPr>
                <w:color w:val="B07A85"/>
                <w:sz w:val="16"/>
              </w:rPr>
              <w:t>www.yourwebsite.com</w:t>
            </w:r>
          </w:p>
        </w:tc>
        <w:tc>
          <w:tcPr>
            <w:tcW w:type="dxa" w:w="7416"/>
            <w:shd w:val="clear" w:color="auto" w:fill="F5DCE0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400"/>
              <w:jc w:val="center"/>
            </w:pPr>
            <w:r>
              <w:rPr>
                <w:rFonts w:ascii="Arial" w:hAnsi="Arial" w:cs="Arial" w:eastAsia="Arial"/>
                <w:color w:val="9D2F45"/>
                <w:sz w:val="92"/>
              </w:rPr>
              <w:t>♥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Brush Script MT" w:hAnsi="Brush Script MT" w:cs="Brush Script MT" w:eastAsia="Brush Script MT"/>
                <w:color w:val="9D2F45"/>
                <w:sz w:val="130"/>
              </w:rPr>
              <w:t>Happy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b/>
                <w:color w:val="5A1A28"/>
                <w:spacing w:val="60"/>
                <w:sz w:val="56"/>
              </w:rPr>
              <w:t>ANNIVERSARY</w:t>
            </w:r>
          </w:p>
          <w:p>
            <w:pPr>
              <w:spacing w:before="240" w:after="600"/>
              <w:jc w:val="center"/>
            </w:pPr>
            <w:r>
              <w:rPr>
                <w:i/>
                <w:color w:val="8C5A64"/>
                <w:sz w:val="32"/>
              </w:rPr>
              <w:t>to the two of you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C97B89"/>
                <w:sz w:val="24"/>
              </w:rPr>
              <w:t>♥  ♥  ♥</w:t>
            </w:r>
          </w:p>
        </w:tc>
      </w:tr>
    </w:tbl>
    <w:p>
      <w:r>
        <w:br w:type="page"/>
      </w:r>
    </w:p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336" w:lineRule="auto"/>
              <w:jc w:val="center"/>
            </w:pPr>
            <w:r>
              <w:rPr>
                <w:i/>
                <w:color w:val="7F7F7F"/>
                <w:sz w:val="32"/>
              </w:rPr>
              <w:t>“The best thing to hold onto in life is each other.”</w:t>
            </w:r>
          </w:p>
          <w:p>
            <w:pPr>
              <w:spacing w:before="120" w:after="0"/>
              <w:jc w:val="center"/>
            </w:pPr>
            <w:r>
              <w:rPr>
                <w:color w:val="A6A6A6"/>
                <w:sz w:val="18"/>
              </w:rPr>
              <w:t>— Audrey Hepburn</w:t>
            </w:r>
          </w:p>
        </w:tc>
        <w:tc>
          <w:tcPr>
            <w:tcW w:type="dxa" w:w="7416"/>
            <w:shd w:val="clear" w:color="auto" w:fill="FFFAFB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80"/>
              <w:jc w:val="center"/>
            </w:pPr>
            <w:r>
              <w:rPr>
                <w:i/>
                <w:color w:val="9D2F45"/>
                <w:sz w:val="56"/>
              </w:rPr>
              <w:t>Here’s to love</w:t>
            </w:r>
          </w:p>
          <w:p>
            <w:pPr>
              <w:spacing w:before="0" w:after="560" w:line="348" w:lineRule="auto"/>
              <w:jc w:val="center"/>
            </w:pPr>
            <w:r>
              <w:rPr>
                <w:color w:val="404040"/>
                <w:sz w:val="29"/>
              </w:rPr>
              <w:t>Wishing you both another year of laughter, adventure and happiness together. Your love story is an inspiration to everyone around you.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32"/>
              </w:rPr>
              <w:t>With love,</w:t>
              <w:br/>
              <w:t>Your Name</w:t>
            </w:r>
          </w:p>
        </w:tc>
      </w:tr>
    </w:tbl>
    <w:sectPr w:rsidR="00FC693F" w:rsidRPr="0006063C" w:rsidSect="00034616">
      <w:pgSz w:w="15840" w:h="12240" w:orient="landscape"/>
      <w:pgMar w:top="504" w:right="504" w:bottom="504" w:left="50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Anniversary Greeting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