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920" w:type="dxa"/>
        <w:jc w:val="center"/>
        <w:tblBorders>
          <w:top w:val="single" w:sz="12" w:space="0" w:color="8C2F39"/>
          <w:left w:val="single" w:sz="12" w:space="0" w:color="8C2F39"/>
          <w:bottom w:val="single" w:sz="12" w:space="0" w:color="8C2F39"/>
          <w:right w:val="single" w:sz="12" w:space="0" w:color="8C2F39"/>
          <w:insideH w:val="nil"/>
          <w:insideV w:val="nil"/>
        </w:tblBorders>
        <w:tblLayout w:type="fixed"/>
        <w:tblCellMar>
          <w:top w:w="115" w:type="dxa"/>
          <w:left w:w="201" w:type="dxa"/>
          <w:bottom w:w="115" w:type="dxa"/>
          <w:right w:w="201" w:type="dxa"/>
        </w:tblCellMar>
        <w:tblLook w:firstColumn="1" w:firstRow="1" w:lastColumn="0" w:lastRow="0" w:noHBand="0" w:noVBand="1" w:val="04A0"/>
      </w:tblPr>
      <w:tblGrid>
        <w:gridCol w:w="7920"/>
      </w:tblGrid>
      <w:tr>
        <w:trPr>
          <w:trHeight w:val="4838" w:hRule="exact"/>
          <w:cantSplit/>
        </w:trPr>
        <w:tc>
          <w:tcPr>
            <w:tcW w:type="dxa" w:w="7920"/>
          </w:tcPr>
          <w:tbl>
            <w:tblPr>
              <w:tblW w:w="751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43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328"/>
              <w:gridCol w:w="2188"/>
            </w:tblGrid>
            <w:tr>
              <w:tc>
                <w:tcPr>
                  <w:tcW w:type="dxa" w:w="5328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Gelasio" w:hAnsi="Gelasio" w:cs="Gelasio" w:eastAsia="Gelasio"/>
                      <w:b/>
                      <w:color w:val="8C2F39"/>
                      <w:sz w:val="34"/>
                    </w:rPr>
                    <w:t>Grandma’s Apple Crumble</w:t>
                  </w:r>
                </w:p>
                <w:p>
                  <w:pPr>
                    <w:spacing w:before="20" w:after="0"/>
                    <w:jc w:val="left"/>
                  </w:pPr>
                  <w:r>
                    <w:rPr>
                      <w:color w:val="7F7F7F"/>
                      <w:sz w:val="16"/>
                    </w:rPr>
                    <w:t>From the kitchen of: ______________________</w:t>
                  </w:r>
                </w:p>
              </w:tc>
              <w:tc>
                <w:tcPr>
                  <w:tcW w:type="dxa" w:w="2189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E9B44C"/>
                      <w:sz w:val="14"/>
                    </w:rPr>
                    <w:t xml:space="preserve">SERVES  </w:t>
                  </w:r>
                  <w:r>
                    <w:rPr>
                      <w:b/>
                      <w:color w:val="404040"/>
                      <w:sz w:val="17"/>
                    </w:rPr>
                    <w:t>6</w:t>
                  </w:r>
                </w:p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E9B44C"/>
                      <w:sz w:val="14"/>
                    </w:rPr>
                    <w:t xml:space="preserve">PREP  </w:t>
                  </w:r>
                  <w:r>
                    <w:rPr>
                      <w:b/>
                      <w:color w:val="404040"/>
                      <w:sz w:val="17"/>
                    </w:rPr>
                    <w:t>20 min</w:t>
                  </w:r>
                </w:p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E9B44C"/>
                      <w:sz w:val="14"/>
                    </w:rPr>
                    <w:t xml:space="preserve">COOK  </w:t>
                  </w:r>
                  <w:r>
                    <w:rPr>
                      <w:b/>
                      <w:color w:val="404040"/>
                      <w:sz w:val="17"/>
                    </w:rPr>
                    <w:t>40 min</w:t>
                  </w:r>
                </w:p>
              </w:tc>
            </w:tr>
          </w:tbl>
          <w:p>
            <w:pPr>
              <w:pBdr>
                <w:bottom w:val="single" w:sz="8" w:space="1" w:color="E9B44C"/>
              </w:pBdr>
              <w:spacing w:before="40" w:after="80"/>
              <w:jc w:val="left"/>
            </w:pPr>
          </w:p>
          <w:tbl>
            <w:tblPr>
              <w:tblW w:w="751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86" w:type="dxa"/>
              </w:tblCellMar>
              <w:tblLook w:firstColumn="1" w:firstRow="1" w:lastColumn="0" w:lastRow="0" w:noHBand="0" w:noVBand="1" w:val="04A0"/>
            </w:tblPr>
            <w:tblGrid>
              <w:gridCol w:w="2951"/>
              <w:gridCol w:w="4564"/>
            </w:tblGrid>
            <w:tr>
              <w:tc>
                <w:tcPr>
                  <w:tcW w:type="dxa" w:w="2952"/>
                  <w:tcBorders>
                    <w:right w:val="dotted" w:sz="6" w:space="0" w:color="C9A27A"/>
                  </w:tcBorders>
                  <w:shd w:val="clear" w:color="auto" w:fill="FBF3E6"/>
                </w:tcPr>
                <w:p>
                  <w:pPr>
                    <w:spacing w:before="60" w:after="40"/>
                    <w:jc w:val="left"/>
                  </w:pPr>
                  <w:r>
                    <w:rPr>
                      <w:b/>
                      <w:color w:val="8C2F39"/>
                      <w:spacing w:val="30"/>
                      <w:sz w:val="16"/>
                    </w:rPr>
                    <w:t>INGREDIENTS</w:t>
                  </w:r>
                </w:p>
                <w:p>
                  <w:pPr>
                    <w:spacing w:before="0" w:after="50"/>
                    <w:jc w:val="left"/>
                  </w:pPr>
                  <w:r>
                    <w:rPr>
                      <w:rFonts w:ascii="Segoe UI Symbol" w:hAnsi="Segoe UI Symbol" w:cs="Segoe UI Symbol" w:eastAsia="Segoe UI Symbol"/>
                      <w:color w:val="E9B44C"/>
                      <w:sz w:val="16"/>
                    </w:rPr>
                    <w:t xml:space="preserve">• </w:t>
                  </w:r>
                  <w:r>
                    <w:rPr>
                      <w:color w:val="333333"/>
                      <w:sz w:val="19"/>
                    </w:rPr>
                    <w:t>6 medium apples, sliced</w:t>
                  </w:r>
                </w:p>
                <w:p>
                  <w:pPr>
                    <w:spacing w:before="0" w:after="50"/>
                    <w:jc w:val="left"/>
                  </w:pPr>
                  <w:r>
                    <w:rPr>
                      <w:rFonts w:ascii="Segoe UI Symbol" w:hAnsi="Segoe UI Symbol" w:cs="Segoe UI Symbol" w:eastAsia="Segoe UI Symbol"/>
                      <w:color w:val="E9B44C"/>
                      <w:sz w:val="16"/>
                    </w:rPr>
                    <w:t xml:space="preserve">• </w:t>
                  </w:r>
                  <w:r>
                    <w:rPr>
                      <w:color w:val="333333"/>
                      <w:sz w:val="19"/>
                    </w:rPr>
                    <w:t>2 tbsp lemon juice</w:t>
                  </w:r>
                </w:p>
                <w:p>
                  <w:pPr>
                    <w:spacing w:before="0" w:after="50"/>
                    <w:jc w:val="left"/>
                  </w:pPr>
                  <w:r>
                    <w:rPr>
                      <w:rFonts w:ascii="Segoe UI Symbol" w:hAnsi="Segoe UI Symbol" w:cs="Segoe UI Symbol" w:eastAsia="Segoe UI Symbol"/>
                      <w:color w:val="E9B44C"/>
                      <w:sz w:val="16"/>
                    </w:rPr>
                    <w:t xml:space="preserve">• </w:t>
                  </w:r>
                  <w:r>
                    <w:rPr>
                      <w:color w:val="333333"/>
                      <w:sz w:val="19"/>
                    </w:rPr>
                    <w:t>1/3 cup brown sugar</w:t>
                  </w:r>
                </w:p>
                <w:p>
                  <w:pPr>
                    <w:spacing w:before="0" w:after="50"/>
                    <w:jc w:val="left"/>
                  </w:pPr>
                  <w:r>
                    <w:rPr>
                      <w:rFonts w:ascii="Segoe UI Symbol" w:hAnsi="Segoe UI Symbol" w:cs="Segoe UI Symbol" w:eastAsia="Segoe UI Symbol"/>
                      <w:color w:val="E9B44C"/>
                      <w:sz w:val="16"/>
                    </w:rPr>
                    <w:t xml:space="preserve">• </w:t>
                  </w:r>
                  <w:r>
                    <w:rPr>
                      <w:color w:val="333333"/>
                      <w:sz w:val="19"/>
                    </w:rPr>
                    <w:t>1 tsp cinnamon</w:t>
                  </w:r>
                </w:p>
                <w:p>
                  <w:pPr>
                    <w:spacing w:before="0" w:after="50"/>
                    <w:jc w:val="left"/>
                  </w:pPr>
                  <w:r>
                    <w:rPr>
                      <w:rFonts w:ascii="Segoe UI Symbol" w:hAnsi="Segoe UI Symbol" w:cs="Segoe UI Symbol" w:eastAsia="Segoe UI Symbol"/>
                      <w:color w:val="E9B44C"/>
                      <w:sz w:val="16"/>
                    </w:rPr>
                    <w:t xml:space="preserve">• </w:t>
                  </w:r>
                  <w:r>
                    <w:rPr>
                      <w:color w:val="333333"/>
                      <w:sz w:val="19"/>
                    </w:rPr>
                    <w:t>1 cup all-purpose flour</w:t>
                  </w:r>
                </w:p>
                <w:p>
                  <w:pPr>
                    <w:spacing w:before="0" w:after="50"/>
                    <w:jc w:val="left"/>
                  </w:pPr>
                  <w:r>
                    <w:rPr>
                      <w:rFonts w:ascii="Segoe UI Symbol" w:hAnsi="Segoe UI Symbol" w:cs="Segoe UI Symbol" w:eastAsia="Segoe UI Symbol"/>
                      <w:color w:val="E9B44C"/>
                      <w:sz w:val="16"/>
                    </w:rPr>
                    <w:t xml:space="preserve">• </w:t>
                  </w:r>
                  <w:r>
                    <w:rPr>
                      <w:color w:val="333333"/>
                      <w:sz w:val="19"/>
                    </w:rPr>
                    <w:t>1/2 cup rolled oats</w:t>
                  </w:r>
                </w:p>
                <w:p>
                  <w:pPr>
                    <w:spacing w:before="0" w:after="50"/>
                    <w:jc w:val="left"/>
                  </w:pPr>
                  <w:r>
                    <w:rPr>
                      <w:rFonts w:ascii="Segoe UI Symbol" w:hAnsi="Segoe UI Symbol" w:cs="Segoe UI Symbol" w:eastAsia="Segoe UI Symbol"/>
                      <w:color w:val="E9B44C"/>
                      <w:sz w:val="16"/>
                    </w:rPr>
                    <w:t xml:space="preserve">• </w:t>
                  </w:r>
                  <w:r>
                    <w:rPr>
                      <w:color w:val="333333"/>
                      <w:sz w:val="19"/>
                    </w:rPr>
                    <w:t>1/2 cup cold butter, cubed</w:t>
                  </w:r>
                </w:p>
                <w:p>
                  <w:pPr>
                    <w:spacing w:before="0" w:after="50"/>
                    <w:jc w:val="left"/>
                  </w:pPr>
                  <w:r>
                    <w:rPr>
                      <w:rFonts w:ascii="Segoe UI Symbol" w:hAnsi="Segoe UI Symbol" w:cs="Segoe UI Symbol" w:eastAsia="Segoe UI Symbol"/>
                      <w:color w:val="E9B44C"/>
                      <w:sz w:val="16"/>
                    </w:rPr>
                    <w:t xml:space="preserve">• </w:t>
                  </w:r>
                  <w:r>
                    <w:rPr>
                      <w:color w:val="333333"/>
                      <w:sz w:val="19"/>
                    </w:rPr>
                    <w:t>Pinch of salt</w:t>
                  </w:r>
                </w:p>
              </w:tc>
              <w:tc>
                <w:tcPr>
                  <w:tcW w:type="dxa" w:w="4565"/>
                </w:tcPr>
                <w:p>
                  <w:pPr>
                    <w:spacing w:before="60" w:after="40"/>
                    <w:jc w:val="left"/>
                  </w:pPr>
                  <w:r>
                    <w:rPr>
                      <w:b/>
                      <w:color w:val="8C2F39"/>
                      <w:spacing w:val="30"/>
                      <w:sz w:val="16"/>
                    </w:rPr>
                    <w:t>DIRECTIONS</w:t>
                  </w:r>
                </w:p>
                <w:p>
                  <w:pPr>
                    <w:spacing w:before="0" w:after="60" w:line="259" w:lineRule="auto"/>
                    <w:ind w:left="230"/>
                    <w:jc w:val="left"/>
                  </w:pPr>
                  <w:r>
                    <w:rPr>
                      <w:b/>
                      <w:color w:val="8C2F39"/>
                      <w:sz w:val="19"/>
                    </w:rPr>
                    <w:t xml:space="preserve">1. </w:t>
                  </w:r>
                  <w:r>
                    <w:rPr>
                      <w:color w:val="333333"/>
                      <w:sz w:val="19"/>
                    </w:rPr>
                    <w:t>Heat oven to 350°F (175°C). Butter a 9-inch baking dish.</w:t>
                  </w:r>
                </w:p>
                <w:p>
                  <w:pPr>
                    <w:spacing w:before="0" w:after="60" w:line="259" w:lineRule="auto"/>
                    <w:ind w:left="230"/>
                    <w:jc w:val="left"/>
                  </w:pPr>
                  <w:r>
                    <w:rPr>
                      <w:b/>
                      <w:color w:val="8C2F39"/>
                      <w:sz w:val="19"/>
                    </w:rPr>
                    <w:t xml:space="preserve">2. </w:t>
                  </w:r>
                  <w:r>
                    <w:rPr>
                      <w:color w:val="333333"/>
                      <w:sz w:val="19"/>
                    </w:rPr>
                    <w:t>Toss apples with lemon juice, half the sugar and the cinnamon; spread in the dish.</w:t>
                  </w:r>
                </w:p>
                <w:p>
                  <w:pPr>
                    <w:spacing w:before="0" w:after="60" w:line="259" w:lineRule="auto"/>
                    <w:ind w:left="230"/>
                    <w:jc w:val="left"/>
                  </w:pPr>
                  <w:r>
                    <w:rPr>
                      <w:b/>
                      <w:color w:val="8C2F39"/>
                      <w:sz w:val="19"/>
                    </w:rPr>
                    <w:t xml:space="preserve">3. </w:t>
                  </w:r>
                  <w:r>
                    <w:rPr>
                      <w:color w:val="333333"/>
                      <w:sz w:val="19"/>
                    </w:rPr>
                    <w:t>Mix flour, oats, remaining sugar and salt. Rub in butter until crumbly.</w:t>
                  </w:r>
                </w:p>
                <w:p>
                  <w:pPr>
                    <w:spacing w:before="0" w:after="60" w:line="259" w:lineRule="auto"/>
                    <w:ind w:left="230"/>
                    <w:jc w:val="left"/>
                  </w:pPr>
                  <w:r>
                    <w:rPr>
                      <w:b/>
                      <w:color w:val="8C2F39"/>
                      <w:sz w:val="19"/>
                    </w:rPr>
                    <w:t xml:space="preserve">4. </w:t>
                  </w:r>
                  <w:r>
                    <w:rPr>
                      <w:color w:val="333333"/>
                      <w:sz w:val="19"/>
                    </w:rPr>
                    <w:t>Sprinkle topping over apples and bake 40 minutes until golden.</w:t>
                  </w:r>
                </w:p>
                <w:p>
                  <w:pPr>
                    <w:spacing w:before="0" w:after="60" w:line="259" w:lineRule="auto"/>
                    <w:ind w:left="230"/>
                    <w:jc w:val="left"/>
                  </w:pPr>
                  <w:r>
                    <w:rPr>
                      <w:b/>
                      <w:color w:val="8C2F39"/>
                      <w:sz w:val="19"/>
                    </w:rPr>
                    <w:t xml:space="preserve">5. </w:t>
                  </w:r>
                  <w:r>
                    <w:rPr>
                      <w:color w:val="333333"/>
                      <w:sz w:val="19"/>
                    </w:rPr>
                    <w:t>Cool 10 minutes. Serve warm with vanilla ice cream or custard.</w:t>
                  </w:r>
                </w:p>
              </w:tc>
            </w:tr>
          </w:tbl>
          <w:p/>
        </w:tc>
      </w:tr>
    </w:tbl>
    <w:p>
      <w:r>
        <w:br w:type="page"/>
      </w:r>
    </w:p>
    <w:tbl>
      <w:tblPr>
        <w:tblW w:w="7920" w:type="dxa"/>
        <w:jc w:val="center"/>
        <w:tblBorders>
          <w:top w:val="single" w:sz="12" w:space="0" w:color="8C2F39"/>
          <w:left w:val="single" w:sz="12" w:space="0" w:color="8C2F39"/>
          <w:bottom w:val="single" w:sz="12" w:space="0" w:color="8C2F39"/>
          <w:right w:val="single" w:sz="12" w:space="0" w:color="8C2F39"/>
          <w:insideH w:val="nil"/>
          <w:insideV w:val="nil"/>
        </w:tblBorders>
        <w:tblLayout w:type="fixed"/>
        <w:tblCellMar>
          <w:top w:w="115" w:type="dxa"/>
          <w:left w:w="201" w:type="dxa"/>
          <w:bottom w:w="115" w:type="dxa"/>
          <w:right w:w="201" w:type="dxa"/>
        </w:tblCellMar>
        <w:tblLook w:firstColumn="1" w:firstRow="1" w:lastColumn="0" w:lastRow="0" w:noHBand="0" w:noVBand="1" w:val="04A0"/>
      </w:tblPr>
      <w:tblGrid>
        <w:gridCol w:w="7920"/>
      </w:tblGrid>
      <w:tr>
        <w:trPr>
          <w:trHeight w:val="4838" w:hRule="exact"/>
          <w:cantSplit/>
        </w:trPr>
        <w:tc>
          <w:tcPr>
            <w:tcW w:type="dxa" w:w="7920"/>
          </w:tcPr>
          <w:p>
            <w:pPr>
              <w:spacing w:before="0" w:after="0"/>
              <w:jc w:val="left"/>
            </w:pPr>
            <w:r>
              <w:rPr>
                <w:rFonts w:ascii="Gelasio" w:hAnsi="Gelasio" w:cs="Gelasio" w:eastAsia="Gelasio"/>
                <w:b/>
                <w:color w:val="8C2F39"/>
                <w:sz w:val="28"/>
              </w:rPr>
              <w:t>Recipe Notes</w:t>
            </w:r>
          </w:p>
          <w:p>
            <w:pPr>
              <w:pBdr>
                <w:bottom w:val="single" w:sz="8" w:space="1" w:color="E9B44C"/>
              </w:pBdr>
              <w:spacing w:before="40" w:after="80"/>
              <w:jc w:val="left"/>
            </w:pPr>
          </w:p>
          <w:tbl>
            <w:tblPr>
              <w:tblW w:w="751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115" w:type="dxa"/>
              </w:tblCellMar>
              <w:tblLook w:firstColumn="1" w:firstRow="1" w:lastColumn="0" w:lastRow="0" w:noHBand="0" w:noVBand="1" w:val="04A0"/>
            </w:tblPr>
            <w:tblGrid>
              <w:gridCol w:w="3744"/>
              <w:gridCol w:w="3772"/>
            </w:tblGrid>
            <w:tr>
              <w:tc>
                <w:tcPr>
                  <w:tcW w:type="dxa" w:w="3744"/>
                </w:tcPr>
                <w:p>
                  <w:pPr>
                    <w:spacing w:before="0" w:after="40"/>
                    <w:jc w:val="left"/>
                  </w:pPr>
                  <w:r>
                    <w:rPr>
                      <w:b/>
                      <w:color w:val="8C2F39"/>
                      <w:spacing w:val="30"/>
                      <w:sz w:val="15"/>
                    </w:rPr>
                    <w:t>DIRECTIONS (CONTINUED)</w:t>
                  </w:r>
                </w:p>
                <w:tbl>
                  <w:tblPr>
                    <w:tblW w:w="3600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00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3600"/>
                        <w:tcBorders>
                          <w:bottom w:val="single" w:sz="4" w:space="0" w:color="D9C3A5"/>
                        </w:tcBorders>
                      </w:tcPr>
                      <w:p/>
                    </w:tc>
                  </w:tr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3600"/>
                        <w:tcBorders>
                          <w:bottom w:val="single" w:sz="4" w:space="0" w:color="D9C3A5"/>
                        </w:tcBorders>
                      </w:tcPr>
                      <w:p/>
                    </w:tc>
                  </w:tr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3600"/>
                        <w:tcBorders>
                          <w:bottom w:val="single" w:sz="4" w:space="0" w:color="D9C3A5"/>
                        </w:tcBorders>
                      </w:tcPr>
                      <w:p/>
                    </w:tc>
                  </w:tr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3600"/>
                        <w:tcBorders>
                          <w:bottom w:val="single" w:sz="4" w:space="0" w:color="D9C3A5"/>
                        </w:tcBorders>
                      </w:tcPr>
                      <w:p/>
                    </w:tc>
                  </w:tr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3600"/>
                        <w:tcBorders>
                          <w:bottom w:val="single" w:sz="4" w:space="0" w:color="D9C3A5"/>
                        </w:tcBorders>
                      </w:tcPr>
                      <w:p/>
                    </w:tc>
                  </w:tr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3600"/>
                        <w:tcBorders>
                          <w:bottom w:val="single" w:sz="4" w:space="0" w:color="D9C3A5"/>
                        </w:tcBorders>
                      </w:tcPr>
                      <w:p/>
                    </w:tc>
                  </w:tr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3600"/>
                        <w:tcBorders>
                          <w:bottom w:val="single" w:sz="4" w:space="0" w:color="D9C3A5"/>
                        </w:tcBorders>
                      </w:tcPr>
                      <w:p/>
                    </w:tc>
                  </w:tr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3600"/>
                        <w:tcBorders>
                          <w:bottom w:val="single" w:sz="4" w:space="0" w:color="D9C3A5"/>
                        </w:tcBorders>
                      </w:tcPr>
                      <w:p/>
                    </w:tc>
                  </w:tr>
                </w:tbl>
                <w:p/>
              </w:tc>
              <w:tc>
                <w:tcPr>
                  <w:tcW w:type="dxa" w:w="3773"/>
                </w:tcPr>
                <w:p>
                  <w:pPr>
                    <w:spacing w:before="0" w:after="40"/>
                    <w:jc w:val="left"/>
                  </w:pPr>
                  <w:r>
                    <w:rPr>
                      <w:b/>
                      <w:color w:val="8C2F39"/>
                      <w:spacing w:val="30"/>
                      <w:sz w:val="15"/>
                    </w:rPr>
                    <w:t>TIPS &amp; VARIATIONS</w:t>
                  </w:r>
                </w:p>
                <w:p>
                  <w:pPr>
                    <w:spacing w:before="0" w:after="20"/>
                    <w:jc w:val="left"/>
                  </w:pPr>
                  <w:r>
                    <w:rPr>
                      <w:rFonts w:ascii="Segoe UI Symbol" w:hAnsi="Segoe UI Symbol" w:cs="Segoe UI Symbol" w:eastAsia="Segoe UI Symbol"/>
                      <w:color w:val="E9B44C"/>
                      <w:sz w:val="16"/>
                    </w:rPr>
                    <w:t xml:space="preserve">• </w:t>
                  </w:r>
                  <w:r>
                    <w:rPr>
                      <w:color w:val="333333"/>
                      <w:sz w:val="19"/>
                    </w:rPr>
                    <w:t>Swap half the apples for pears or berries.</w:t>
                  </w:r>
                </w:p>
                <w:p>
                  <w:pPr>
                    <w:spacing w:before="0" w:after="20"/>
                    <w:jc w:val="left"/>
                  </w:pPr>
                  <w:r>
                    <w:rPr>
                      <w:rFonts w:ascii="Segoe UI Symbol" w:hAnsi="Segoe UI Symbol" w:cs="Segoe UI Symbol" w:eastAsia="Segoe UI Symbol"/>
                      <w:color w:val="E9B44C"/>
                      <w:sz w:val="16"/>
                    </w:rPr>
                    <w:t xml:space="preserve">• </w:t>
                  </w:r>
                  <w:r>
                    <w:rPr>
                      <w:color w:val="333333"/>
                      <w:sz w:val="19"/>
                    </w:rPr>
                    <w:t>Add 1/2 cup chopped pecans to the topping.</w:t>
                  </w:r>
                </w:p>
                <w:p>
                  <w:pPr>
                    <w:spacing w:before="0" w:after="20"/>
                    <w:jc w:val="left"/>
                  </w:pPr>
                  <w:r>
                    <w:rPr>
                      <w:rFonts w:ascii="Segoe UI Symbol" w:hAnsi="Segoe UI Symbol" w:cs="Segoe UI Symbol" w:eastAsia="Segoe UI Symbol"/>
                      <w:color w:val="E9B44C"/>
                      <w:sz w:val="16"/>
                    </w:rPr>
                    <w:t xml:space="preserve">• </w:t>
                  </w:r>
                  <w:r>
                    <w:rPr>
                      <w:color w:val="333333"/>
                      <w:sz w:val="19"/>
                    </w:rPr>
                    <w:t>Freezes well for up to 3 months.</w:t>
                  </w:r>
                </w:p>
                <w:p>
                  <w:pPr>
                    <w:spacing w:before="0" w:after="20"/>
                    <w:jc w:val="left"/>
                  </w:pPr>
                  <w:r>
                    <w:rPr>
                      <w:rFonts w:ascii="Segoe UI Symbol" w:hAnsi="Segoe UI Symbol" w:cs="Segoe UI Symbol" w:eastAsia="Segoe UI Symbol"/>
                      <w:color w:val="E9B44C"/>
                      <w:sz w:val="16"/>
                    </w:rPr>
                    <w:t xml:space="preserve">• </w:t>
                  </w:r>
                  <w:r>
                    <w:rPr>
                      <w:color w:val="333333"/>
                      <w:sz w:val="19"/>
                    </w:rPr>
                    <w:t>Make it gluten-free with almond flour.</w:t>
                  </w:r>
                </w:p>
                <w:p>
                  <w:pPr>
                    <w:spacing w:before="0" w:after="0" w:line="80" w:lineRule="exact"/>
                    <w:jc w:val="left"/>
                    <w:rPr>
                      <w:sz w:val="6"/>
                    </w:rPr>
                  </w:pPr>
                  <w:r>
                    <w:rPr>
                      <w:sz w:val="6"/>
                    </w:rPr>
                  </w:r>
                </w:p>
                <w:tbl>
                  <w:tblPr>
                    <w:tblW w:w="3628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single" w:sz="4" w:space="0" w:color="E3D3BC"/>
                      <w:insideV w:val="single" w:sz="4" w:space="0" w:color="E3D3BC"/>
                    </w:tblBorders>
                    <w:tblLayout w:type="fixed"/>
                    <w:tblCellMar>
                      <w:top w:w="43" w:type="dxa"/>
                      <w:left w:w="43" w:type="dxa"/>
                      <w:bottom w:w="43" w:type="dxa"/>
                      <w:right w:w="43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1440"/>
                    <w:gridCol w:w="2188"/>
                  </w:tblGrid>
                  <w:tr>
                    <w:tc>
                      <w:tcPr>
                        <w:tcW w:type="dxa" w:w="1440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b/>
                            <w:color w:val="E9B44C"/>
                            <w:sz w:val="14"/>
                          </w:rPr>
                          <w:t>CATEGORY</w:t>
                        </w:r>
                      </w:p>
                    </w:tc>
                    <w:tc>
                      <w:tcPr>
                        <w:tcW w:type="dxa" w:w="2189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color w:val="333333"/>
                            <w:sz w:val="19"/>
                          </w:rPr>
                          <w:t>Dessert</w:t>
                        </w:r>
                      </w:p>
                    </w:tc>
                  </w:tr>
                  <w:tr>
                    <w:tc>
                      <w:tcPr>
                        <w:tcW w:type="dxa" w:w="1440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b/>
                            <w:color w:val="E9B44C"/>
                            <w:sz w:val="14"/>
                          </w:rPr>
                          <w:t>OVEN</w:t>
                        </w:r>
                      </w:p>
                    </w:tc>
                    <w:tc>
                      <w:tcPr>
                        <w:tcW w:type="dxa" w:w="2189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color w:val="333333"/>
                            <w:sz w:val="19"/>
                          </w:rPr>
                          <w:t>350°F / 175°C</w:t>
                        </w:r>
                      </w:p>
                    </w:tc>
                  </w:tr>
                  <w:tr>
                    <w:tc>
                      <w:tcPr>
                        <w:tcW w:type="dxa" w:w="1440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b/>
                            <w:color w:val="E9B44C"/>
                            <w:sz w:val="14"/>
                          </w:rPr>
                          <w:t>RATING</w:t>
                        </w:r>
                      </w:p>
                    </w:tc>
                    <w:tc>
                      <w:tcPr>
                        <w:tcW w:type="dxa" w:w="2189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rFonts w:ascii="Segoe UI Symbol" w:hAnsi="Segoe UI Symbol" w:cs="Segoe UI Symbol" w:eastAsia="Segoe UI Symbol"/>
                            <w:color w:val="333333"/>
                            <w:sz w:val="19"/>
                          </w:rPr>
                          <w:t>★★★★★</w:t>
                        </w:r>
                      </w:p>
                    </w:tc>
                  </w:tr>
                </w:tbl>
                <w:p/>
              </w:tc>
            </w:tr>
          </w:tbl>
          <w:p/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8640" w:h="5760"/>
      <w:pgMar w:top="317" w:right="360" w:bottom="317" w:left="36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4x6 Recipe Card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