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  <w:gridCol w:w="4031"/>
      </w:tblGrid>
      <w:tr>
        <w:tc>
          <w:tcPr>
            <w:tcW w:type="dxa" w:w="10656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color w:val="7A3E48"/>
                <w:sz w:val="48"/>
              </w:rPr>
              <w:t>2027 Office Calendar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19"/>
              </w:rPr>
              <w:t>Yearly calendar with US federal holidays. Edit the holiday list for your country and add company closure days.</w:t>
            </w:r>
          </w:p>
        </w:tc>
        <w:tc>
          <w:tcPr>
            <w:tcW w:type="dxa" w:w="4032"/>
          </w:tcPr>
          <w:p>
            <w:pPr>
              <w:spacing w:before="120" w:after="0"/>
              <w:jc w:val="right"/>
            </w:pPr>
            <w:r>
              <w:rPr>
                <w:b/>
                <w:color w:val="C0392B"/>
                <w:spacing w:val="40"/>
                <w:sz w:val="20"/>
              </w:rPr>
              <w:t>YOUR COMPANY NAME</w:t>
            </w:r>
          </w:p>
          <w:p>
            <w:pPr>
              <w:spacing w:before="0" w:after="0"/>
              <w:jc w:val="right"/>
            </w:pPr>
            <w:r>
              <w:rPr>
                <w:color w:val="7F7F7F"/>
                <w:sz w:val="17"/>
              </w:rPr>
              <w:t>www.yourcompany.com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1016"/>
        <w:gridCol w:w="3671"/>
      </w:tblGrid>
      <w:tr>
        <w:tc>
          <w:tcPr>
            <w:tcW w:type="dxa" w:w="11016"/>
          </w:tcPr>
          <w:tbl>
            <w:tblPr>
              <w:tblW w:w="110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86" w:type="dxa"/>
                <w:bottom w:w="57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2754"/>
              <w:gridCol w:w="2754"/>
              <w:gridCol w:w="2754"/>
              <w:gridCol w:w="2754"/>
            </w:tblGrid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JANUARY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FEBRUARY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MARCH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APRIL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JUNE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JULY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AUGUST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SEPTEMBER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OCTOBER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NOVEMBER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7A3E48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DECEMBER 2027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7A3E48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25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shd w:val="clear" w:color="auto" w:fill="F9E0B0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7A3E48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</w:tbl>
          <w:p/>
        </w:tc>
        <w:tc>
          <w:tcPr>
            <w:tcW w:type="dxa" w:w="3672"/>
            <w:tcMar>
              <w:top w:w="28" w:type="dxa"/>
              <w:left w:w="216" w:type="dxa"/>
              <w:bottom w:w="28" w:type="dxa"/>
              <w:right w:w="72" w:type="dxa"/>
            </w:tcMar>
          </w:tcPr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c>
                <w:tcPr>
                  <w:tcW w:type="dxa" w:w="3384"/>
                  <w:shd w:val="clear" w:color="auto" w:fill="7A3E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9"/>
                    </w:rPr>
                    <w:t>2027 HOLIDAYS</w:t>
                  </w:r>
                </w:p>
              </w:tc>
            </w:tr>
          </w:tbl>
          <w:p/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21" w:type="dxa"/>
                <w:left w:w="57" w:type="dxa"/>
                <w:bottom w:w="21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180"/>
              <w:gridCol w:w="2203"/>
            </w:tblGrid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Fri Jan 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New Year's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Jan 18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Martin Luther King Jr.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Feb 15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Presidents'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May 31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Memorial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Fri Jun 18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Juneteenth (observed)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Sat Jun 19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Juneteenth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Sun Jul 4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Independence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Jul 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Independence Day (observed)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Sep 6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Labor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Mon Oct 11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Columbus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Thu Nov 11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Veterans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Thu Nov 25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Thanksgiving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Fri Dec 24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Christmas Day (observed)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Sat Dec 25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Christmas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A3E48"/>
                      <w:sz w:val="16"/>
                    </w:rPr>
                    <w:t>Fri Dec 31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New Year's Day (observed)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F9E0B0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Public holiday / office closed</w:t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A6A6A6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Weekend</w:t>
            </w:r>
          </w:p>
          <w:p>
            <w:pPr>
              <w:spacing w:before="80" w:after="0"/>
              <w:jc w:val="left"/>
            </w:pPr>
            <w:r>
              <w:rPr>
                <w:b/>
                <w:color w:val="7A3E48"/>
                <w:spacing w:val="20"/>
                <w:sz w:val="17"/>
              </w:rPr>
              <w:t>NOTES</w:t>
            </w:r>
          </w:p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576" w:bottom="504" w:left="57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Office Calendar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