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687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10656"/>
        <w:gridCol w:w="4031"/>
      </w:tblGrid>
      <w:tr>
        <w:tc>
          <w:tcPr>
            <w:tcW w:type="dxa" w:w="10656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color w:val="1F4E79"/>
                <w:sz w:val="48"/>
              </w:rPr>
              <w:t>2026 Office Calendar</w:t>
            </w:r>
          </w:p>
          <w:p>
            <w:pPr>
              <w:spacing w:before="0" w:after="0"/>
              <w:jc w:val="left"/>
            </w:pPr>
            <w:r>
              <w:rPr>
                <w:color w:val="7F7F7F"/>
                <w:sz w:val="19"/>
              </w:rPr>
              <w:t>Yearly calendar with US federal holidays. Edit the holiday list for your country and add company closure days.</w:t>
            </w:r>
          </w:p>
        </w:tc>
        <w:tc>
          <w:tcPr>
            <w:tcW w:type="dxa" w:w="4032"/>
          </w:tcPr>
          <w:p>
            <w:pPr>
              <w:spacing w:before="120" w:after="0"/>
              <w:jc w:val="right"/>
            </w:pPr>
            <w:r>
              <w:rPr>
                <w:b/>
                <w:color w:val="2E86C1"/>
                <w:spacing w:val="40"/>
                <w:sz w:val="20"/>
              </w:rPr>
              <w:t>YOUR COMPANY NAME</w:t>
            </w:r>
          </w:p>
          <w:p>
            <w:pPr>
              <w:spacing w:before="0" w:after="0"/>
              <w:jc w:val="right"/>
            </w:pPr>
            <w:r>
              <w:rPr>
                <w:color w:val="7F7F7F"/>
                <w:sz w:val="17"/>
              </w:rPr>
              <w:t>www.yourcompany.com</w:t>
            </w:r>
          </w:p>
        </w:tc>
      </w:tr>
    </w:tbl>
    <w:p>
      <w:pPr>
        <w:spacing w:before="0" w:after="0" w:line="120" w:lineRule="exact"/>
        <w:jc w:val="left"/>
        <w:rPr>
          <w:sz w:val="9"/>
        </w:rPr>
      </w:pPr>
      <w:r>
        <w:rPr>
          <w:sz w:val="9"/>
        </w:rPr>
      </w:r>
    </w:p>
    <w:tbl>
      <w:tblPr>
        <w:tblW w:w="14687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11016"/>
        <w:gridCol w:w="3671"/>
      </w:tblGrid>
      <w:tr>
        <w:tc>
          <w:tcPr>
            <w:tcW w:type="dxa" w:w="11016"/>
          </w:tcPr>
          <w:tbl>
            <w:tblPr>
              <w:tblW w:w="11016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28" w:type="dxa"/>
                <w:left w:w="86" w:type="dxa"/>
                <w:bottom w:w="57" w:type="dxa"/>
                <w:right w:w="86" w:type="dxa"/>
              </w:tblCellMar>
              <w:tblLook w:firstColumn="1" w:firstRow="1" w:lastColumn="0" w:lastRow="0" w:noHBand="0" w:noVBand="1" w:val="04A0"/>
            </w:tblPr>
            <w:tblGrid>
              <w:gridCol w:w="2754"/>
              <w:gridCol w:w="2754"/>
              <w:gridCol w:w="2754"/>
              <w:gridCol w:w="2754"/>
            </w:tblGrid>
            <w:tr>
              <w:tc>
                <w:tcPr>
                  <w:tcW w:type="dxa" w:w="2754"/>
                </w:tcPr>
                <w:tbl>
                  <w:tblPr>
                    <w:tblW w:w="2577" w:type="dxa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left w:w="14" w:type="dxa"/>
                      <w:bottom w:w="0" w:type="dxa"/>
                      <w:right w:w="14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368"/>
                    <w:gridCol w:w="368"/>
                    <w:gridCol w:w="368"/>
                    <w:gridCol w:w="368"/>
                    <w:gridCol w:w="368"/>
                    <w:gridCol w:w="368"/>
                    <w:gridCol w:w="368"/>
                  </w:tblGrid>
                  <w:tr>
                    <w:trPr>
                      <w:trHeight w:val="389" w:hRule="exact"/>
                      <w:cantSplit/>
                    </w:trPr>
                    <w:tc>
                      <w:tcPr>
                        <w:tcW w:type="dxa" w:w="2576"/>
                        <w:gridSpan w:val="7"/>
                        <w:shd w:val="clear" w:color="auto" w:fill="1F4E79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FFFFFF"/>
                            <w:spacing w:val="20"/>
                            <w:sz w:val="17"/>
                          </w:rPr>
                          <w:t>JANUARY 2026</w:t>
                        </w:r>
                      </w:p>
                    </w:tc>
                  </w:tr>
                  <w:tr>
                    <w:trPr>
                      <w:trHeight w:val="317" w:hRule="exact"/>
                      <w:cantSplit/>
                    </w:trPr>
                    <w:tc>
                      <w:tcPr>
                        <w:tcW w:type="dxa" w:w="368"/>
                        <w:tcBorders>
                          <w:bottom w:val="single" w:sz="4" w:space="0" w:color="1F4E79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1F4E79"/>
                            <w:sz w:val="14"/>
                          </w:rPr>
                          <w:t>S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1F4E79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1F4E79"/>
                            <w:sz w:val="14"/>
                          </w:rPr>
                          <w:t>M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1F4E79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1F4E79"/>
                            <w:sz w:val="14"/>
                          </w:rPr>
                          <w:t>T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1F4E79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1F4E79"/>
                            <w:sz w:val="14"/>
                          </w:rPr>
                          <w:t>W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1F4E79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1F4E79"/>
                            <w:sz w:val="14"/>
                          </w:rPr>
                          <w:t>T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1F4E79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1F4E79"/>
                            <w:sz w:val="14"/>
                          </w:rPr>
                          <w:t>F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1F4E79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1F4E79"/>
                            <w:sz w:val="14"/>
                          </w:rPr>
                          <w:t>S</w:t>
                        </w:r>
                      </w:p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shd w:val="clear" w:color="auto" w:fill="FDE2CF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1F4E79"/>
                            <w:sz w:val="17"/>
                          </w:rPr>
                          <w:t>1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3</w:t>
                        </w:r>
                      </w:p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4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5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6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7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8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9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10</w:t>
                        </w:r>
                      </w:p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11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12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13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14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15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16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17</w:t>
                        </w:r>
                      </w:p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18</w:t>
                        </w:r>
                      </w:p>
                    </w:tc>
                    <w:tc>
                      <w:tcPr>
                        <w:tcW w:type="dxa" w:w="368"/>
                        <w:shd w:val="clear" w:color="auto" w:fill="FDE2CF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1F4E79"/>
                            <w:sz w:val="17"/>
                          </w:rPr>
                          <w:t>19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20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21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22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23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24</w:t>
                        </w:r>
                      </w:p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25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26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27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28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29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30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31</w:t>
                        </w:r>
                      </w:p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</w:tr>
                </w:tbl>
                <w:p/>
              </w:tc>
              <w:tc>
                <w:tcPr>
                  <w:tcW w:type="dxa" w:w="2754"/>
                </w:tcPr>
                <w:tbl>
                  <w:tblPr>
                    <w:tblW w:w="2577" w:type="dxa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left w:w="14" w:type="dxa"/>
                      <w:bottom w:w="0" w:type="dxa"/>
                      <w:right w:w="14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368"/>
                    <w:gridCol w:w="368"/>
                    <w:gridCol w:w="368"/>
                    <w:gridCol w:w="368"/>
                    <w:gridCol w:w="368"/>
                    <w:gridCol w:w="368"/>
                    <w:gridCol w:w="368"/>
                  </w:tblGrid>
                  <w:tr>
                    <w:trPr>
                      <w:trHeight w:val="389" w:hRule="exact"/>
                      <w:cantSplit/>
                    </w:trPr>
                    <w:tc>
                      <w:tcPr>
                        <w:tcW w:type="dxa" w:w="2576"/>
                        <w:gridSpan w:val="7"/>
                        <w:shd w:val="clear" w:color="auto" w:fill="1F4E79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FFFFFF"/>
                            <w:spacing w:val="20"/>
                            <w:sz w:val="17"/>
                          </w:rPr>
                          <w:t>FEBRUARY 2026</w:t>
                        </w:r>
                      </w:p>
                    </w:tc>
                  </w:tr>
                  <w:tr>
                    <w:trPr>
                      <w:trHeight w:val="317" w:hRule="exact"/>
                      <w:cantSplit/>
                    </w:trPr>
                    <w:tc>
                      <w:tcPr>
                        <w:tcW w:type="dxa" w:w="368"/>
                        <w:tcBorders>
                          <w:bottom w:val="single" w:sz="4" w:space="0" w:color="1F4E79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1F4E79"/>
                            <w:sz w:val="14"/>
                          </w:rPr>
                          <w:t>S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1F4E79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1F4E79"/>
                            <w:sz w:val="14"/>
                          </w:rPr>
                          <w:t>M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1F4E79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1F4E79"/>
                            <w:sz w:val="14"/>
                          </w:rPr>
                          <w:t>T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1F4E79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1F4E79"/>
                            <w:sz w:val="14"/>
                          </w:rPr>
                          <w:t>W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1F4E79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1F4E79"/>
                            <w:sz w:val="14"/>
                          </w:rPr>
                          <w:t>T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1F4E79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1F4E79"/>
                            <w:sz w:val="14"/>
                          </w:rPr>
                          <w:t>F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1F4E79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1F4E79"/>
                            <w:sz w:val="14"/>
                          </w:rPr>
                          <w:t>S</w:t>
                        </w:r>
                      </w:p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1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3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4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5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6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7</w:t>
                        </w:r>
                      </w:p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8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9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10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11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12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13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14</w:t>
                        </w:r>
                      </w:p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15</w:t>
                        </w:r>
                      </w:p>
                    </w:tc>
                    <w:tc>
                      <w:tcPr>
                        <w:tcW w:type="dxa" w:w="368"/>
                        <w:shd w:val="clear" w:color="auto" w:fill="FDE2CF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1F4E79"/>
                            <w:sz w:val="17"/>
                          </w:rPr>
                          <w:t>16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17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18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19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20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21</w:t>
                        </w:r>
                      </w:p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22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23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24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25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26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27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28</w:t>
                        </w:r>
                      </w:p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</w:tr>
                </w:tbl>
                <w:p/>
              </w:tc>
              <w:tc>
                <w:tcPr>
                  <w:tcW w:type="dxa" w:w="2754"/>
                </w:tcPr>
                <w:tbl>
                  <w:tblPr>
                    <w:tblW w:w="2577" w:type="dxa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left w:w="14" w:type="dxa"/>
                      <w:bottom w:w="0" w:type="dxa"/>
                      <w:right w:w="14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368"/>
                    <w:gridCol w:w="368"/>
                    <w:gridCol w:w="368"/>
                    <w:gridCol w:w="368"/>
                    <w:gridCol w:w="368"/>
                    <w:gridCol w:w="368"/>
                    <w:gridCol w:w="368"/>
                  </w:tblGrid>
                  <w:tr>
                    <w:trPr>
                      <w:trHeight w:val="389" w:hRule="exact"/>
                      <w:cantSplit/>
                    </w:trPr>
                    <w:tc>
                      <w:tcPr>
                        <w:tcW w:type="dxa" w:w="2576"/>
                        <w:gridSpan w:val="7"/>
                        <w:shd w:val="clear" w:color="auto" w:fill="1F4E79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FFFFFF"/>
                            <w:spacing w:val="20"/>
                            <w:sz w:val="17"/>
                          </w:rPr>
                          <w:t>MARCH 2026</w:t>
                        </w:r>
                      </w:p>
                    </w:tc>
                  </w:tr>
                  <w:tr>
                    <w:trPr>
                      <w:trHeight w:val="317" w:hRule="exact"/>
                      <w:cantSplit/>
                    </w:trPr>
                    <w:tc>
                      <w:tcPr>
                        <w:tcW w:type="dxa" w:w="368"/>
                        <w:tcBorders>
                          <w:bottom w:val="single" w:sz="4" w:space="0" w:color="1F4E79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1F4E79"/>
                            <w:sz w:val="14"/>
                          </w:rPr>
                          <w:t>S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1F4E79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1F4E79"/>
                            <w:sz w:val="14"/>
                          </w:rPr>
                          <w:t>M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1F4E79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1F4E79"/>
                            <w:sz w:val="14"/>
                          </w:rPr>
                          <w:t>T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1F4E79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1F4E79"/>
                            <w:sz w:val="14"/>
                          </w:rPr>
                          <w:t>W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1F4E79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1F4E79"/>
                            <w:sz w:val="14"/>
                          </w:rPr>
                          <w:t>T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1F4E79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1F4E79"/>
                            <w:sz w:val="14"/>
                          </w:rPr>
                          <w:t>F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1F4E79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1F4E79"/>
                            <w:sz w:val="14"/>
                          </w:rPr>
                          <w:t>S</w:t>
                        </w:r>
                      </w:p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1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3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4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5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6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7</w:t>
                        </w:r>
                      </w:p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8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9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10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11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12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13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14</w:t>
                        </w:r>
                      </w:p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15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16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17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18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19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20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21</w:t>
                        </w:r>
                      </w:p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22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23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24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25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26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27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28</w:t>
                        </w:r>
                      </w:p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29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30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31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</w:tr>
                </w:tbl>
                <w:p/>
              </w:tc>
              <w:tc>
                <w:tcPr>
                  <w:tcW w:type="dxa" w:w="2754"/>
                </w:tcPr>
                <w:tbl>
                  <w:tblPr>
                    <w:tblW w:w="2577" w:type="dxa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left w:w="14" w:type="dxa"/>
                      <w:bottom w:w="0" w:type="dxa"/>
                      <w:right w:w="14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368"/>
                    <w:gridCol w:w="368"/>
                    <w:gridCol w:w="368"/>
                    <w:gridCol w:w="368"/>
                    <w:gridCol w:w="368"/>
                    <w:gridCol w:w="368"/>
                    <w:gridCol w:w="368"/>
                  </w:tblGrid>
                  <w:tr>
                    <w:trPr>
                      <w:trHeight w:val="389" w:hRule="exact"/>
                      <w:cantSplit/>
                    </w:trPr>
                    <w:tc>
                      <w:tcPr>
                        <w:tcW w:type="dxa" w:w="2576"/>
                        <w:gridSpan w:val="7"/>
                        <w:shd w:val="clear" w:color="auto" w:fill="1F4E79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FFFFFF"/>
                            <w:spacing w:val="20"/>
                            <w:sz w:val="17"/>
                          </w:rPr>
                          <w:t>APRIL 2026</w:t>
                        </w:r>
                      </w:p>
                    </w:tc>
                  </w:tr>
                  <w:tr>
                    <w:trPr>
                      <w:trHeight w:val="317" w:hRule="exact"/>
                      <w:cantSplit/>
                    </w:trPr>
                    <w:tc>
                      <w:tcPr>
                        <w:tcW w:type="dxa" w:w="368"/>
                        <w:tcBorders>
                          <w:bottom w:val="single" w:sz="4" w:space="0" w:color="1F4E79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1F4E79"/>
                            <w:sz w:val="14"/>
                          </w:rPr>
                          <w:t>S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1F4E79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1F4E79"/>
                            <w:sz w:val="14"/>
                          </w:rPr>
                          <w:t>M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1F4E79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1F4E79"/>
                            <w:sz w:val="14"/>
                          </w:rPr>
                          <w:t>T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1F4E79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1F4E79"/>
                            <w:sz w:val="14"/>
                          </w:rPr>
                          <w:t>W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1F4E79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1F4E79"/>
                            <w:sz w:val="14"/>
                          </w:rPr>
                          <w:t>T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1F4E79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1F4E79"/>
                            <w:sz w:val="14"/>
                          </w:rPr>
                          <w:t>F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1F4E79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1F4E79"/>
                            <w:sz w:val="14"/>
                          </w:rPr>
                          <w:t>S</w:t>
                        </w:r>
                      </w:p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3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4</w:t>
                        </w:r>
                      </w:p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5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6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7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8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9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10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11</w:t>
                        </w:r>
                      </w:p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12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13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14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15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16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17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18</w:t>
                        </w:r>
                      </w:p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19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20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21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22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23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24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25</w:t>
                        </w:r>
                      </w:p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26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27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28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29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30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</w:tr>
                </w:tbl>
                <w:p/>
              </w:tc>
            </w:tr>
            <w:tr>
              <w:tc>
                <w:tcPr>
                  <w:tcW w:type="dxa" w:w="2754"/>
                </w:tcPr>
                <w:tbl>
                  <w:tblPr>
                    <w:tblW w:w="2577" w:type="dxa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left w:w="14" w:type="dxa"/>
                      <w:bottom w:w="0" w:type="dxa"/>
                      <w:right w:w="14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368"/>
                    <w:gridCol w:w="368"/>
                    <w:gridCol w:w="368"/>
                    <w:gridCol w:w="368"/>
                    <w:gridCol w:w="368"/>
                    <w:gridCol w:w="368"/>
                    <w:gridCol w:w="368"/>
                  </w:tblGrid>
                  <w:tr>
                    <w:trPr>
                      <w:trHeight w:val="389" w:hRule="exact"/>
                      <w:cantSplit/>
                    </w:trPr>
                    <w:tc>
                      <w:tcPr>
                        <w:tcW w:type="dxa" w:w="2576"/>
                        <w:gridSpan w:val="7"/>
                        <w:shd w:val="clear" w:color="auto" w:fill="1F4E79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FFFFFF"/>
                            <w:spacing w:val="20"/>
                            <w:sz w:val="17"/>
                          </w:rPr>
                          <w:t>MAY 2026</w:t>
                        </w:r>
                      </w:p>
                    </w:tc>
                  </w:tr>
                  <w:tr>
                    <w:trPr>
                      <w:trHeight w:val="317" w:hRule="exact"/>
                      <w:cantSplit/>
                    </w:trPr>
                    <w:tc>
                      <w:tcPr>
                        <w:tcW w:type="dxa" w:w="368"/>
                        <w:tcBorders>
                          <w:bottom w:val="single" w:sz="4" w:space="0" w:color="1F4E79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1F4E79"/>
                            <w:sz w:val="14"/>
                          </w:rPr>
                          <w:t>S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1F4E79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1F4E79"/>
                            <w:sz w:val="14"/>
                          </w:rPr>
                          <w:t>M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1F4E79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1F4E79"/>
                            <w:sz w:val="14"/>
                          </w:rPr>
                          <w:t>T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1F4E79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1F4E79"/>
                            <w:sz w:val="14"/>
                          </w:rPr>
                          <w:t>W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1F4E79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1F4E79"/>
                            <w:sz w:val="14"/>
                          </w:rPr>
                          <w:t>T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1F4E79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1F4E79"/>
                            <w:sz w:val="14"/>
                          </w:rPr>
                          <w:t>F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1F4E79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1F4E79"/>
                            <w:sz w:val="14"/>
                          </w:rPr>
                          <w:t>S</w:t>
                        </w:r>
                      </w:p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2</w:t>
                        </w:r>
                      </w:p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3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4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5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6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7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8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9</w:t>
                        </w:r>
                      </w:p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10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11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12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13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14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15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16</w:t>
                        </w:r>
                      </w:p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17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18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19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20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21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22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23</w:t>
                        </w:r>
                      </w:p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24</w:t>
                        </w:r>
                      </w:p>
                    </w:tc>
                    <w:tc>
                      <w:tcPr>
                        <w:tcW w:type="dxa" w:w="368"/>
                        <w:shd w:val="clear" w:color="auto" w:fill="FDE2CF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1F4E79"/>
                            <w:sz w:val="17"/>
                          </w:rPr>
                          <w:t>25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26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27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28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29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30</w:t>
                        </w:r>
                      </w:p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31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</w:tr>
                </w:tbl>
                <w:p/>
              </w:tc>
              <w:tc>
                <w:tcPr>
                  <w:tcW w:type="dxa" w:w="2754"/>
                </w:tcPr>
                <w:tbl>
                  <w:tblPr>
                    <w:tblW w:w="2577" w:type="dxa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left w:w="14" w:type="dxa"/>
                      <w:bottom w:w="0" w:type="dxa"/>
                      <w:right w:w="14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368"/>
                    <w:gridCol w:w="368"/>
                    <w:gridCol w:w="368"/>
                    <w:gridCol w:w="368"/>
                    <w:gridCol w:w="368"/>
                    <w:gridCol w:w="368"/>
                    <w:gridCol w:w="368"/>
                  </w:tblGrid>
                  <w:tr>
                    <w:trPr>
                      <w:trHeight w:val="389" w:hRule="exact"/>
                      <w:cantSplit/>
                    </w:trPr>
                    <w:tc>
                      <w:tcPr>
                        <w:tcW w:type="dxa" w:w="2576"/>
                        <w:gridSpan w:val="7"/>
                        <w:shd w:val="clear" w:color="auto" w:fill="1F4E79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FFFFFF"/>
                            <w:spacing w:val="20"/>
                            <w:sz w:val="17"/>
                          </w:rPr>
                          <w:t>JUNE 2026</w:t>
                        </w:r>
                      </w:p>
                    </w:tc>
                  </w:tr>
                  <w:tr>
                    <w:trPr>
                      <w:trHeight w:val="317" w:hRule="exact"/>
                      <w:cantSplit/>
                    </w:trPr>
                    <w:tc>
                      <w:tcPr>
                        <w:tcW w:type="dxa" w:w="368"/>
                        <w:tcBorders>
                          <w:bottom w:val="single" w:sz="4" w:space="0" w:color="1F4E79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1F4E79"/>
                            <w:sz w:val="14"/>
                          </w:rPr>
                          <w:t>S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1F4E79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1F4E79"/>
                            <w:sz w:val="14"/>
                          </w:rPr>
                          <w:t>M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1F4E79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1F4E79"/>
                            <w:sz w:val="14"/>
                          </w:rPr>
                          <w:t>T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1F4E79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1F4E79"/>
                            <w:sz w:val="14"/>
                          </w:rPr>
                          <w:t>W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1F4E79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1F4E79"/>
                            <w:sz w:val="14"/>
                          </w:rPr>
                          <w:t>T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1F4E79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1F4E79"/>
                            <w:sz w:val="14"/>
                          </w:rPr>
                          <w:t>F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1F4E79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1F4E79"/>
                            <w:sz w:val="14"/>
                          </w:rPr>
                          <w:t>S</w:t>
                        </w:r>
                      </w:p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3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4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5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6</w:t>
                        </w:r>
                      </w:p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7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8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9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10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11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12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13</w:t>
                        </w:r>
                      </w:p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14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15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16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17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18</w:t>
                        </w:r>
                      </w:p>
                    </w:tc>
                    <w:tc>
                      <w:tcPr>
                        <w:tcW w:type="dxa" w:w="368"/>
                        <w:shd w:val="clear" w:color="auto" w:fill="FDE2CF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1F4E79"/>
                            <w:sz w:val="17"/>
                          </w:rPr>
                          <w:t>19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20</w:t>
                        </w:r>
                      </w:p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21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22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23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24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25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26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27</w:t>
                        </w:r>
                      </w:p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28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29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30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</w:tr>
                </w:tbl>
                <w:p/>
              </w:tc>
              <w:tc>
                <w:tcPr>
                  <w:tcW w:type="dxa" w:w="2754"/>
                </w:tcPr>
                <w:tbl>
                  <w:tblPr>
                    <w:tblW w:w="2577" w:type="dxa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left w:w="14" w:type="dxa"/>
                      <w:bottom w:w="0" w:type="dxa"/>
                      <w:right w:w="14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368"/>
                    <w:gridCol w:w="368"/>
                    <w:gridCol w:w="368"/>
                    <w:gridCol w:w="368"/>
                    <w:gridCol w:w="368"/>
                    <w:gridCol w:w="368"/>
                    <w:gridCol w:w="368"/>
                  </w:tblGrid>
                  <w:tr>
                    <w:trPr>
                      <w:trHeight w:val="389" w:hRule="exact"/>
                      <w:cantSplit/>
                    </w:trPr>
                    <w:tc>
                      <w:tcPr>
                        <w:tcW w:type="dxa" w:w="2576"/>
                        <w:gridSpan w:val="7"/>
                        <w:shd w:val="clear" w:color="auto" w:fill="1F4E79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FFFFFF"/>
                            <w:spacing w:val="20"/>
                            <w:sz w:val="17"/>
                          </w:rPr>
                          <w:t>JULY 2026</w:t>
                        </w:r>
                      </w:p>
                    </w:tc>
                  </w:tr>
                  <w:tr>
                    <w:trPr>
                      <w:trHeight w:val="317" w:hRule="exact"/>
                      <w:cantSplit/>
                    </w:trPr>
                    <w:tc>
                      <w:tcPr>
                        <w:tcW w:type="dxa" w:w="368"/>
                        <w:tcBorders>
                          <w:bottom w:val="single" w:sz="4" w:space="0" w:color="1F4E79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1F4E79"/>
                            <w:sz w:val="14"/>
                          </w:rPr>
                          <w:t>S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1F4E79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1F4E79"/>
                            <w:sz w:val="14"/>
                          </w:rPr>
                          <w:t>M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1F4E79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1F4E79"/>
                            <w:sz w:val="14"/>
                          </w:rPr>
                          <w:t>T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1F4E79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1F4E79"/>
                            <w:sz w:val="14"/>
                          </w:rPr>
                          <w:t>W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1F4E79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1F4E79"/>
                            <w:sz w:val="14"/>
                          </w:rPr>
                          <w:t>T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1F4E79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1F4E79"/>
                            <w:sz w:val="14"/>
                          </w:rPr>
                          <w:t>F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1F4E79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1F4E79"/>
                            <w:sz w:val="14"/>
                          </w:rPr>
                          <w:t>S</w:t>
                        </w:r>
                      </w:p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</w:t>
                        </w:r>
                      </w:p>
                    </w:tc>
                    <w:tc>
                      <w:tcPr>
                        <w:tcW w:type="dxa" w:w="368"/>
                        <w:shd w:val="clear" w:color="auto" w:fill="FDE2CF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1F4E79"/>
                            <w:sz w:val="17"/>
                          </w:rPr>
                          <w:t>3</w:t>
                        </w:r>
                      </w:p>
                    </w:tc>
                    <w:tc>
                      <w:tcPr>
                        <w:tcW w:type="dxa" w:w="368"/>
                        <w:shd w:val="clear" w:color="auto" w:fill="FDE2CF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1F4E79"/>
                            <w:sz w:val="17"/>
                          </w:rPr>
                          <w:t>4</w:t>
                        </w:r>
                      </w:p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5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6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7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8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9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10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11</w:t>
                        </w:r>
                      </w:p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12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13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14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15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16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17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18</w:t>
                        </w:r>
                      </w:p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19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20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21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22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23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24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25</w:t>
                        </w:r>
                      </w:p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26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27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28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29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30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31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</w:tr>
                </w:tbl>
                <w:p/>
              </w:tc>
              <w:tc>
                <w:tcPr>
                  <w:tcW w:type="dxa" w:w="2754"/>
                </w:tcPr>
                <w:tbl>
                  <w:tblPr>
                    <w:tblW w:w="2577" w:type="dxa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left w:w="14" w:type="dxa"/>
                      <w:bottom w:w="0" w:type="dxa"/>
                      <w:right w:w="14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368"/>
                    <w:gridCol w:w="368"/>
                    <w:gridCol w:w="368"/>
                    <w:gridCol w:w="368"/>
                    <w:gridCol w:w="368"/>
                    <w:gridCol w:w="368"/>
                    <w:gridCol w:w="368"/>
                  </w:tblGrid>
                  <w:tr>
                    <w:trPr>
                      <w:trHeight w:val="389" w:hRule="exact"/>
                      <w:cantSplit/>
                    </w:trPr>
                    <w:tc>
                      <w:tcPr>
                        <w:tcW w:type="dxa" w:w="2576"/>
                        <w:gridSpan w:val="7"/>
                        <w:shd w:val="clear" w:color="auto" w:fill="1F4E79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FFFFFF"/>
                            <w:spacing w:val="20"/>
                            <w:sz w:val="17"/>
                          </w:rPr>
                          <w:t>AUGUST 2026</w:t>
                        </w:r>
                      </w:p>
                    </w:tc>
                  </w:tr>
                  <w:tr>
                    <w:trPr>
                      <w:trHeight w:val="317" w:hRule="exact"/>
                      <w:cantSplit/>
                    </w:trPr>
                    <w:tc>
                      <w:tcPr>
                        <w:tcW w:type="dxa" w:w="368"/>
                        <w:tcBorders>
                          <w:bottom w:val="single" w:sz="4" w:space="0" w:color="1F4E79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1F4E79"/>
                            <w:sz w:val="14"/>
                          </w:rPr>
                          <w:t>S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1F4E79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1F4E79"/>
                            <w:sz w:val="14"/>
                          </w:rPr>
                          <w:t>M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1F4E79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1F4E79"/>
                            <w:sz w:val="14"/>
                          </w:rPr>
                          <w:t>T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1F4E79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1F4E79"/>
                            <w:sz w:val="14"/>
                          </w:rPr>
                          <w:t>W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1F4E79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1F4E79"/>
                            <w:sz w:val="14"/>
                          </w:rPr>
                          <w:t>T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1F4E79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1F4E79"/>
                            <w:sz w:val="14"/>
                          </w:rPr>
                          <w:t>F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1F4E79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1F4E79"/>
                            <w:sz w:val="14"/>
                          </w:rPr>
                          <w:t>S</w:t>
                        </w:r>
                      </w:p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1</w:t>
                        </w:r>
                      </w:p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2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3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4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5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6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7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8</w:t>
                        </w:r>
                      </w:p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9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10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11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12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13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14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15</w:t>
                        </w:r>
                      </w:p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16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17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18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19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20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21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22</w:t>
                        </w:r>
                      </w:p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23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24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25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26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27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28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29</w:t>
                        </w:r>
                      </w:p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30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31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</w:tr>
                </w:tbl>
                <w:p/>
              </w:tc>
            </w:tr>
            <w:tr>
              <w:tc>
                <w:tcPr>
                  <w:tcW w:type="dxa" w:w="2754"/>
                </w:tcPr>
                <w:tbl>
                  <w:tblPr>
                    <w:tblW w:w="2577" w:type="dxa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left w:w="14" w:type="dxa"/>
                      <w:bottom w:w="0" w:type="dxa"/>
                      <w:right w:w="14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368"/>
                    <w:gridCol w:w="368"/>
                    <w:gridCol w:w="368"/>
                    <w:gridCol w:w="368"/>
                    <w:gridCol w:w="368"/>
                    <w:gridCol w:w="368"/>
                    <w:gridCol w:w="368"/>
                  </w:tblGrid>
                  <w:tr>
                    <w:trPr>
                      <w:trHeight w:val="389" w:hRule="exact"/>
                      <w:cantSplit/>
                    </w:trPr>
                    <w:tc>
                      <w:tcPr>
                        <w:tcW w:type="dxa" w:w="2576"/>
                        <w:gridSpan w:val="7"/>
                        <w:shd w:val="clear" w:color="auto" w:fill="1F4E79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FFFFFF"/>
                            <w:spacing w:val="20"/>
                            <w:sz w:val="17"/>
                          </w:rPr>
                          <w:t>SEPTEMBER 2026</w:t>
                        </w:r>
                      </w:p>
                    </w:tc>
                  </w:tr>
                  <w:tr>
                    <w:trPr>
                      <w:trHeight w:val="317" w:hRule="exact"/>
                      <w:cantSplit/>
                    </w:trPr>
                    <w:tc>
                      <w:tcPr>
                        <w:tcW w:type="dxa" w:w="368"/>
                        <w:tcBorders>
                          <w:bottom w:val="single" w:sz="4" w:space="0" w:color="1F4E79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1F4E79"/>
                            <w:sz w:val="14"/>
                          </w:rPr>
                          <w:t>S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1F4E79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1F4E79"/>
                            <w:sz w:val="14"/>
                          </w:rPr>
                          <w:t>M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1F4E79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1F4E79"/>
                            <w:sz w:val="14"/>
                          </w:rPr>
                          <w:t>T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1F4E79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1F4E79"/>
                            <w:sz w:val="14"/>
                          </w:rPr>
                          <w:t>W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1F4E79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1F4E79"/>
                            <w:sz w:val="14"/>
                          </w:rPr>
                          <w:t>T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1F4E79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1F4E79"/>
                            <w:sz w:val="14"/>
                          </w:rPr>
                          <w:t>F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1F4E79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1F4E79"/>
                            <w:sz w:val="14"/>
                          </w:rPr>
                          <w:t>S</w:t>
                        </w:r>
                      </w:p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3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4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5</w:t>
                        </w:r>
                      </w:p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6</w:t>
                        </w:r>
                      </w:p>
                    </w:tc>
                    <w:tc>
                      <w:tcPr>
                        <w:tcW w:type="dxa" w:w="368"/>
                        <w:shd w:val="clear" w:color="auto" w:fill="FDE2CF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1F4E79"/>
                            <w:sz w:val="17"/>
                          </w:rPr>
                          <w:t>7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8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9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10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11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12</w:t>
                        </w:r>
                      </w:p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13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14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15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16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17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18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19</w:t>
                        </w:r>
                      </w:p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20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21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22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23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24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25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26</w:t>
                        </w:r>
                      </w:p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27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28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29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30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</w:tr>
                </w:tbl>
                <w:p/>
              </w:tc>
              <w:tc>
                <w:tcPr>
                  <w:tcW w:type="dxa" w:w="2754"/>
                </w:tcPr>
                <w:tbl>
                  <w:tblPr>
                    <w:tblW w:w="2577" w:type="dxa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left w:w="14" w:type="dxa"/>
                      <w:bottom w:w="0" w:type="dxa"/>
                      <w:right w:w="14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368"/>
                    <w:gridCol w:w="368"/>
                    <w:gridCol w:w="368"/>
                    <w:gridCol w:w="368"/>
                    <w:gridCol w:w="368"/>
                    <w:gridCol w:w="368"/>
                    <w:gridCol w:w="368"/>
                  </w:tblGrid>
                  <w:tr>
                    <w:trPr>
                      <w:trHeight w:val="389" w:hRule="exact"/>
                      <w:cantSplit/>
                    </w:trPr>
                    <w:tc>
                      <w:tcPr>
                        <w:tcW w:type="dxa" w:w="2576"/>
                        <w:gridSpan w:val="7"/>
                        <w:shd w:val="clear" w:color="auto" w:fill="1F4E79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FFFFFF"/>
                            <w:spacing w:val="20"/>
                            <w:sz w:val="17"/>
                          </w:rPr>
                          <w:t>OCTOBER 2026</w:t>
                        </w:r>
                      </w:p>
                    </w:tc>
                  </w:tr>
                  <w:tr>
                    <w:trPr>
                      <w:trHeight w:val="317" w:hRule="exact"/>
                      <w:cantSplit/>
                    </w:trPr>
                    <w:tc>
                      <w:tcPr>
                        <w:tcW w:type="dxa" w:w="368"/>
                        <w:tcBorders>
                          <w:bottom w:val="single" w:sz="4" w:space="0" w:color="1F4E79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1F4E79"/>
                            <w:sz w:val="14"/>
                          </w:rPr>
                          <w:t>S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1F4E79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1F4E79"/>
                            <w:sz w:val="14"/>
                          </w:rPr>
                          <w:t>M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1F4E79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1F4E79"/>
                            <w:sz w:val="14"/>
                          </w:rPr>
                          <w:t>T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1F4E79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1F4E79"/>
                            <w:sz w:val="14"/>
                          </w:rPr>
                          <w:t>W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1F4E79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1F4E79"/>
                            <w:sz w:val="14"/>
                          </w:rPr>
                          <w:t>T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1F4E79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1F4E79"/>
                            <w:sz w:val="14"/>
                          </w:rPr>
                          <w:t>F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1F4E79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1F4E79"/>
                            <w:sz w:val="14"/>
                          </w:rPr>
                          <w:t>S</w:t>
                        </w:r>
                      </w:p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3</w:t>
                        </w:r>
                      </w:p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4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5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6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7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8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9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10</w:t>
                        </w:r>
                      </w:p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11</w:t>
                        </w:r>
                      </w:p>
                    </w:tc>
                    <w:tc>
                      <w:tcPr>
                        <w:tcW w:type="dxa" w:w="368"/>
                        <w:shd w:val="clear" w:color="auto" w:fill="FDE2CF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1F4E79"/>
                            <w:sz w:val="17"/>
                          </w:rPr>
                          <w:t>12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13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14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15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16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17</w:t>
                        </w:r>
                      </w:p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18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19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20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21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22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23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24</w:t>
                        </w:r>
                      </w:p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25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26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27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28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29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30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31</w:t>
                        </w:r>
                      </w:p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</w:tr>
                </w:tbl>
                <w:p/>
              </w:tc>
              <w:tc>
                <w:tcPr>
                  <w:tcW w:type="dxa" w:w="2754"/>
                </w:tcPr>
                <w:tbl>
                  <w:tblPr>
                    <w:tblW w:w="2577" w:type="dxa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left w:w="14" w:type="dxa"/>
                      <w:bottom w:w="0" w:type="dxa"/>
                      <w:right w:w="14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368"/>
                    <w:gridCol w:w="368"/>
                    <w:gridCol w:w="368"/>
                    <w:gridCol w:w="368"/>
                    <w:gridCol w:w="368"/>
                    <w:gridCol w:w="368"/>
                    <w:gridCol w:w="368"/>
                  </w:tblGrid>
                  <w:tr>
                    <w:trPr>
                      <w:trHeight w:val="389" w:hRule="exact"/>
                      <w:cantSplit/>
                    </w:trPr>
                    <w:tc>
                      <w:tcPr>
                        <w:tcW w:type="dxa" w:w="2576"/>
                        <w:gridSpan w:val="7"/>
                        <w:shd w:val="clear" w:color="auto" w:fill="1F4E79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FFFFFF"/>
                            <w:spacing w:val="20"/>
                            <w:sz w:val="17"/>
                          </w:rPr>
                          <w:t>NOVEMBER 2026</w:t>
                        </w:r>
                      </w:p>
                    </w:tc>
                  </w:tr>
                  <w:tr>
                    <w:trPr>
                      <w:trHeight w:val="317" w:hRule="exact"/>
                      <w:cantSplit/>
                    </w:trPr>
                    <w:tc>
                      <w:tcPr>
                        <w:tcW w:type="dxa" w:w="368"/>
                        <w:tcBorders>
                          <w:bottom w:val="single" w:sz="4" w:space="0" w:color="1F4E79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1F4E79"/>
                            <w:sz w:val="14"/>
                          </w:rPr>
                          <w:t>S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1F4E79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1F4E79"/>
                            <w:sz w:val="14"/>
                          </w:rPr>
                          <w:t>M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1F4E79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1F4E79"/>
                            <w:sz w:val="14"/>
                          </w:rPr>
                          <w:t>T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1F4E79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1F4E79"/>
                            <w:sz w:val="14"/>
                          </w:rPr>
                          <w:t>W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1F4E79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1F4E79"/>
                            <w:sz w:val="14"/>
                          </w:rPr>
                          <w:t>T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1F4E79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1F4E79"/>
                            <w:sz w:val="14"/>
                          </w:rPr>
                          <w:t>F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1F4E79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1F4E79"/>
                            <w:sz w:val="14"/>
                          </w:rPr>
                          <w:t>S</w:t>
                        </w:r>
                      </w:p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1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3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4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5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6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7</w:t>
                        </w:r>
                      </w:p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8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9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10</w:t>
                        </w:r>
                      </w:p>
                    </w:tc>
                    <w:tc>
                      <w:tcPr>
                        <w:tcW w:type="dxa" w:w="368"/>
                        <w:shd w:val="clear" w:color="auto" w:fill="FDE2CF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1F4E79"/>
                            <w:sz w:val="17"/>
                          </w:rPr>
                          <w:t>11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12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13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14</w:t>
                        </w:r>
                      </w:p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15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16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17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18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19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20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21</w:t>
                        </w:r>
                      </w:p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22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23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24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25</w:t>
                        </w:r>
                      </w:p>
                    </w:tc>
                    <w:tc>
                      <w:tcPr>
                        <w:tcW w:type="dxa" w:w="368"/>
                        <w:shd w:val="clear" w:color="auto" w:fill="FDE2CF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1F4E79"/>
                            <w:sz w:val="17"/>
                          </w:rPr>
                          <w:t>26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27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28</w:t>
                        </w:r>
                      </w:p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29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30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</w:tr>
                </w:tbl>
                <w:p/>
              </w:tc>
              <w:tc>
                <w:tcPr>
                  <w:tcW w:type="dxa" w:w="2754"/>
                </w:tcPr>
                <w:tbl>
                  <w:tblPr>
                    <w:tblW w:w="2577" w:type="dxa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left w:w="14" w:type="dxa"/>
                      <w:bottom w:w="0" w:type="dxa"/>
                      <w:right w:w="14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368"/>
                    <w:gridCol w:w="368"/>
                    <w:gridCol w:w="368"/>
                    <w:gridCol w:w="368"/>
                    <w:gridCol w:w="368"/>
                    <w:gridCol w:w="368"/>
                    <w:gridCol w:w="368"/>
                  </w:tblGrid>
                  <w:tr>
                    <w:trPr>
                      <w:trHeight w:val="389" w:hRule="exact"/>
                      <w:cantSplit/>
                    </w:trPr>
                    <w:tc>
                      <w:tcPr>
                        <w:tcW w:type="dxa" w:w="2576"/>
                        <w:gridSpan w:val="7"/>
                        <w:shd w:val="clear" w:color="auto" w:fill="1F4E79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FFFFFF"/>
                            <w:spacing w:val="20"/>
                            <w:sz w:val="17"/>
                          </w:rPr>
                          <w:t>DECEMBER 2026</w:t>
                        </w:r>
                      </w:p>
                    </w:tc>
                  </w:tr>
                  <w:tr>
                    <w:trPr>
                      <w:trHeight w:val="317" w:hRule="exact"/>
                      <w:cantSplit/>
                    </w:trPr>
                    <w:tc>
                      <w:tcPr>
                        <w:tcW w:type="dxa" w:w="368"/>
                        <w:tcBorders>
                          <w:bottom w:val="single" w:sz="4" w:space="0" w:color="1F4E79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1F4E79"/>
                            <w:sz w:val="14"/>
                          </w:rPr>
                          <w:t>S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1F4E79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1F4E79"/>
                            <w:sz w:val="14"/>
                          </w:rPr>
                          <w:t>M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1F4E79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1F4E79"/>
                            <w:sz w:val="14"/>
                          </w:rPr>
                          <w:t>T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1F4E79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1F4E79"/>
                            <w:sz w:val="14"/>
                          </w:rPr>
                          <w:t>W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1F4E79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1F4E79"/>
                            <w:sz w:val="14"/>
                          </w:rPr>
                          <w:t>T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1F4E79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1F4E79"/>
                            <w:sz w:val="14"/>
                          </w:rPr>
                          <w:t>F</w:t>
                        </w:r>
                      </w:p>
                    </w:tc>
                    <w:tc>
                      <w:tcPr>
                        <w:tcW w:type="dxa" w:w="368"/>
                        <w:tcBorders>
                          <w:bottom w:val="single" w:sz="4" w:space="0" w:color="1F4E79"/>
                        </w:tcBorders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1F4E79"/>
                            <w:sz w:val="14"/>
                          </w:rPr>
                          <w:t>S</w:t>
                        </w:r>
                      </w:p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3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4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5</w:t>
                        </w:r>
                      </w:p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6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7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8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9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10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11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12</w:t>
                        </w:r>
                      </w:p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13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14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15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16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17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18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19</w:t>
                        </w:r>
                      </w:p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20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21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22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23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24</w:t>
                        </w:r>
                      </w:p>
                    </w:tc>
                    <w:tc>
                      <w:tcPr>
                        <w:tcW w:type="dxa" w:w="368"/>
                        <w:shd w:val="clear" w:color="auto" w:fill="FDE2CF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1F4E79"/>
                            <w:sz w:val="17"/>
                          </w:rPr>
                          <w:t>25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26</w:t>
                        </w:r>
                      </w:p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A6A6A6"/>
                            <w:sz w:val="17"/>
                          </w:rPr>
                          <w:t>27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28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29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30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 w:val="0"/>
                            <w:color w:val="262626"/>
                            <w:sz w:val="17"/>
                          </w:rPr>
                          <w:t>31</w:t>
                        </w:r>
                      </w:p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</w:tr>
                  <w:tr>
                    <w:trPr>
                      <w:trHeight w:val="377" w:hRule="exact"/>
                      <w:cantSplit/>
                    </w:trPr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  <w:tc>
                      <w:tcPr>
                        <w:tcW w:type="dxa" w:w="368"/>
                        <w:vAlign w:val="center"/>
                      </w:tcPr>
                      <w:p/>
                    </w:tc>
                  </w:tr>
                </w:tbl>
                <w:p/>
              </w:tc>
            </w:tr>
          </w:tbl>
          <w:p/>
        </w:tc>
        <w:tc>
          <w:tcPr>
            <w:tcW w:type="dxa" w:w="3672"/>
            <w:tcMar>
              <w:top w:w="28" w:type="dxa"/>
              <w:left w:w="216" w:type="dxa"/>
              <w:bottom w:w="28" w:type="dxa"/>
              <w:right w:w="72" w:type="dxa"/>
            </w:tcMar>
          </w:tcPr>
          <w:tbl>
            <w:tblPr>
              <w:tblW w:w="3383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57" w:type="dxa"/>
                <w:left w:w="144" w:type="dxa"/>
                <w:bottom w:w="57" w:type="dxa"/>
                <w:right w:w="144" w:type="dxa"/>
              </w:tblCellMar>
              <w:tblLook w:firstColumn="1" w:firstRow="1" w:lastColumn="0" w:lastRow="0" w:noHBand="0" w:noVBand="1" w:val="04A0"/>
            </w:tblPr>
            <w:tblGrid>
              <w:gridCol w:w="3383"/>
            </w:tblGrid>
            <w:tr>
              <w:tc>
                <w:tcPr>
                  <w:tcW w:type="dxa" w:w="3384"/>
                  <w:shd w:val="clear" w:color="auto" w:fill="1F4E79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FFFFFF"/>
                      <w:spacing w:val="20"/>
                      <w:sz w:val="19"/>
                    </w:rPr>
                    <w:t>2026 HOLIDAYS</w:t>
                  </w:r>
                </w:p>
              </w:tc>
            </w:tr>
          </w:tbl>
          <w:p/>
          <w:tbl>
            <w:tblPr>
              <w:tblW w:w="3383" w:type="dxa"/>
              <w:jc w:val="center"/>
              <w:tblBorders>
                <w:top w:val="nil"/>
                <w:left w:val="nil"/>
                <w:bottom w:val="nil"/>
                <w:right w:val="nil"/>
                <w:insideH w:val="single" w:sz="4" w:space="0" w:color="D9D9D9"/>
                <w:insideV w:val="single" w:sz="4" w:space="0" w:color="D9D9D9"/>
              </w:tblBorders>
              <w:tblLayout w:type="fixed"/>
              <w:tblCellMar>
                <w:top w:w="21" w:type="dxa"/>
                <w:left w:w="57" w:type="dxa"/>
                <w:bottom w:w="21" w:type="dxa"/>
                <w:right w:w="57" w:type="dxa"/>
              </w:tblCellMar>
              <w:tblLook w:firstColumn="1" w:firstRow="1" w:lastColumn="0" w:lastRow="0" w:noHBand="0" w:noVBand="1" w:val="04A0"/>
            </w:tblPr>
            <w:tblGrid>
              <w:gridCol w:w="1180"/>
              <w:gridCol w:w="2203"/>
            </w:tblGrid>
            <w:tr>
              <w:tc>
                <w:tcPr>
                  <w:tcW w:type="dxa" w:w="1181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1F4E79"/>
                      <w:sz w:val="16"/>
                    </w:rPr>
                    <w:t>Thu Jan 1</w:t>
                  </w:r>
                </w:p>
              </w:tc>
              <w:tc>
                <w:tcPr>
                  <w:tcW w:type="dxa" w:w="2203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color w:val="262626"/>
                      <w:sz w:val="16"/>
                    </w:rPr>
                    <w:t>New Year's Day</w:t>
                  </w:r>
                </w:p>
              </w:tc>
            </w:tr>
            <w:tr>
              <w:tc>
                <w:tcPr>
                  <w:tcW w:type="dxa" w:w="1181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1F4E79"/>
                      <w:sz w:val="16"/>
                    </w:rPr>
                    <w:t>Mon Jan 19</w:t>
                  </w:r>
                </w:p>
              </w:tc>
              <w:tc>
                <w:tcPr>
                  <w:tcW w:type="dxa" w:w="2203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color w:val="262626"/>
                      <w:sz w:val="16"/>
                    </w:rPr>
                    <w:t>Martin Luther King Jr. Day</w:t>
                  </w:r>
                </w:p>
              </w:tc>
            </w:tr>
            <w:tr>
              <w:tc>
                <w:tcPr>
                  <w:tcW w:type="dxa" w:w="1181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1F4E79"/>
                      <w:sz w:val="16"/>
                    </w:rPr>
                    <w:t>Mon Feb 16</w:t>
                  </w:r>
                </w:p>
              </w:tc>
              <w:tc>
                <w:tcPr>
                  <w:tcW w:type="dxa" w:w="2203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color w:val="262626"/>
                      <w:sz w:val="16"/>
                    </w:rPr>
                    <w:t>Presidents' Day</w:t>
                  </w:r>
                </w:p>
              </w:tc>
            </w:tr>
            <w:tr>
              <w:tc>
                <w:tcPr>
                  <w:tcW w:type="dxa" w:w="1181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1F4E79"/>
                      <w:sz w:val="16"/>
                    </w:rPr>
                    <w:t>Mon May 25</w:t>
                  </w:r>
                </w:p>
              </w:tc>
              <w:tc>
                <w:tcPr>
                  <w:tcW w:type="dxa" w:w="2203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color w:val="262626"/>
                      <w:sz w:val="16"/>
                    </w:rPr>
                    <w:t>Memorial Day</w:t>
                  </w:r>
                </w:p>
              </w:tc>
            </w:tr>
            <w:tr>
              <w:tc>
                <w:tcPr>
                  <w:tcW w:type="dxa" w:w="1181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1F4E79"/>
                      <w:sz w:val="16"/>
                    </w:rPr>
                    <w:t>Fri Jun 19</w:t>
                  </w:r>
                </w:p>
              </w:tc>
              <w:tc>
                <w:tcPr>
                  <w:tcW w:type="dxa" w:w="2203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color w:val="262626"/>
                      <w:sz w:val="16"/>
                    </w:rPr>
                    <w:t>Juneteenth</w:t>
                  </w:r>
                </w:p>
              </w:tc>
            </w:tr>
            <w:tr>
              <w:tc>
                <w:tcPr>
                  <w:tcW w:type="dxa" w:w="1181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1F4E79"/>
                      <w:sz w:val="16"/>
                    </w:rPr>
                    <w:t>Fri Jul 3</w:t>
                  </w:r>
                </w:p>
              </w:tc>
              <w:tc>
                <w:tcPr>
                  <w:tcW w:type="dxa" w:w="2203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color w:val="262626"/>
                      <w:sz w:val="16"/>
                    </w:rPr>
                    <w:t>Independence Day (observed)</w:t>
                  </w:r>
                </w:p>
              </w:tc>
            </w:tr>
            <w:tr>
              <w:tc>
                <w:tcPr>
                  <w:tcW w:type="dxa" w:w="1181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1F4E79"/>
                      <w:sz w:val="16"/>
                    </w:rPr>
                    <w:t>Sat Jul 4</w:t>
                  </w:r>
                </w:p>
              </w:tc>
              <w:tc>
                <w:tcPr>
                  <w:tcW w:type="dxa" w:w="2203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color w:val="262626"/>
                      <w:sz w:val="16"/>
                    </w:rPr>
                    <w:t>Independence Day</w:t>
                  </w:r>
                </w:p>
              </w:tc>
            </w:tr>
            <w:tr>
              <w:tc>
                <w:tcPr>
                  <w:tcW w:type="dxa" w:w="1181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1F4E79"/>
                      <w:sz w:val="16"/>
                    </w:rPr>
                    <w:t>Mon Sep 7</w:t>
                  </w:r>
                </w:p>
              </w:tc>
              <w:tc>
                <w:tcPr>
                  <w:tcW w:type="dxa" w:w="2203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color w:val="262626"/>
                      <w:sz w:val="16"/>
                    </w:rPr>
                    <w:t>Labor Day</w:t>
                  </w:r>
                </w:p>
              </w:tc>
            </w:tr>
            <w:tr>
              <w:tc>
                <w:tcPr>
                  <w:tcW w:type="dxa" w:w="1181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1F4E79"/>
                      <w:sz w:val="16"/>
                    </w:rPr>
                    <w:t>Mon Oct 12</w:t>
                  </w:r>
                </w:p>
              </w:tc>
              <w:tc>
                <w:tcPr>
                  <w:tcW w:type="dxa" w:w="2203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color w:val="262626"/>
                      <w:sz w:val="16"/>
                    </w:rPr>
                    <w:t>Columbus Day</w:t>
                  </w:r>
                </w:p>
              </w:tc>
            </w:tr>
            <w:tr>
              <w:tc>
                <w:tcPr>
                  <w:tcW w:type="dxa" w:w="1181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1F4E79"/>
                      <w:sz w:val="16"/>
                    </w:rPr>
                    <w:t>Wed Nov 11</w:t>
                  </w:r>
                </w:p>
              </w:tc>
              <w:tc>
                <w:tcPr>
                  <w:tcW w:type="dxa" w:w="2203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color w:val="262626"/>
                      <w:sz w:val="16"/>
                    </w:rPr>
                    <w:t>Veterans Day</w:t>
                  </w:r>
                </w:p>
              </w:tc>
            </w:tr>
            <w:tr>
              <w:tc>
                <w:tcPr>
                  <w:tcW w:type="dxa" w:w="1181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1F4E79"/>
                      <w:sz w:val="16"/>
                    </w:rPr>
                    <w:t>Thu Nov 26</w:t>
                  </w:r>
                </w:p>
              </w:tc>
              <w:tc>
                <w:tcPr>
                  <w:tcW w:type="dxa" w:w="2203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color w:val="262626"/>
                      <w:sz w:val="16"/>
                    </w:rPr>
                    <w:t>Thanksgiving Day</w:t>
                  </w:r>
                </w:p>
              </w:tc>
            </w:tr>
            <w:tr>
              <w:tc>
                <w:tcPr>
                  <w:tcW w:type="dxa" w:w="1181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1F4E79"/>
                      <w:sz w:val="16"/>
                    </w:rPr>
                    <w:t>Fri Dec 25</w:t>
                  </w:r>
                </w:p>
              </w:tc>
              <w:tc>
                <w:tcPr>
                  <w:tcW w:type="dxa" w:w="2203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color w:val="262626"/>
                      <w:sz w:val="16"/>
                    </w:rPr>
                    <w:t>Christmas Day</w:t>
                  </w:r>
                </w:p>
              </w:tc>
            </w:tr>
          </w:tbl>
          <w:p>
            <w:pPr>
              <w:spacing w:before="0" w:after="0" w:line="120" w:lineRule="exact"/>
              <w:jc w:val="left"/>
              <w:rPr>
                <w:sz w:val="9"/>
              </w:rPr>
            </w:pPr>
            <w:r>
              <w:rPr>
                <w:sz w:val="9"/>
              </w:rPr>
            </w:r>
          </w:p>
          <w:p>
            <w:pPr>
              <w:spacing w:before="0" w:after="20"/>
              <w:jc w:val="left"/>
            </w:pPr>
            <w:r>
              <w:rPr>
                <w:rFonts w:ascii="Segoe UI Symbol" w:hAnsi="Segoe UI Symbol" w:cs="Segoe UI Symbol" w:eastAsia="Segoe UI Symbol"/>
                <w:color w:val="FDE2CF"/>
                <w:sz w:val="20"/>
              </w:rPr>
              <w:t xml:space="preserve">■ </w:t>
            </w:r>
            <w:r>
              <w:rPr>
                <w:color w:val="404040"/>
                <w:sz w:val="15"/>
              </w:rPr>
              <w:t>Public holiday / office closed</w:t>
            </w:r>
          </w:p>
          <w:p>
            <w:pPr>
              <w:spacing w:before="0" w:after="20"/>
              <w:jc w:val="left"/>
            </w:pPr>
            <w:r>
              <w:rPr>
                <w:rFonts w:ascii="Segoe UI Symbol" w:hAnsi="Segoe UI Symbol" w:cs="Segoe UI Symbol" w:eastAsia="Segoe UI Symbol"/>
                <w:color w:val="A6A6A6"/>
                <w:sz w:val="20"/>
              </w:rPr>
              <w:t xml:space="preserve">■ </w:t>
            </w:r>
            <w:r>
              <w:rPr>
                <w:color w:val="404040"/>
                <w:sz w:val="15"/>
              </w:rPr>
              <w:t>Weekend</w:t>
            </w:r>
          </w:p>
          <w:p>
            <w:pPr>
              <w:spacing w:before="80" w:after="0"/>
              <w:jc w:val="left"/>
            </w:pPr>
            <w:r>
              <w:rPr>
                <w:b/>
                <w:color w:val="1F4E79"/>
                <w:spacing w:val="20"/>
                <w:sz w:val="17"/>
              </w:rPr>
              <w:t>NOTES</w:t>
            </w:r>
          </w:p>
          <w:tbl>
            <w:tblPr>
              <w:tblW w:w="3383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3383"/>
            </w:tblGrid>
            <w:tr>
              <w:trPr>
                <w:trHeight w:val="288" w:hRule="exact"/>
                <w:cantSplit/>
              </w:trPr>
              <w:tc>
                <w:tcPr>
                  <w:tcW w:type="dxa" w:w="3384"/>
                  <w:tcBorders>
                    <w:bottom w:val="single" w:sz="4" w:space="0" w:color="BFBFBF"/>
                  </w:tcBorders>
                </w:tcPr>
                <w:p/>
              </w:tc>
            </w:tr>
            <w:tr>
              <w:trPr>
                <w:trHeight w:val="288" w:hRule="exact"/>
                <w:cantSplit/>
              </w:trPr>
              <w:tc>
                <w:tcPr>
                  <w:tcW w:type="dxa" w:w="3384"/>
                  <w:tcBorders>
                    <w:bottom w:val="single" w:sz="4" w:space="0" w:color="BFBFBF"/>
                  </w:tcBorders>
                </w:tcPr>
                <w:p/>
              </w:tc>
            </w:tr>
            <w:tr>
              <w:trPr>
                <w:trHeight w:val="288" w:hRule="exact"/>
                <w:cantSplit/>
              </w:trPr>
              <w:tc>
                <w:tcPr>
                  <w:tcW w:type="dxa" w:w="3384"/>
                  <w:tcBorders>
                    <w:bottom w:val="single" w:sz="4" w:space="0" w:color="BFBFBF"/>
                  </w:tcBorders>
                </w:tcPr>
                <w:p/>
              </w:tc>
            </w:tr>
          </w:tbl>
          <w:p/>
        </w:tc>
      </w:tr>
    </w:tbl>
    <w:p>
      <w:pPr>
        <w:spacing w:line="20" w:lineRule="exact"/>
        <w:rPr>
          <w:sz w:val="2"/>
        </w:rPr>
      </w:pPr>
    </w:p>
    <w:sectPr w:rsidR="00FC693F" w:rsidRPr="0006063C" w:rsidSect="00034616">
      <w:pgSz w:w="15840" w:h="12240" w:orient="landscape"/>
      <w:pgMar w:top="504" w:right="576" w:bottom="504" w:left="576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Calibri" w:hAnsi="Calibri" w:cs="Calibri" w:eastAsia="Calibri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 Office Calendar</dc:title>
  <dc:subject/>
  <dc:creator>Your Company Name</dc:creator>
  <cp:keywords/>
  <dc:description>Free editable template. Replace sample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